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розірвав сову?</w:t>
      </w:r>
    </w:p>
    <w:p>
      <w:r>
        <w:br/>
        <w:t xml:space="preserve"> &lt;p&gt;Коли я зробився здоровий і великий, я купив собі рушницю і став держати собаку.</w:t>
      </w:r>
    </w:p>
    <w:p>
      <w:r>
        <w:br/>
        <w:t>З собакою мені куди краще полювати: у мене рушниця, а в собаки ніс. У мене теж є ніс, ще й довгий, та проти собачого носа він нікуди не годиться. Собака своїм носом чує дуже багато; коли б собака умів розказувати, то розказав би багато інтересних історій.</w:t>
      </w:r>
    </w:p>
    <w:p>
      <w:r>
        <w:br/>
        <w:t>— Отут, — сказав би собака,— учора пройшов чоловік і у нього в роті курилася така смердюча штука з паперу, а от і вона, ця сама штука! Тільки вночі на неї упала роса. Отут ішла женщина і чоботи її були намазані тим самим, чим пахнуть колеса на підводі. І, мабуть, вона несла курку, бо пахне ще й курячим пером. Тут сиділи горобці — ще й недавно—та от вони є! — сидять тепер на дереві. Он там пробіг сьогодні вночі собака, ще й чужий, бо наші собаки інакше пахнуть.</w:t>
      </w:r>
    </w:p>
    <w:p>
      <w:r>
        <w:br/>
        <w:t>І все це собака чує своїм носом так, наче бачить очима, ще й краще. Так ми з ним і полюємо — я рушницею, а він — носом. У гаї є куріпки. Сам би я зроду їх не знайшов — лежать і лежать у траві, не хочуть летіти, Але Джана не обдуриш, Враз зачує носом, де вони лежать, підійде і стане. Тоді можна підійти й собі.</w:t>
      </w:r>
    </w:p>
    <w:p>
      <w:r>
        <w:br/>
        <w:t>— Вперед!</w:t>
      </w:r>
    </w:p>
    <w:p>
      <w:r>
        <w:br/>
        <w:t>Джан стрибне вперед, куріпка вилетить,— бо вже все одно її знайшли—і тоді можна куріпку стріляти.</w:t>
      </w:r>
    </w:p>
    <w:p>
      <w:r>
        <w:br/>
        <w:t>Отак ми одного разу зайшли у гайок. Джан нюхав, нюхав носом і став. Стоїть. Тільки стоїть не так, як на куріпку. Стоїть весело й помахує хвостом. Що ж воно таке?</w:t>
      </w:r>
    </w:p>
    <w:p>
      <w:r>
        <w:br/>
        <w:t>Коли я підійшов, то побачив: Джан стояв коло тернового куща, а на терновому кущі висіла здоровенна мертва сова. Однією лапою сова зачепилася за товсту гілку, а другою... другої лапи не було зовсім. Лапа була одірвана, хтось розірвав сову надвоє.</w:t>
      </w:r>
    </w:p>
    <w:p>
      <w:r>
        <w:br/>
        <w:t>Хто ж це міг розірвати сову? Ноли б орел— то він же зтїв би як і не всю сову, то хоч півсови. Якби вовк — теж поїв би. Хто ж це розірвав сову і покинув на кущі терновому?</w:t>
      </w:r>
    </w:p>
    <w:p>
      <w:r>
        <w:br/>
        <w:t>Стою і дивлюся на Джана. Він собі весело вимахує хвостом — він давно уже носом учув все, що було тут і хто тут був, а я не розумію. Розказати мені Джан не може, стоїть собі і хвостом махає. Тоді трохи одійшов від куща, нюхає щось у траві. Підійшов і я. Дивлюсь — лежить трошки заячої шерсті.</w:t>
      </w:r>
    </w:p>
    <w:p>
      <w:r>
        <w:br/>
        <w:t>Я почав роздивлятися сову і знайшов на лапі теж заячий пух. Я замислився і помалу добрав, що тут сталось уночі. От що я зрозумів:</w:t>
      </w:r>
    </w:p>
    <w:p>
      <w:r>
        <w:br/>
        <w:t>Недалеко від гаю поночі у буряках пасся заєць. Він оглядався на всі сторони, чи не йде лисиця, чи ще якийсь ворог. Але все було тихо. Не дивився заєць тільки вгору.</w:t>
      </w:r>
    </w:p>
    <w:p>
      <w:r>
        <w:br/>
        <w:t>Та здоровенна сова із жовтими, мов у кота, очима давно побачила зайця — сова добре бачить уночі. Отже вона знялася з дерева І тихо полетіла над буряками. Крила в неї м'які і летіла вона тихо, без свисту. Заєць і не зчувся, як сова вже була над ним і учепилася кігтями в спину.</w:t>
      </w:r>
    </w:p>
    <w:p>
      <w:r>
        <w:br/>
        <w:t>Він кинувся тікати щосили. Але сова добре вчепилася в спину і, куди б не біг заєць, смерть сиділа в нього на спині.</w:t>
      </w:r>
    </w:p>
    <w:p>
      <w:r>
        <w:br/>
        <w:t>Він оббіг усе бурячище — серце йому налаталось — нема рятунку! — Він біг так швидко, як автомобіль, за одну хвилину він уже був у лісі і пірнув у тернові кущі.</w:t>
      </w:r>
    </w:p>
    <w:p>
      <w:r>
        <w:br/>
        <w:t>Але як тільки він черкнув об гілля, сова схопилася за гілку лапою. Тепер вона довбоне його разів зо три по голові і можна буде їсти.</w:t>
      </w:r>
    </w:p>
    <w:p>
      <w:r>
        <w:br/>
        <w:t>Заєць як закам'янів — його держать, бігти не можна, це смерть! Вік зібрав усі сили і рвонув уперед, ударивши задніми ногами об землю. Але сова не хотіла пускати його, він рвонув ще раз і сова розірвалася надвоє.</w:t>
      </w:r>
    </w:p>
    <w:p>
      <w:r>
        <w:br/>
        <w:t>От що я зрозумів, думавши довго коло тернового куща. Джан же давно добрав, що тут було — він стояв і весело вимахував хвостом.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розірвав сову?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