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Хрестонос</w:t>
      </w:r>
    </w:p>
    <w:p>
      <w:r>
        <w:br/>
        <w:t xml:space="preserve"> &lt;p&gt;На світ ще тільки що заблагословилося.</w:t>
      </w:r>
    </w:p>
    <w:p>
      <w:r>
        <w:br/>
        <w:t>Блідий, неначе втомлений місяць з потемнілого заходу дивиться на схід, туди, де рання зірка мигоче веселим сяйвом, а попід нею на краї неба простяглася вже довга біляста смуга. Тихо на небі, тихо й на землі, неначе все замерло, наче прислухається до чого, – чогось дожидає.</w:t>
      </w:r>
    </w:p>
    <w:p>
      <w:r>
        <w:br/>
        <w:t>Тихо й по безлюдних вулицях Кучугурівки: де-не-де тільки потонкуща хазяйка рипає дверима, йдучи до корів. У свіжому, вже не літньому повітрі звідкись гостро тягне димом.</w:t>
      </w:r>
    </w:p>
    <w:p>
      <w:r>
        <w:br/>
        <w:t>Слобода тільки-тільки починає прокидатись.</w:t>
      </w:r>
    </w:p>
    <w:p>
      <w:r>
        <w:br/>
        <w:t>– "Заа-бія-ака… та не ночує вдо-о-ма!" незграбно вирвалося десь із провулка, й серед величної тиші луною розлігся чийсь хрипкий з перепою голос. Далекі садки здивовано луною обізвалися на останнє слово.</w:t>
      </w:r>
    </w:p>
    <w:p>
      <w:r>
        <w:br/>
        <w:t>– а-а— з півно-о-чі", знов ближче вигукнув голос, "та кучері за-а-вива-а-ає!"</w:t>
      </w:r>
    </w:p>
    <w:p>
      <w:r>
        <w:br/>
        <w:t>З останнім словом з-за крайнього хлівця висунулася коливаючись, як човен на хвилях, дебела постать п’яниці. Проти місяця видко, як на бліде з перепою обличчя падає з-під старого картуза скуйовджене волосся, а попід очима чорніють плями. Від розщібнутого куцого "пинжака" несе олією та краскою.</w:t>
      </w:r>
    </w:p>
    <w:p>
      <w:r>
        <w:br/>
        <w:t>Заклавши руки в кишені та широко розставляючи босі ноги, п’яниця простує вузенькою стежкою проміж колючок. Невірна хода неначе забавля його, і він, підспівуючи підніжку, силкується попасти у лад, та колючки не дають.</w:t>
      </w:r>
    </w:p>
    <w:p>
      <w:r>
        <w:br/>
        <w:t>Аж ось він нарешті вибрався на ширшу дорогу, увірвав почату пісню й запився довгим та мудрим "три-ли-ли" з гиком та присвистом.</w:t>
      </w:r>
    </w:p>
    <w:p>
      <w:r>
        <w:br/>
        <w:t>Як раз у сю хвилину сивий дід Михайло, сторож церковний, перехрестивсь і вдарив до утрені.</w:t>
      </w:r>
    </w:p>
    <w:p>
      <w:r>
        <w:br/>
        <w:t>Повно загув збуджений дзвін і оксамитові хвилі його м’ягко й повно попливли у ранішньому повітрі "О – о?" здивувався п’яниця, круто повернувся, задер голову і став, як укопаний.</w:t>
      </w:r>
    </w:p>
    <w:p>
      <w:r>
        <w:br/>
        <w:t>Дзвін забив частіше.</w:t>
      </w:r>
    </w:p>
    <w:p>
      <w:r>
        <w:br/>
        <w:t>Гаврило-маляр (бо хто ж, як не він вештається ото до білого світу?) – накриво усміхнувся.</w:t>
      </w:r>
    </w:p>
    <w:p>
      <w:r>
        <w:br/>
        <w:t>"Е, е! той реве, що по волу бере! Бери, бери, з кого хоч з – мене нічого тобі взяти… Ач – я, як турецький святий!" розмовляв Гаврило сам із собою, оглядаючи свої босі ноги, латані на колінах штани та засмальцьований пинжак. – Усміхнувся гірко й посунув собі вулицею.</w:t>
      </w:r>
    </w:p>
    <w:p>
      <w:r>
        <w:br/>
        <w:t>А дзвін усе гув та весело будив людей до божої служби.</w:t>
      </w:r>
    </w:p>
    <w:p>
      <w:r>
        <w:br/>
        <w:t>Зарипіли двері й ворота, заревла худоба, гуси загелкали, завештався народ по надвір’ю та по вулицях.</w:t>
      </w:r>
    </w:p>
    <w:p>
      <w:r>
        <w:br/>
        <w:t>Гаврило ж, спотикаючись, править своєї – "о-о-че-ретом качки гнала, зачепилась та й упала… Ги-ги!"</w:t>
      </w:r>
    </w:p>
    <w:p>
      <w:r>
        <w:br/>
        <w:t>Підспівує, підсвистує Гаврило веселої, а проте обличчя йому смутне-смутне; якась печаль заснувала йому очі, затулила вуха, і не бачить він ясно-рожевої зірниці, не чує веселого святкового дзвону.</w:t>
      </w:r>
    </w:p>
    <w:p>
      <w:r>
        <w:br/>
        <w:t>Ось і сонечко з-за краю неба приснуло золотими гискрами, і воно немов поспішає до божої служби. Замовк дзвін і чутніше загомонів народ, ідучи до церкви.</w:t>
      </w:r>
    </w:p>
    <w:p>
      <w:r>
        <w:br/>
        <w:t>Ніхто на Гаврила й не гляне добрим оком, ніхто з ним не здоровкається, хіба хто моргне та промовить: "оце набрався, мов той квач"!</w:t>
      </w:r>
    </w:p>
    <w:p>
      <w:r>
        <w:br/>
        <w:t>– "Ач – до заутрені йдуть? балакає сам із собою Гаврило… ідуть! А чом же ти, брате, не йдеш?", одразу строго спитався він, неначе справді вбачив себе перед очима. "О-о! у цій одежі? з п’яною пикою? З усіх усюд випханий, запльований", другим голосом перехопив сам себе: "ні брат! там не наше місце, куди вже нам грішним з праведниками огірки їсти!" – Гірко закінчив, махнув рукою й понуро поплентався далі.</w:t>
      </w:r>
    </w:p>
    <w:p>
      <w:r>
        <w:br/>
        <w:t>Служба у церкві наближається до кінця.</w:t>
      </w:r>
    </w:p>
    <w:p>
      <w:r>
        <w:br/>
        <w:t>Сивий Михайло виніс напой. Піп вийшов і виголосив "во ім’я отця й сина й святого духа".</w:t>
      </w:r>
    </w:p>
    <w:p>
      <w:r>
        <w:br/>
        <w:t>Море голів цікаво подалося наперед, засякалися, зашаркали чобітьми і – враз ущухли – тільки діти та шпаки на цвинтарі щебечуть.</w:t>
      </w:r>
    </w:p>
    <w:p>
      <w:r>
        <w:br/>
        <w:t>Піп звичайним служебним голосом зачитав "Толковоє євангеліє".</w:t>
      </w:r>
    </w:p>
    <w:p>
      <w:r>
        <w:br/>
        <w:t>Зацікавлені люде ззирнулися: вони сподівалися були чогось иншого, не такого щоденного. А все ж спухають, дожидають, що далі буде.</w:t>
      </w:r>
    </w:p>
    <w:p>
      <w:r>
        <w:br/>
        <w:t>А служебна мова ллється та й ллється.</w:t>
      </w:r>
    </w:p>
    <w:p>
      <w:r>
        <w:br/>
        <w:t>Ось десь-то свічечка луснула об поміст… Он ластівка перелетіла через церкву… баби старенькі болісне зітхають по куточках…</w:t>
      </w:r>
    </w:p>
    <w:p>
      <w:r>
        <w:br/>
        <w:t>Стоїть народ, терпляче дожидає кінця.</w:t>
      </w:r>
    </w:p>
    <w:p>
      <w:r>
        <w:br/>
        <w:t>Нарешті обірвалася одноманітно тягуча промова, коротенький, сумирний "амінь" полетів угору і замер там десь високо у бані. А народ усе стоїть та й старий піп чогось мнеться, складаючи святу книгу.</w:t>
      </w:r>
    </w:p>
    <w:p>
      <w:r>
        <w:br/>
        <w:t>– Та що ж, люди добрі – ось я маю щось вам сказати!</w:t>
      </w:r>
    </w:p>
    <w:p>
      <w:r>
        <w:br/>
        <w:t>– Еге-ге! Ого-го! – загуло по церкві.</w:t>
      </w:r>
    </w:p>
    <w:p>
      <w:r>
        <w:br/>
        <w:t>– Ось дав нам бог літо святе, поблагословив нас милосердний, своїми щедротами, час же й нам згадати про його, час і нам віддячитись своєю жертвою!</w:t>
      </w:r>
    </w:p>
    <w:p>
      <w:r>
        <w:br/>
        <w:t>– Еге-еге! А як же! Звісно! – почулося то там, то тут. Люди вже догадалися, що річ іде про церкву, що з весни ще стоїть не долагоджена як слід, бо жнива одібрали руки до пильної роботи.</w:t>
      </w:r>
    </w:p>
    <w:p>
      <w:r>
        <w:br/>
        <w:t>Хоч і догадалися, а все ж ця догадка не розганя їх тепер у кожного серце й руки щиро відкриті на жертву.</w:t>
      </w:r>
    </w:p>
    <w:p>
      <w:r>
        <w:br/>
        <w:t>Не довго й немудро балакав піп, а всі радо згодилися з ним.</w:t>
      </w:r>
    </w:p>
    <w:p>
      <w:r>
        <w:br/>
        <w:t>Діди, запрохані на раду, підтягнули пояси, розправили хто вуса, хто бороду й поважно озирнулись навкруги.</w:t>
      </w:r>
    </w:p>
    <w:p>
      <w:r>
        <w:br/>
        <w:t>Служба скінчилася. Широка хвиля народу линула з церкви й річками розлилася по вулицях.</w:t>
      </w:r>
    </w:p>
    <w:p>
      <w:r>
        <w:br/>
        <w:t>У церкві вже нікого і там гулко оддається човгання Михайла коло ставників та чудно-різко лунають голоси попа та дяка у вівтарі, брязкотять мідяки. Нарешті церква замкнена і знов набрала свого мовчазно-таємничого виразу, тільки в калавурці гомін: там їде нарада. Дехто вже і пообідав, поки діди з попом скінчили свої розмови. Тепер ідуть вулицею, а попереду всіх пишно та гордо виступає крамар, тільки скосу поглядає та прислухається, що про його то там гомонять люде то в тій, то в другій купці.</w:t>
      </w:r>
    </w:p>
    <w:p>
      <w:r>
        <w:br/>
        <w:t>Чого ж то він пишається?</w:t>
      </w:r>
    </w:p>
    <w:p>
      <w:r>
        <w:br/>
        <w:t>А ось чого. Він на нараді виліз, як і завше, наперед усіх і коли люде зайнялися, почувши од попа й титаря великі рахунки, він скинув на всіх гордим поглядом свого єдиного ока і промовив: "Я беру на себе половину розходу". А коли піп став його дякувати й вихваляти, яко строїтеля і благодітеля святого храму цього тай люди похвалююче загули – він ще вище задер кирпатого носа, аж око заплющив і додав, що ще й хреста з яблуком нового постановить на дзвіницю на свій кошт.</w:t>
      </w:r>
    </w:p>
    <w:p>
      <w:r>
        <w:br/>
        <w:t>Так ось чого він тепер пливе з такого пихою.</w:t>
      </w:r>
    </w:p>
    <w:p>
      <w:r>
        <w:br/>
        <w:t>Пройшли люди і знов тихо по вулицях.</w:t>
      </w:r>
    </w:p>
    <w:p>
      <w:r>
        <w:br/>
        <w:t>За те по надвір’ях тепер гомін: по холодках, або перед порогами, круг низесеньких столів на моріжку сидять родинні купки, обідають, старі тихо та любо розмовляють, дітвора та молодь мовчки сьорбають, аж лящить.</w:t>
      </w:r>
    </w:p>
    <w:p>
      <w:r>
        <w:br/>
        <w:t>В одного Гаврила хата стоїть пусткою.</w:t>
      </w:r>
    </w:p>
    <w:p>
      <w:r>
        <w:br/>
        <w:t>У розбиту шибку видно тільки, що хлопчик спить, поклавши голову на стіл, а з його сонної руки рябий кіт обережно витягає шматочок хліба. Ніхто не боронить котові, ніхто не піклується коло хлопця, тільки сонечко прокралося нишком у пустку й щиро голубить русяву голівку. Гаврила нема ні в хаті ні в сінях, бо він так і не заходив у хату, а ліг під повіткою й хропе звідти на ввесь двір.</w:t>
      </w:r>
    </w:p>
    <w:p>
      <w:r>
        <w:br/>
        <w:t>Довго б може спав Івась, та коли ж кіт доїв хліб аж до руки та й вкусив хлопця за пальці. Кинувся Івась, луснув кота по голові тай став здивовано протирати очі.</w:t>
      </w:r>
    </w:p>
    <w:p>
      <w:r>
        <w:br/>
        <w:t>– О-о! та оце я так і спав! А тата й досі немає! І де вони, Господи, вештаються й досі? – гірко закінчив малий та й пішов розшукувати батька.</w:t>
      </w:r>
    </w:p>
    <w:p>
      <w:r>
        <w:br/>
        <w:t>У Гавриловій хаті раз-у-раз було безладдя та неохайність, – бо хоч і жінка його ще жива була, одначе ніколи не засижувалася вдома більш двох-трьох місяців тай то тільки взимку, а тільки трохи теплішало, вона зараз подавалася десь у мандри.</w:t>
      </w:r>
    </w:p>
    <w:p>
      <w:r>
        <w:br/>
        <w:t>Та правду сказати, коли верталася, у хаті не кращало, тільки більше п’яного гвалту та лайки чулося в ній.</w:t>
      </w:r>
    </w:p>
    <w:p>
      <w:r>
        <w:br/>
        <w:t>Десять літ перебивається Гаврило з хліба на квас, десять літ його хата не зна справжньої хазяйської руки, що зробила б її схожою на людське житло, а не на свинюшник. Хлопець Івась за ввесь свій 8-річний вік ніколи не банив у себе того ладу, що по других хатах, не зазнав іншої ласки, крім батькової, бо мати коли верталася додому після запою, була сердита, лайлива, і сердешному Івасеві доставались од неї самі стусани, щоб не ліз під руки.</w:t>
      </w:r>
    </w:p>
    <w:p>
      <w:r>
        <w:br/>
        <w:t>Не раз приходилось бачити, як батько, розсердившись на п’яницю жінку, напивався й сам і бив її тоді навмируще. Після такої бійки мати лежала днів двоє-троє, стогнала та проклинала, а батько ходив чорніщий од чорної хмари, не їв, не пив, а тільки годував Івася та, поглядаючи скосу на жінку, голубив його.</w:t>
      </w:r>
    </w:p>
    <w:p>
      <w:r>
        <w:br/>
        <w:t>– "Сирота ти в мене", каже було, "ні, гірш од сироти".</w:t>
      </w:r>
    </w:p>
    <w:p>
      <w:r>
        <w:br/>
        <w:t>А Івасеві так чогось жалько ставало чи себе, чи батька, не розбере сам, а сльози тихо одна за одною котилися з очей.</w:t>
      </w:r>
    </w:p>
    <w:p>
      <w:r>
        <w:br/>
        <w:t>Мати одлежувалась, уставала й починала збіратись у дорогу. Батько, несміливо глядючи кудись убік, заговорював з нею.</w:t>
      </w:r>
    </w:p>
    <w:p>
      <w:r>
        <w:br/>
        <w:t>– І… і куди ото йдеш? і доки тобі вештатись? Сиділа б на свому хазяйстві… хлопця доглядалаб.</w:t>
      </w:r>
    </w:p>
    <w:p>
      <w:r>
        <w:br/>
        <w:t>Мати аж підскакувала мов би її щось вкусило.</w:t>
      </w:r>
    </w:p>
    <w:p>
      <w:r>
        <w:br/>
        <w:t>– Хай тобі сто чортів із сином укупі! Побив мене сякий такий, бодай тобі руки покорчило, а тепер в вічі лізеш?! Піду! Покину! Пропадайте отут – і глянути не вернуся!.. не наймичка я вам, не кріпачка, щоб знущатись наді мною!..</w:t>
      </w:r>
    </w:p>
    <w:p>
      <w:r>
        <w:br/>
        <w:t>Мати зникала. Батько пив три-чотирі дні і тоді або мовчав, як пень, або плаксиво голубив Івася. Круто приходилось тоді Івасеві, бо з батькової ласки все ж таки не будеш ситий – от і доводилось їсти один хліб з цибулею, або сухарі з водою. Витверезившись, брався Гаврило за хазяйство: строгим голосом казав Івасеві замести хату, принести малим відерцем води, нарвати закришки, або пошкребти картоплю, а сам, засукавши рукава, запалював у печі тай починав куховарити.</w:t>
      </w:r>
    </w:p>
    <w:p>
      <w:r>
        <w:br/>
        <w:t>Тоді вже Івась не голодував, тоді спав на полу з батьком, добре вкритий рядном, або кожухом, в хаті ставало тепло й чисто, принаймні так Івасеві здавалося, бо хоч середина й заміталася його малими рученятами, проте по кутках наростало чимало сміття й павутиння. Хазяйнували оттак вони удвох, поки Гаврило мав роботу у самій Кучугурівці, а коли його закликали у містечко, або яке село, він або брав і з собою сина, або оддавав його тітці – Олені, де було в хаті так хороше, як у віночку.</w:t>
      </w:r>
    </w:p>
    <w:p>
      <w:r>
        <w:br/>
        <w:t>Тільки не любив Івась там зоставатись, бо там було багато дітей і вони потиху дражнили малого "маляренка-п’яниченка".</w:t>
      </w:r>
    </w:p>
    <w:p>
      <w:r>
        <w:br/>
        <w:t>Усе частіше став Гаврило брати із собою сина. Лазить сам по криші – а Івась, як те кошеня, й собі видереться туди ж. Батько красить-малює вікна чи двері – а Івась, заховавшись у куточок, собі вимальовує якісь кружальця та косячки і часом нашкодить батькові.</w:t>
      </w:r>
    </w:p>
    <w:p>
      <w:r>
        <w:br/>
        <w:t>– А ще, Іване, – одірветься батько від роботи: – чи важно виходе?</w:t>
      </w:r>
    </w:p>
    <w:p>
      <w:r>
        <w:br/>
        <w:t>– Та нічого собі, зійде! А глядіть же, чи добре грунт просох, бо ще наробите, як ото колись! – кумедно випинаючи губи да насуплюючи брови, озветься син. І любили ж син батька, а батько сина! Тай нікому більше було їx любити: Івася дітвора поштуркувала на вулиці, а батька дорослі мали за ніщо, бо ніколи він не міг стати путящим хазяїном, ніколи не вилазив з боргів, а коли запивався, то ставав "не людиною".</w:t>
      </w:r>
    </w:p>
    <w:p>
      <w:r>
        <w:br/>
        <w:t>Піхто не вірив його слову, бо як зап’є, то й роботи не скінчить, так і покине.</w:t>
      </w:r>
    </w:p>
    <w:p>
      <w:r>
        <w:br/>
        <w:t>"Жидівський патинок" дражнили люди його за те, що був покірний Шмулеві-шинкареві, де був по шию в довгах. "Бабський очіпок" дратують його другі за його нездатність керувати жінкою. Потроху й сам Гаврило почав привикати до громадської зневаги, все рідше та рідше нападало бажання перевернути себе й своє життя по кращому, а бідні вуха прислухались до образливого прізвища.</w:t>
      </w:r>
    </w:p>
    <w:p>
      <w:r>
        <w:br/>
        <w:t>За теж і одводив душу Гаврило в шинку! Усе хороше, дуже, розумне, що колись марилося йому, тоді вставало перед п’яними очима так ясно, так очевидячки, що він вже не міг розібрати: мрії то, чи дійсність, і веселий і щасливий починав ділитися з усіма своїм вигаданим щастям.</w:t>
      </w:r>
    </w:p>
    <w:p>
      <w:r>
        <w:br/>
        <w:t>Всі оповідання й згадки зверталися більш до тих двох щасливих років, коли він жив у городі, на доброму місці, як узяв за себе гарну дівчину, як любо жили, поки вона не розледащіла з подругами-перекупками.</w:t>
      </w:r>
    </w:p>
    <w:p>
      <w:r>
        <w:br/>
        <w:t>Усі вихвалки й оповідання уривались, коли доходило до того, як його жінка прийшла уперше п’яною, як він її теж колись уперше побив та привіз у слободу, щоб вона хоч тут видужала од тієї проклятої городської зарази.</w:t>
      </w:r>
    </w:p>
    <w:p>
      <w:r>
        <w:br/>
        <w:t>Ніщо не помогло, бо вона вже надто глибоко нюхнула її. Цього вже страх не любив згадувати Гаврило. І коли кому набридало спухати Гаврилові теревені, навмисне нагадував, і тоді Гаврило як звірюка рикав: "У-у-б’ю! Горілки швидче, жидівська невіро"!!</w:t>
      </w:r>
    </w:p>
    <w:p>
      <w:r>
        <w:br/>
        <w:t>Сонце схилилося до заходу і обдало вулиці червоно-золотим промінням. Од хат, од стіжків та дерев виразно простягнися довгі тіні.</w:t>
      </w:r>
    </w:p>
    <w:p>
      <w:r>
        <w:br/>
        <w:t>Проти сонця полум’ям палають вікна, жевріє напис на вивісці волосної розправи.</w:t>
      </w:r>
    </w:p>
    <w:p>
      <w:r>
        <w:br/>
        <w:t>Перед ґанком зібралася чимала купка народу, ворушилася як комашня, то загуде уся неначе рій, то в ній виділяться двоє – троє крикливих голосів, що дзвенять і ляскотять, мов роздрочені бджоли…</w:t>
      </w:r>
    </w:p>
    <w:p>
      <w:r>
        <w:br/>
        <w:t>– Та це ж здирство! чисте здирство! яка там покраска зосталася, а він гилить сорок карбованців!</w:t>
      </w:r>
    </w:p>
    <w:p>
      <w:r>
        <w:br/>
        <w:t>– Нікак нельзя, поштєнниє! Судіте сами: умри да мумії, агліцкіх бєліл да мєдянкі… да і олея-то нинче кусається…</w:t>
      </w:r>
    </w:p>
    <w:p>
      <w:r>
        <w:br/>
        <w:t>– Ну то що? люди теж платять, а не деруть же ж так, як оце ви, Йвановичу!</w:t>
      </w:r>
    </w:p>
    <w:p>
      <w:r>
        <w:br/>
        <w:t>– Нє-єт, уж нікак невозможно, верьте совесті! Зато уж работа первой сорт!</w:t>
      </w:r>
    </w:p>
    <w:p>
      <w:r>
        <w:br/>
        <w:t>– Хвали руку, а товар видно! – пробубонів хтось.</w:t>
      </w:r>
    </w:p>
    <w:p>
      <w:r>
        <w:br/>
        <w:t>– Та уважили б хоч трохи…</w:t>
      </w:r>
    </w:p>
    <w:p>
      <w:r>
        <w:br/>
        <w:t>– Нет, бросьтє і думать, поштєнниє! – крутить червонопикий підрядчик.</w:t>
      </w:r>
    </w:p>
    <w:p>
      <w:r>
        <w:br/>
        <w:t>– Е, коли так, то й ми он як! Ми свого Гаврила наймемо – дурнісенько ж вештається.</w:t>
      </w:r>
    </w:p>
    <w:p>
      <w:r>
        <w:br/>
        <w:t>– К чорту з Гаврилом! З цією поганню зв’яжись, то матимем рахубу! Хиба ж не знаєте, який він п’янюга? Хай вже краще городський красить!</w:t>
      </w:r>
    </w:p>
    <w:p>
      <w:r>
        <w:br/>
        <w:t>Сторони розділилися: одна гула своє, та своє. Тільки підрядчик лукаво посміхався.</w:t>
      </w:r>
    </w:p>
    <w:p>
      <w:r>
        <w:br/>
        <w:t>– Ну-к што ж, ташшітє сваво Гаврілку! Уж іменно лучше дєло абарудует! Наілучшій фасон!</w:t>
      </w:r>
    </w:p>
    <w:p>
      <w:r>
        <w:br/>
        <w:t>А десяцькі й справді тягли з шинку розпатланого та блідого Гаврила.</w:t>
      </w:r>
    </w:p>
    <w:p>
      <w:r>
        <w:br/>
        <w:t>Він ішов із острахом: йому згадалося, як його висіклі копись у цій розправі, як він сидів там у холодній; як часто його жінка замітала вулицю, або полола колючки.</w:t>
      </w:r>
    </w:p>
    <w:p>
      <w:r>
        <w:br/>
        <w:t>З подивом і страхом наближався він до розправи, а за ним по підтинню, неначе дике звірятко, крався збентежений Івась, що сидів був досі під шинком.</w:t>
      </w:r>
    </w:p>
    <w:p>
      <w:r>
        <w:br/>
        <w:t>– Ну чого ти трусишся? Сказано жидівський патинок – так і є! і нічого що не знає, а вже й побілів!</w:t>
      </w:r>
    </w:p>
    <w:p>
      <w:r>
        <w:br/>
        <w:t>Сміялися люди з Гаврила неначе б і не зо зла, але під тіми жартами та посмішками, що сипалися як на бідного Макара, він оглядався мов зацькований заєць.</w:t>
      </w:r>
    </w:p>
    <w:p>
      <w:r>
        <w:br/>
        <w:t>– Ось, Гаврило, в чому річ. Ось вони (староста показав на підрядчика) – просять 40 карбованців за покраску. Ну та то чоловік городський, патента має, роботу його всі вже скрізь знають. Та все ж таки ціна не підходяща, ми не сходимось. Так оце спухай, як візьмеш 20 карбованців (щось може ще накинемо) – то ось тобі й заробіток.</w:t>
      </w:r>
    </w:p>
    <w:p>
      <w:r>
        <w:br/>
        <w:t>– Як же ж так! Тому 40, а мені 20?</w:t>
      </w:r>
    </w:p>
    <w:p>
      <w:r>
        <w:br/>
        <w:t>– Тобі ж казано через що: цей чоловік не тобі рівня, та й то ми не даємо, а тобі і це сама красна ціна.</w:t>
      </w:r>
    </w:p>
    <w:p>
      <w:r>
        <w:br/>
        <w:t>– Та люди ж добрі! це ж на самий матер’ял усі гроші підуть… – несміливо й тривожно заговорив Гаврило.</w:t>
      </w:r>
    </w:p>
    <w:p>
      <w:r>
        <w:br/>
        <w:t>– Тю на його! Ще й комизиться! – озвався хтось ззаду.</w:t>
      </w:r>
    </w:p>
    <w:p>
      <w:r>
        <w:br/>
        <w:t>– Ну што ж? отдайте работу Гаврилке: хоть і іспортіть, за то дьошево! – дрочився підрядчик.</w:t>
      </w:r>
    </w:p>
    <w:p>
      <w:r>
        <w:br/>
        <w:t>– Та плюньте, люди, на того Гаврила: хіба не знаєте якій він: робить – робить, а далі задрочивсь і стоп робота!</w:t>
      </w:r>
    </w:p>
    <w:p>
      <w:r>
        <w:br/>
        <w:t>– Що ж, хіба я не майстер? Хіба я гірше зроблю, ніж оцей городинський? Не сам же він малюватиме, з нашого ж брата найме. Та й вигадувати буде, щоб дешевшого, а хіба ви знаєте, як той зробить? А мене вже, слава богу, люди знають: я як візьмусь, то в мене діло горить! От тільки ви мене дуже обділяєте… Де ж мені узяти? які в мене достатки?</w:t>
      </w:r>
    </w:p>
    <w:p>
      <w:r>
        <w:br/>
        <w:t>– Ну-ну, бери, коли дають! Та тільки гляди ти у мене, Гаврилку, – строго звернувся до нього староста: – тільки ти мені споганиш діло… ну, знатимеш!</w:t>
      </w:r>
    </w:p>
    <w:p>
      <w:r>
        <w:br/>
        <w:t>Гаврило вклонявся, мнучи свого картуза, силкувався ще щось виторгувати та за галасом нічого з того не вийшло. Покричали ще трохи, а роботу таки зоставили за Гаврилом.</w:t>
      </w:r>
    </w:p>
    <w:p>
      <w:r>
        <w:br/>
        <w:t>– Ну, Гаврилку, став могорич! Як би це не ми, то тобі б і не нюхнути цієї роботи! – весело гомоніли люди.</w:t>
      </w:r>
    </w:p>
    <w:p>
      <w:r>
        <w:br/>
        <w:t>– Я зараз, зараз! – заметушився Гаврило і потяг зо своїми доброхотниками до Шмуля, а Івась виринув із-за тину і знов сів під шинком дожидати батька.</w:t>
      </w:r>
    </w:p>
    <w:p>
      <w:r>
        <w:br/>
        <w:t>Швидко плинуть коротеньки осінні дні.</w:t>
      </w:r>
    </w:p>
    <w:p>
      <w:r>
        <w:br/>
        <w:t>Скрізь по слободі лунають пісні, музики, справляють люди весілля, усе прибралося, заворушилося.</w:t>
      </w:r>
    </w:p>
    <w:p>
      <w:r>
        <w:br/>
        <w:t>Ожила й німа все літо церква: цюкають сокири, грюкотить додолу зайве риштування, торохтить, аж виє, падаючи бляха, ляпають щітки та помазки.</w:t>
      </w:r>
    </w:p>
    <w:p>
      <w:r>
        <w:br/>
        <w:t>Гаврило на роботі: тверезий та суворий, він моторними та вмілими руками вже з тиждень красить – малює: то з вікон перебереться на дах, то спуститься на кілька щаблів і малює карнизи.</w:t>
      </w:r>
    </w:p>
    <w:p>
      <w:r>
        <w:br/>
        <w:t>Івась, увесь заляпаний білими, зеленими й жовтими плямами, вештається тут же коло батька: то те подасть, то друге.</w:t>
      </w:r>
    </w:p>
    <w:p>
      <w:r>
        <w:br/>
        <w:t>Щодня кращає церква, визволена з риштування і як та дівчина, у білій сорочці, у зеленому віночку, стоїть вона серед пишних осокорів, яблунь та груш, позолочених осінню; і милуються люди на свою кохану, свою громадську свічку богові.</w:t>
      </w:r>
    </w:p>
    <w:p>
      <w:r>
        <w:br/>
        <w:t>Роботи поменшало.</w:t>
      </w:r>
    </w:p>
    <w:p>
      <w:r>
        <w:br/>
        <w:t>Струменти, дошки, залізяччя складені за калавуркою, скрізь по цвинтарі позамітано, навіть стружки та сміття дід-сторож зібрав у чималу купу попід калавуркою собі на паливо.</w:t>
      </w:r>
    </w:p>
    <w:p>
      <w:r>
        <w:br/>
        <w:t>Тільки дзвіниця ще стоїть, як та лялечка, у своєму риштуванні й дожидає, коли то її освятять золотим хрестом.</w:t>
      </w:r>
    </w:p>
    <w:p>
      <w:r>
        <w:br/>
        <w:t>Діти, мої пташки, зграями перебігають по цвинтарі та задравши головки й скачучи на одній ніжці, дратують Івася:</w:t>
      </w:r>
    </w:p>
    <w:p>
      <w:r>
        <w:br/>
        <w:t>– Малярику-бідарику!</w:t>
      </w:r>
    </w:p>
    <w:p>
      <w:r>
        <w:br/>
        <w:t>Краска замазка –</w:t>
      </w:r>
    </w:p>
    <w:p>
      <w:r>
        <w:br/>
        <w:t>Вся твоя ласка,</w:t>
      </w:r>
    </w:p>
    <w:p>
      <w:r>
        <w:br/>
        <w:t>Щітка, відерце –</w:t>
      </w:r>
    </w:p>
    <w:p>
      <w:r>
        <w:br/>
        <w:t>То твоє серце!</w:t>
      </w:r>
    </w:p>
    <w:p>
      <w:r>
        <w:br/>
        <w:t>Вохри об’ївся –</w:t>
      </w:r>
    </w:p>
    <w:p>
      <w:r>
        <w:br/>
        <w:t>Здох покотився…</w:t>
      </w:r>
    </w:p>
    <w:p>
      <w:r>
        <w:br/>
        <w:t>Прикладають, капосні, та регочуться, що допекли Івасеві: а той справді розсердився: щось дике миготить в чорних оченятах на побілілому обличчю, зцінивши зуби, влучно шпурляє він залізячками та грудочками щикотурки в своїх маленьких та настирливих ворогів.</w:t>
      </w:r>
    </w:p>
    <w:p>
      <w:r>
        <w:br/>
        <w:t>Гаврило на хвилину одірвавсь од роботи, щоб витерти з лоба піт і визирнув зза церковної бані.</w:t>
      </w:r>
    </w:p>
    <w:p>
      <w:r>
        <w:br/>
        <w:t>Страшний вираз на дитячому личкові кинувсь йому в вічи й боляче стиснув серце.</w:t>
      </w:r>
    </w:p>
    <w:p>
      <w:r>
        <w:br/>
        <w:t>– Івасю, схаменися, чого це ти?</w:t>
      </w:r>
    </w:p>
    <w:p>
      <w:r>
        <w:br/>
        <w:t>Івась не чув.</w:t>
      </w:r>
    </w:p>
    <w:p>
      <w:r>
        <w:br/>
        <w:t>Гаврило зрозумів, що за причина.</w:t>
      </w:r>
    </w:p>
    <w:p>
      <w:r>
        <w:br/>
        <w:t>– Ач, іроди! самі, каторжні, раз-у-раз у сварці та лайці той дітей так само навчають! – пробурмотів і сплюнув.</w:t>
      </w:r>
    </w:p>
    <w:p>
      <w:r>
        <w:br/>
        <w:t>– Іване, чуєш? Подай мені тоншу щітку та подерж відро! – умисне суворо крикнув на сина. Хлопець кинувсь. Личко йому на мить спалахнуло і він, похнюпившись, почав з ящика вибірати щітку.</w:t>
      </w:r>
    </w:p>
    <w:p>
      <w:r>
        <w:br/>
        <w:t>Діти розбіглися. Хто подрався на стару яблуню, хто пристав до юрби, що стояла біля калавурки й заглядала, придушивши до шибки носи, у середину: там золотар кінчав позолоту яблука.</w:t>
      </w:r>
    </w:p>
    <w:p>
      <w:r>
        <w:br/>
        <w:t>– Диви-диви: от так яблучко! Це й тобі, Тарасько, не вкрасти оттакого завбільшки.</w:t>
      </w:r>
    </w:p>
    <w:p>
      <w:r>
        <w:br/>
        <w:t>– Ого! та це не яблуко, а просто тобі сонце! каже другий.</w:t>
      </w:r>
    </w:p>
    <w:p>
      <w:r>
        <w:br/>
        <w:t>– А що, хлопці, чи буде сонце з оттаке завбільшки?</w:t>
      </w:r>
    </w:p>
    <w:p>
      <w:r>
        <w:br/>
        <w:t>– Куди йому? Адже сонце, як п’ятак, а це бач, яке здоро-ове!</w:t>
      </w:r>
    </w:p>
    <w:p>
      <w:r>
        <w:br/>
        <w:t>– Ой і ловкесенька буде, дівчата, наша дзвіниця, як надінуть їй оцю золоту голівку! – милується дівчина,</w:t>
      </w:r>
    </w:p>
    <w:p>
      <w:r>
        <w:br/>
        <w:t>– Еге! – одказує друга: – зовсім як молода, що ото бачили? – піп вінчає та надіва золоту таку шапку!</w:t>
      </w:r>
    </w:p>
    <w:p>
      <w:r>
        <w:br/>
        <w:t>– Ага, то вінець! – щебечуть дівчатка.</w:t>
      </w:r>
    </w:p>
    <w:p>
      <w:r>
        <w:br/>
        <w:t>Надвечір. Знов понатовпилось дідів у калавурку. Аж у носі крутить од нових кожухів, од чобіт, аж свічка тремтіть-мигоче у задусі.</w:t>
      </w:r>
    </w:p>
    <w:p>
      <w:r>
        <w:br/>
        <w:t>Піп, хвундаторь, титарь та дяк сидять за столом, діди – хто стоїть, хто сидить на лавах.</w:t>
      </w:r>
    </w:p>
    <w:p>
      <w:r>
        <w:br/>
        <w:t>Рада сьогодні йде вже про те, кому хреста зносити на нову дзвіницю, бо майстер сам же ж не полізе, помішники його – один заслаб, другий боїться, робочі не вміють та й бояться, та й кому ж не страшно п’ястись по слизькій після наморозу блясі, держучись тільки на маленькій драбині?</w:t>
      </w:r>
    </w:p>
    <w:p>
      <w:r>
        <w:br/>
        <w:t>Довго діди гомоніли, аж чуби й лисини понагрівали, а все ні до чого не договорилися.</w:t>
      </w:r>
    </w:p>
    <w:p>
      <w:r>
        <w:br/>
        <w:t>– А щоб я вам пораяв, люди добрі – задріботів куценький тонкоголосий дідок – Галка.</w:t>
      </w:r>
    </w:p>
    <w:p>
      <w:r>
        <w:br/>
        <w:t>– А що, Пилипе, кажи!</w:t>
      </w:r>
    </w:p>
    <w:p>
      <w:r>
        <w:br/>
        <w:t>– Та ось, чи не нанявся б хто вилізти туди, коли охотою, за честь ніхто не хоче. Гроші ж найкращий батіжок: підженуть і на край світу, не то що на дзвіницю.</w:t>
      </w:r>
    </w:p>
    <w:p>
      <w:r>
        <w:br/>
        <w:t>– Ото ще вигадав? Де ж пак видало, щоб на таке діло та ще наймати? Невже ж у громаді не знайдеться нікого охочого? – гомоніли одні.</w:t>
      </w:r>
    </w:p>
    <w:p>
      <w:r>
        <w:br/>
        <w:t>– Та хто його зна… – мнялися другі, – воно, як би підождати до весни, було б неначе краще, бо тепер диви яка часами ожеледь сідає: кому охота головою накласти?</w:t>
      </w:r>
    </w:p>
    <w:p>
      <w:r>
        <w:br/>
        <w:t>Гаврило складав у сінях якісь припади. Прислухаючись до радноі розмови, зразу аж блиснуло в його очах: він рішучо крутнув головою й став пропихатись проміж дідами.</w:t>
      </w:r>
    </w:p>
    <w:p>
      <w:r>
        <w:br/>
        <w:t>– А може б я, батюшко, взявся за це діло?</w:t>
      </w:r>
    </w:p>
    <w:p>
      <w:r>
        <w:br/>
        <w:t>Усі зглянулися мовчки.</w:t>
      </w:r>
    </w:p>
    <w:p>
      <w:r>
        <w:br/>
        <w:t>Гаврило глянув навколо, шукаючи підмоги: з усіх очей світилося зневір’я.</w:t>
      </w:r>
    </w:p>
    <w:p>
      <w:r>
        <w:br/>
        <w:t>– Та я, – похапцем заговорив Гаврило: – я не за гроші, я й так полізу… для бога, для людей…</w:t>
      </w:r>
    </w:p>
    <w:p>
      <w:r>
        <w:br/>
        <w:t>– Як шщвині не дивитись на небо, так тобі, Гаврило, ліжти на божу черкву! – глухо пробубонів старий та сердитий дід Калайда.</w:t>
      </w:r>
    </w:p>
    <w:p>
      <w:r>
        <w:br/>
        <w:t>Блиснув на нього очима Гаврило й увесь спалахнув, наче йому хто запив усе обличчя червоною фарбою.</w:t>
      </w:r>
    </w:p>
    <w:p>
      <w:r>
        <w:br/>
        <w:t>Збігла червона фарба й худе бліде обличчя стало ще блідіще.</w:t>
      </w:r>
    </w:p>
    <w:p>
      <w:r>
        <w:br/>
        <w:t>– От і добре! і гаразд! – підхопив, не слухаючи Калайди, моторний дідок Галка.</w:t>
      </w:r>
    </w:p>
    <w:p>
      <w:r>
        <w:br/>
        <w:t>– Я радив наймати, а цей, бач, і сам охотиться! От і добре! Тобі добре, Гаврилку, і нам добре! Тобі й хустка, тобі й полотно з хреста…</w:t>
      </w:r>
    </w:p>
    <w:p>
      <w:r>
        <w:br/>
        <w:t>– Не подоба п’яницям братися за таке діло! – знову одрубав Калайда.</w:t>
      </w:r>
    </w:p>
    <w:p>
      <w:r>
        <w:br/>
        <w:t>Люди розділилися: хто проти Гаврила, а хто й за його, бо вже обридло й хотілося якось закінчити нараду.</w:t>
      </w:r>
    </w:p>
    <w:p>
      <w:r>
        <w:br/>
        <w:t>– Як ви, батюшко?</w:t>
      </w:r>
    </w:p>
    <w:p>
      <w:r>
        <w:br/>
        <w:t>– Та-а… Гаврило… бач, Гаврилку, якої ти собі слави придбав! Ох, Гаврило! Я б і нічого, люди добрі, та тільки якось… ніяково. Бачте, чоловік він добрий… нічого собі, добрий, кажу, та тільки жінка в його непутяща й сам він не по путящому живе… – плутав піп, не знаючи, якої й держатись.</w:t>
      </w:r>
    </w:p>
    <w:p>
      <w:r>
        <w:br/>
        <w:t>– А хто не по божому живе, того гріх допускати до божої святині! – одразу, неначе по писаному вивів піп, аж зрадів, що так-сяк довів розмову до краю.</w:t>
      </w:r>
    </w:p>
    <w:p>
      <w:r>
        <w:br/>
        <w:t>– Та батюшко! Хто богові не грішний, царю не винний! – весело заговорив нестарий ще титар.</w:t>
      </w:r>
    </w:p>
    <w:p>
      <w:r>
        <w:br/>
        <w:t>– Ex, бач, Хведоровичу – почав піп: – воно то так, аж в Писанні стоїть "не мечіте бісера перед свініями, не давайте святині псам".</w:t>
      </w:r>
    </w:p>
    <w:p>
      <w:r>
        <w:br/>
        <w:t>– Це я не про тебе, Гаврило, це лиш в писанні так, – поспішив якось заспокоїти піп Гаврила, який страшенна мінився на виду.</w:t>
      </w:r>
    </w:p>
    <w:p>
      <w:r>
        <w:br/>
        <w:t>– Та, батюшко, він же покається, їй-богу покається!</w:t>
      </w:r>
    </w:p>
    <w:p>
      <w:r>
        <w:br/>
        <w:t>– Еге, Гаврилку? – дріботів добросердий дідок. – А ви батюшко, висповідаєте, покуту якусь накладете, та запричастите, ну і от!..</w:t>
      </w:r>
    </w:p>
    <w:p>
      <w:r>
        <w:br/>
        <w:t>– Та-ак! покаяніє – велика річ: "покаяніє нероскаяне спасеніе содєловает", сказано у святому писанні, – поважно закінчив піп.</w:t>
      </w:r>
    </w:p>
    <w:p>
      <w:r>
        <w:br/>
        <w:t>Ближчі уже всі згодились з ним, тільки по кутках ззаду бурмотів дехто та мов крук, лиховісно кряка дід Калайда: "Не подоба! Жінка рошпутня, шам бешпутній!". Та вже всім набридло сперечатись, пора пізня була, усі поспішали росходитись і Гаврила таки обрали за хрестоноса.</w:t>
      </w:r>
    </w:p>
    <w:p>
      <w:r>
        <w:br/>
        <w:t>Сивий туман закутав Кучугурівку. Даремно силкуються високі тополі вискочити з його, даремно верби простягають свої покарлючені гілки до блідого місяця: важкий, холодний туман налягає все більше, і місяць тільки плаксиво дивиться крізь його, безсилий чимсь помогти.</w:t>
      </w:r>
    </w:p>
    <w:p>
      <w:r>
        <w:br/>
        <w:t>В густому вогкому повітрі важко дихати: так і зависли в йому всі важкі пахощі землі, і згуки проразливо лящать, наче коло самого вуха: і бубон, і дівчачі співи й гавкання собак.</w:t>
      </w:r>
    </w:p>
    <w:p>
      <w:r>
        <w:br/>
        <w:t>Все оте примічає Гаврило, ідучи додому після сповіді та правила, що читав укупі з Михайлом у калавурці.</w:t>
      </w:r>
    </w:p>
    <w:p>
      <w:r>
        <w:br/>
        <w:t>Зовсім змінилося його обличчя: щось тихе, поважне світиться тепер на цьому, раз-у-раз непроспаному замурзаному, торопленому видові.</w:t>
      </w:r>
    </w:p>
    <w:p>
      <w:r>
        <w:br/>
        <w:t>Ще з самого четверга, коли обрали його, почав він говіти. Додому навідується, щоб тільки попоїсти, або нагодувати та покласти Івася, а то усе коло церкви, усе коло церкви: докрасює, домальовує і кожен раз як прийде – зупиниться й подивиться на великий хрест, прихиляний біля калавурки до стіни. Коли ж утомиться, та прийде спочити, або поскладати струмент, то вже неодмінно сяде коло сивого Михайла й веде з ним тиху розмову, або слухає, як той, упоравшись біля церкви, читає стареньку Четь-Мінею.</w:t>
      </w:r>
    </w:p>
    <w:p>
      <w:r>
        <w:br/>
        <w:t>Ураза, болюча ураза громадської зневаги, котрої не загоїло й те, що його таки призначено за хрестоноса, давить йому серце і стихає тільки під оте буркотливе дідове читання.</w:t>
      </w:r>
    </w:p>
    <w:p>
      <w:r>
        <w:br/>
        <w:t>– Обрали, – думається йому: – обрали, бо нікого було, ніхто не хотів… мають мене за найпосліднішого… не вірять мені… Та як і вірити, коли я сам часом собі не вірю, сам себе на жалую й не поважаю?</w:t>
      </w:r>
    </w:p>
    <w:p>
      <w:r>
        <w:br/>
        <w:t>А на серці десь глибоко ворушиться свіжа відрадна думка.</w:t>
      </w:r>
    </w:p>
    <w:p>
      <w:r>
        <w:br/>
        <w:t>– Ні! тепер я можу дивитися в вічі добрим людям: не для себе, не для прибутку того нещасного потрудюся я: жертва моя щира, жертва моя богові!..</w:t>
      </w:r>
    </w:p>
    <w:p>
      <w:r>
        <w:br/>
        <w:t>Оттакі незвичайні думки опанували п’яницьку голову.</w:t>
      </w:r>
    </w:p>
    <w:p>
      <w:r>
        <w:br/>
        <w:t>Гаврило звернув у провулочок.</w:t>
      </w:r>
    </w:p>
    <w:p>
      <w:r>
        <w:br/>
        <w:t>Дворів через два з густого туману виринув стіжок, далі кострубата верба над криницею, а там і хата, його, Гаврилова. В невеличких вікнах не світилося: мабуть малий заснув, не діждавшися батька.</w:t>
      </w:r>
    </w:p>
    <w:p>
      <w:r>
        <w:br/>
        <w:t>Намацав Гаврило клямку, одчинив двері, вийняв сірника і запалив лойову свічку, застромлену в порожню пляшку. Світло осяяло голі стіни, закурену піч та піл з купою одежі, де клубочком скрутився сонний Івась</w:t>
      </w:r>
    </w:p>
    <w:p>
      <w:r>
        <w:br/>
        <w:t>– Бідний хлопець не ївши заснув – сказав батько, не забачивши ніяких слідів вечері.</w:t>
      </w:r>
    </w:p>
    <w:p>
      <w:r>
        <w:br/>
        <w:t>І ще виразніше ніж коли зрозумів, як різнилсь його життя від сусідського, де по хаті порається жінка-хазяйка, де діти нагодовані, обшиті й обмиті, де чоловік може спочити після важкої роботи.</w:t>
      </w:r>
    </w:p>
    <w:p>
      <w:r>
        <w:br/>
        <w:t>Схилив Гаврило на стіл голову та прислухається, як на серці заворушилися недобрі думки проти покинувшої жінки, – проти всеї нещасної долі; зворушилися та й змовкли перед тихим святим почуттям, що обняло його після сповіді та правила.</w:t>
      </w:r>
    </w:p>
    <w:p>
      <w:r>
        <w:br/>
        <w:t>– Бог з нею, – рішив Гаврило і, щоб не впасти знов у гріх, ліг спати.</w:t>
      </w:r>
    </w:p>
    <w:p>
      <w:r>
        <w:br/>
        <w:t>Та довго не спалося йому: то вітер наче тонко глузливо свистів у розбиту шибку, гострою течією пробігав по тілові й нагадував, що неодмінно к світу ожеледь таки буде.</w:t>
      </w:r>
    </w:p>
    <w:p>
      <w:r>
        <w:br/>
        <w:t>То в місячному сяйві дзвіниця якось чудно наглядала з-за верб, неначе підстерегала когось – аж острах обіймав.</w:t>
      </w:r>
    </w:p>
    <w:p>
      <w:r>
        <w:br/>
        <w:t>Серед нічної тиші знов чорні думки обсіли Гавр лову голову.</w:t>
      </w:r>
    </w:p>
    <w:p>
      <w:r>
        <w:br/>
        <w:t>Сором за своє п’яництво, журба об щербатій навіки долі, глухий біль громадської зневаги – все гнітило душу, а до того ще виростало питання: а що ж буде далі? Що буде, як, боронь боже, не донесе він благополучно хреста і доведеться або Івася посиротити, або й самому під старість зробитись калікою, без сили, без хліба?</w:t>
      </w:r>
    </w:p>
    <w:p>
      <w:r>
        <w:br/>
        <w:t>Гаврило силкувавсь одігнати настирні думки молитвою та хрестом, починав дрімати і знову прокидався від місячного проміння, в якому як раз проти його вікна, увільнена од туману, стояла дзвіниця, де він завтра понесе хреста.</w:t>
      </w:r>
    </w:p>
    <w:p>
      <w:r>
        <w:br/>
        <w:t>То закриє Гаврило очі, то розкриє, а дзвіниця усе стоїть, і ось вбачається йому: вікна в ній не вікна, то страшні чорні очі, з дверей зробився рот і він ще поки стулений, а ось-ось розкриється…</w:t>
      </w:r>
    </w:p>
    <w:p>
      <w:r>
        <w:br/>
        <w:t>Зелена луска по гострій голові блищить і збігає на стіну, а хвіст довгий та темний ховається в садках.</w:t>
      </w:r>
    </w:p>
    <w:p>
      <w:r>
        <w:br/>
        <w:t>Лупне очима Гаврило, – страшна мара розвіється, перед очима дзвіниця стоїть, як стояла, а півсонні думки малюють нові дива й морочать голову.</w:t>
      </w:r>
    </w:p>
    <w:p>
      <w:r>
        <w:br/>
        <w:t>Гаврило здригається, ховається під кожух, – а страшна дзвіниця тягне до себе і звідти, а він, мов приворожений, не може одвести очей, – все неначе ближче та ближче вона.</w:t>
      </w:r>
    </w:p>
    <w:p>
      <w:r>
        <w:br/>
        <w:t>От-от-от щось станеться страшне, невимовне та неминуче.</w:t>
      </w:r>
    </w:p>
    <w:p>
      <w:r>
        <w:br/>
        <w:t>Гаврила аж холодний піт обдав.</w:t>
      </w:r>
    </w:p>
    <w:p>
      <w:r>
        <w:br/>
        <w:t>Скочив він, упав навколішки та молиться-молиться, а чого і якими словами, сам не розуміє, тільки серце в йому то ще палкіше займається коханням та жалем до свого Івася, то замірає від того страшного, що має статись от-от-от…</w:t>
      </w:r>
    </w:p>
    <w:p>
      <w:r>
        <w:br/>
        <w:t>Багато пережив-перестраждав Гаврило за цю ніч, і вже тільки як вдарити до заутрені, усі думки одлетіли й ясно вималювалася одна: "це мені смерть у вічі заглядала". Так собі рішив Гаврило, перехрестивсь і – чудна річ: тихо-тихе, величне почуття обвіяло його душу, мов широкими крилами, і все життя потонуло десь у тумані, тільки заплакане личко Івася виглядало з того туману, та й від його відмахувавсь Гаврило. "Не треба! годі!"</w:t>
      </w:r>
    </w:p>
    <w:p>
      <w:r>
        <w:br/>
        <w:t>Спокійно вийняв нову одежу, вмився, одягся, розчесавсь і нахилився над сонним хлопчиком: смуток на хвилину пробіг йому по виду, і він поспіхом вийшов з хати назустріч свіжому заморозкові та веселому дзвонові.</w:t>
      </w:r>
    </w:p>
    <w:p>
      <w:r>
        <w:br/>
        <w:t>Церква повна, люди одягнені, як на Великдень, або на Різдво. Перед вівтарем горять цілі снопи свічок, паникадило осяяло і стелю й баню, пахущий дим синіми кучерями вилітає з кадила і хвилює по церкві, а хлопці на криласі співають так суголосно та весело.</w:t>
      </w:r>
    </w:p>
    <w:p>
      <w:r>
        <w:br/>
        <w:t>Гаврилові було ніяково оставатись серед церкви з його тихими думами, забився він у темний далекий куток. Там не було ні ставників, ні вікон, і тільки якась спасенна душа (а може й ворожка) приліпила тоненьку свічечку до рямців старої картини. Свічечка блимала, страшні чорти на мить вискакували з пекельного язикатого полум’я і знов ховалися на дно, а вгорі праведники, хвилюючи, як добра нива, довгою чередою йшли у царство небесне.</w:t>
      </w:r>
    </w:p>
    <w:p>
      <w:r>
        <w:br/>
        <w:t>Мучені грішники тремтіли та кривилися, а янголи у золотих віночках літали й ховалися серед круглих, мов клубки, хмар; ті хмари котилися-котилися, мов отара, а над ними в чистій блакиті сяяв здалеку сам Бог-Саваоф. Виразніше над усе горів на картині образ того, хто сам себе оддав на жертву лютим катам за цих бідних невольників пекла.</w:t>
      </w:r>
    </w:p>
    <w:p>
      <w:r>
        <w:br/>
        <w:t>Гаврило не чув ні служби, ні човгання людей, що входили та виходили: він впився не то що очима – усією душею своєю впивсь у картину, вироставшу у темряві перед ним.</w:t>
      </w:r>
    </w:p>
    <w:p>
      <w:r>
        <w:br/>
        <w:t>"Прийміте, ядіте" пролунало по церкві, а Гаврилові здалося, що не піп їх проголосив, а вони вилетіли з мучених вуст Христа.</w:t>
      </w:r>
    </w:p>
    <w:p>
      <w:r>
        <w:br/>
        <w:t>Впав Гаврило й довго лежав ниць, а коли підвівся, свічка вже згасла, й сонячний промінь прокрався у темний куток і золотив другий старий образ і на йому напис: "возьміте іго моє, іго бо моє благо і бремя моє легко єсть".</w:t>
      </w:r>
    </w:p>
    <w:p>
      <w:r>
        <w:br/>
        <w:t>"Зо страхом Божим і вірою" приступив Гаврило до причастя, один на всю церкву, повну богомольців, що дивилися на його, поштиво розступалися, давали дорогу йому, Гаврилові-п’яниці.</w:t>
      </w:r>
    </w:p>
    <w:p>
      <w:r>
        <w:br/>
        <w:t>Це ж для його одного читається молитва, це його дожидає піп з золотою чашою в руках, поки він скінчить свої поклони.</w:t>
      </w:r>
    </w:p>
    <w:p>
      <w:r>
        <w:br/>
        <w:t>Тремтючи од "страху Божого", сподобився Гаврило причастя.</w:t>
      </w:r>
    </w:p>
    <w:p>
      <w:r>
        <w:br/>
        <w:t>Спокій, якийсь нетутешній, неземний спокій наповнив його душу, як пахущий кадиловий дим наповняв церкву. Погляд Гаврила і всі рухи зробилися тихі й поважні, неначе він ніс щось дороге та крихке, що боявся розбити і чим величався. Служба скінчилася, народ залив увесь цвинтар; перед дзвіницею стояв налой та чаша з водою та кропилом; величезний злото-сяйний хрест стояв тут же, і його піддержували найповажніші селяне.</w:t>
      </w:r>
    </w:p>
    <w:p>
      <w:r>
        <w:br/>
        <w:t>Блідий, спокійний Гаврило слухав слова молитви, чув, як вітер ворушив йому волосся на голові, бачив, як хрест простягає на нього свої тяжкі обійми, і легко було йому, і все на світі здавалось таке дрібне, мизерне перед тією великою постаттю і її великою вагою, що бачив Гаврило на картині.</w:t>
      </w:r>
    </w:p>
    <w:p>
      <w:r>
        <w:br/>
        <w:t>Молебень скінчився.</w:t>
      </w:r>
    </w:p>
    <w:p>
      <w:r>
        <w:br/>
        <w:t>Піп окропив святою водою хреста й людей на чотирі боки.</w:t>
      </w:r>
    </w:p>
    <w:p>
      <w:r>
        <w:br/>
        <w:t>Народ одступив далі, – один остався перед хрестом Гаврило.</w:t>
      </w:r>
    </w:p>
    <w:p>
      <w:r>
        <w:br/>
        <w:t>Повернувся він до народу і вклонився на всі чотирі боки.</w:t>
      </w:r>
    </w:p>
    <w:p>
      <w:r>
        <w:br/>
        <w:t>– Простіть, люде добрі, мимохіть затремтів його голос.</w:t>
      </w:r>
    </w:p>
    <w:p>
      <w:r>
        <w:br/>
        <w:t>– Бог простить! – гула громада.</w:t>
      </w:r>
    </w:p>
    <w:p>
      <w:r>
        <w:br/>
        <w:t>Тричи вклонявся Гаврило й тричи прощався з ним народ од щирого серця.</w:t>
      </w:r>
    </w:p>
    <w:p>
      <w:r>
        <w:br/>
        <w:t>А майстри тим часом розгортали довге полотно й чіпляли його на хрест.</w:t>
      </w:r>
    </w:p>
    <w:p>
      <w:r>
        <w:br/>
        <w:t>Гаврила підвели до хреста, звеліли присісти, попід руки попротягали рушники й міцно прив’язали хреста до спини.</w:t>
      </w:r>
    </w:p>
    <w:p>
      <w:r>
        <w:br/>
        <w:t>– Добре! З Богом!</w:t>
      </w:r>
    </w:p>
    <w:p>
      <w:r>
        <w:br/>
        <w:t>Підвівся Гаврило: страшна вага наче прикувала його ноги до землі.</w:t>
      </w:r>
    </w:p>
    <w:p>
      <w:r>
        <w:br/>
        <w:t>З усіх боків полетіли на Гаврила червоні, син жовті, квітчасті хустки, рушники.</w:t>
      </w:r>
    </w:p>
    <w:p>
      <w:r>
        <w:br/>
        <w:t>– Боже тобі поможи! – чулося скрізь.</w:t>
      </w:r>
    </w:p>
    <w:p>
      <w:r>
        <w:br/>
        <w:t>Обличчя сяяли цікавістю й повагою, тільки одне маленьке бліде личко збентежено виглядало з-за людей. Махнув батько рукою, і воно сховалося.</w:t>
      </w:r>
    </w:p>
    <w:p>
      <w:r>
        <w:br/>
        <w:t>Гаврила узяли полід руки й повели. Тяжки були його ступіні, й довгою-предовгою здалася йому дорога від налою до риштування дзвіниці.</w:t>
      </w:r>
    </w:p>
    <w:p>
      <w:r>
        <w:br/>
        <w:t>Ще важче було йти по незлічених щаблях, набитих впоперек дощок. За те ж з кожним щаблем усе вище піднімався Гаврило, все вище задирали голови ті, що стояли долі, бистріше колотилося Гаврилове серце од задишки й незнаного йому ще ніколи почуття. Ось він пройшов усі споховисті риштування, зупинився на лежачому, оддихав, обійшов напівокола дзвіницю й підіймається уже з другого боку.</w:t>
      </w:r>
    </w:p>
    <w:p>
      <w:r>
        <w:br/>
        <w:t>Народ сипонув на той бік й пильно дивився на свого хрестоноса.</w:t>
      </w:r>
    </w:p>
    <w:p>
      <w:r>
        <w:br/>
        <w:t>Шарпнув дужий вітер з півночі, розкуйовдив Гаврилові чуба. Він спинився на хвилину й глянув униз: усі очі дивилися на його, в купі бабів було вже чимало й червоних заплаканих, баби хрестилися і його хрестили.</w:t>
      </w:r>
    </w:p>
    <w:p>
      <w:r>
        <w:br/>
        <w:t>Сміливіше подавсь Гаврило уперед, угору.</w:t>
      </w:r>
    </w:p>
    <w:p>
      <w:r>
        <w:br/>
        <w:t>Вітер знову на кінці драбини вдарив на його й поводатарі міцно задержали його на місці.</w:t>
      </w:r>
    </w:p>
    <w:p>
      <w:r>
        <w:br/>
        <w:t>Він знову глянув униз: ще вище задрали голови люди, ще більше жінок хлипало, хоч і не чути було йому того хлипання за вітром.</w:t>
      </w:r>
    </w:p>
    <w:p>
      <w:r>
        <w:br/>
        <w:t>Знов обійшов Гаврило дзвіницю вже по другому поверсі й підійшов до вузенької драбинки, яка вела вже на самий шпиль.</w:t>
      </w:r>
    </w:p>
    <w:p>
      <w:r>
        <w:br/>
        <w:t>Тут поводарі, бліді і збентежені, дали йому добре віддихатись, після того помогли йому стати на перший щабель і вчепитись руками вище: почалася сама тяжка робота, бо він повинен був тут уже сам підніматись.</w:t>
      </w:r>
    </w:p>
    <w:p>
      <w:r>
        <w:br/>
        <w:t>Ще раз окинув оком море голів, що уже перелилося на південний бік цвинтаря. Вітер ущух в деревах, тихо було й на цвинтарі. Всі очі злилися в один погляд і цей погляд прикутий був до його, Гаврила, острахом і молитвою за його спасіння, з невиданим ще ніколи жалем і повагою.</w:t>
      </w:r>
    </w:p>
    <w:p>
      <w:r>
        <w:br/>
        <w:t>Зовсім вискочило з грудей кволе людське серце, могутні якісь крила підхопили й понесли його вгору по дрібних щаблях.</w:t>
      </w:r>
    </w:p>
    <w:p>
      <w:r>
        <w:br/>
        <w:t>От і зелена печеричка перед ним, а на ній при роблене золоте яблуко дожидається, розкривши свою четверокутню дірку, куди має бути вставлено хрест.</w:t>
      </w:r>
    </w:p>
    <w:p>
      <w:r>
        <w:br/>
        <w:t>Ще трохи піднятись, повернутись спиною і – готово!</w:t>
      </w:r>
    </w:p>
    <w:p>
      <w:r>
        <w:br/>
        <w:t>Широкий гомін розлігсь по цвинтарю: то зітхнула громада своїм великим серцем!</w:t>
      </w:r>
    </w:p>
    <w:p>
      <w:r>
        <w:br/>
        <w:t>У кожного одпав тяжкий камінь од серця, всі ожили, заворушились, загомоніли.</w:t>
      </w:r>
    </w:p>
    <w:p>
      <w:r>
        <w:br/>
        <w:t>Майстри проворно збігли вгору, встромили кінець хреста у яблуко, розплутали ланцюжки, зачепили їх з готові гаки, розповили Гаврила і – хрест засяяв у прозорому блакитному небі, всіх благословляючи своїми широкими раменами.</w:t>
      </w:r>
    </w:p>
    <w:p>
      <w:r>
        <w:br/>
        <w:t>Бистрим поглядом окинув його Гаврило, та не хрест вабив тепер його: очі його зачаровані повернули до того чарівного погляду, яким дивилася громада на свого хрестоноса.</w:t>
      </w:r>
    </w:p>
    <w:p>
      <w:r>
        <w:br/>
        <w:t>А дизилася вона з повагою, з подякою богові за те, що сподобив приняти їхню жертву з Гаврилов рук і його самого зберіг живого й цілого.</w:t>
      </w:r>
    </w:p>
    <w:p>
      <w:r>
        <w:br/>
        <w:t>Сам Гаврило став для них другий: вони бачили не п’яничку-маляра, дурного чоловіка розпутної жінки, а зовсім нову людину, що виросла понад усіх, як та дзвіниця – його підніжжя.</w:t>
      </w:r>
    </w:p>
    <w:p>
      <w:r>
        <w:br/>
        <w:t>Гаврила тяг цей погляд, як світ сонця тягне до себе все живуще, – дух йому забило, хотілося з сміхом і плачем кинутись в обійми цього народу, що за хвилину став йому рідним.</w:t>
      </w:r>
    </w:p>
    <w:p>
      <w:r>
        <w:br/>
        <w:t>І він кинувся по крутій драбинці униз.</w:t>
      </w:r>
    </w:p>
    <w:p>
      <w:r>
        <w:br/>
        <w:t>Зомліле під вагою хреста тіло похитнулося, у голові закрутилося, і Гаврило полетів униз. Страшний болізний крик розлігся по цвинтарі. Більш нічого не знав Гаврило, коли його розбитого з переламаною рукою й ногою зняли з риштування й занесли додому.</w:t>
      </w:r>
    </w:p>
    <w:p>
      <w:r>
        <w:br/>
        <w:t>Не швидко він очутився від страшенного болю в тілі, обвів очима усіх, що з жалем і клопотом нахилились над ним і – закрив очі.</w:t>
      </w:r>
    </w:p>
    <w:p>
      <w:r>
        <w:br/>
        <w:t>Дитяче хлипання примусило знову розплющити їх і з тривогою озирнутись: малий Івась гірко плакав, плакали круг його й жінки, а одна палко пригортала його, втирала йому сльози.</w:t>
      </w:r>
    </w:p>
    <w:p>
      <w:r>
        <w:br/>
        <w:t>Спокійно закрив Гаврило обважнілі вії: його дитина була у вірних громадських руках…</w:t>
      </w:r>
    </w:p>
    <w:p>
      <w:r>
        <w:br/>
        <w:t>Гаврило не вмер. Одволала громада свого хрестоноса, не пожалувала грошей на лікаря та ліки, і він одужав після тяжкої довгої хвороби. Сумно було йому дивитись на своє каліцтво, душно стало в хаті, де поралася чужа, не його жінка і він попрохав, щоб його вивели й посадили на призьбі.</w:t>
      </w:r>
    </w:p>
    <w:p>
      <w:r>
        <w:br/>
        <w:t>Весна стояла на дворі. Садки були як снігом укриті білим цвітом, сонце сяяло на небі, а проти його у високій блакиті горів золотий хрест, благословляючи ввесь мир своїми раменами. Замилувавсь Гаврило…</w:t>
      </w:r>
    </w:p>
    <w:p>
      <w:r>
        <w:br/>
        <w:t>Минуло чимало літ. Івась виріс, зробився високим струнким парубком, ремество батькове перейшло і добре далося йому.</w:t>
      </w:r>
    </w:p>
    <w:p>
      <w:r>
        <w:br/>
        <w:t>Хрест на дзвіниці трохи померк од дощів та всякої негоди, не так ясно горить він, та все тако ж пильно дивиться на його каліка Гаврило, якого громада навіки пристановила за сторожа до церкви.</w:t>
      </w:r>
    </w:p>
    <w:p>
      <w:r>
        <w:br/>
        <w:t>Сивий, на милиці, з попсованою рукою похожає Гаврило коло церкви й у середині її: там пил обмахне крильцем, там лампадки заправить, там коло свічок порається. Громада перемінила й прізвище йому: не п’яничка-Гаврилко, не Гаврило-маляр, а хрестонос-Гаврило з повагою прозиває вона його.</w:t>
      </w:r>
    </w:p>
    <w:p>
      <w:r>
        <w:br/>
        <w:t>1886; друковано 1896.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Хрестонос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