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Хрест</w:t>
      </w:r>
    </w:p>
    <w:p>
      <w:r>
        <w:br/>
        <w:t xml:space="preserve"> Хрест степи собі на перса&lt;br /&gt;</w:t>
        <w:br/>
        <w:t>Із доріг кладуть.&lt;br /&gt;</w:t>
        <w:br/>
        <w:t>О.С.</w:t>
      </w:r>
    </w:p>
    <w:p>
      <w:r>
        <w:br/>
        <w:t>І</w:t>
      </w:r>
    </w:p>
    <w:p>
      <w:r>
        <w:br/>
        <w:t>В пустелі безлюдній встаєш на дорозі укрутній...&lt;br /&gt;</w:t>
        <w:br/>
        <w:t>Укопано стали сталеві копита коня...&lt;br /&gt;</w:t>
        <w:br/>
        <w:t>Похмурий, безрукий,— мов з муру ти викут, могутній;&lt;br /&gt;</w:t>
        <w:br/>
        <w:t>Мов з муру ти викут, піднятий над заходом дня.&lt;br /&gt;</w:t>
        <w:br/>
        <w:t>Майбути, од віку цим нетрям нічого не треба....&lt;br /&gt;</w:t>
        <w:br/>
        <w:t>Ні гір ані веж із орлиним перекликом — "стеж!.."&lt;br /&gt;</w:t>
        <w:br/>
        <w:t>Далеко-далеко доходить у дроготах небо,&lt;br /&gt;</w:t>
        <w:br/>
        <w:t>Сперезане за-день напругами лютих пожеж.&lt;br /&gt;</w:t>
        <w:br/>
        <w:t>В яку задуднити,— куди із цього перехрестя?&lt;br /&gt;</w:t>
        <w:br/>
        <w:t>Здається, од віку папруги пламен і доріг&lt;br /&gt;</w:t>
        <w:br/>
        <w:t>Цю землю карають — пережуть і крають і хрестять...&lt;br /&gt;</w:t>
        <w:br/>
        <w:t>Давно в середхрестя цей камінь злоречий заліг!&lt;br /&gt;</w:t>
        <w:br/>
        <w:t>Вправоруч — погроза, ще тяжча погроза — вліворуч,&lt;br /&gt;</w:t>
        <w:br/>
        <w:t>А просто — пропасти, покласти себе і коня.&lt;br /&gt;</w:t>
        <w:br/>
        <w:t>Загусла в повітрі,— не плине полинова горич...&lt;br /&gt;</w:t>
        <w:br/>
        <w:t>За зґраєю зґрая, і кряче і гра вороння...&lt;br /&gt;</w:t>
        <w:br/>
        <w:t>Не здійметься вітер,— отруєних трав не сполоще...&lt;br /&gt;</w:t>
        <w:br/>
        <w:t>Там кості між ними, а там — нежива голова...&lt;br /&gt;</w:t>
        <w:br/>
        <w:t>Неначе живая, в зубів засміялася ощер&lt;br /&gt;</w:t>
        <w:br/>
        <w:t>І ящером з ока метнула, неначе жива.&lt;br /&gt;</w:t>
        <w:br/>
        <w:t>Давно би рушати... Упало багровеє коло,—&lt;br /&gt;</w:t>
        <w:br/>
        <w:t>Вороже навколо стає щохвилини темніш...&lt;br /&gt;</w:t>
        <w:br/>
        <w:t>Піднявшись горою, захмаривши думою чоло,&lt;br /&gt;</w:t>
        <w:br/>
        <w:t>У дикому полі на злім роздоріжжі стоїш.</w:t>
      </w:r>
    </w:p>
    <w:p>
      <w:r>
        <w:br/>
        <w:t>ІІ</w:t>
      </w:r>
    </w:p>
    <w:p>
      <w:r>
        <w:br/>
        <w:t>"Нехай усе тобі вороже,&lt;br /&gt;</w:t>
        <w:br/>
        <w:t>Нехай жорстокий буде бій,—&lt;br /&gt;</w:t>
        <w:br/>
        <w:t>Не гоже, лицарю, не гоже&lt;br /&gt;</w:t>
        <w:br/>
        <w:t>Замислюватися тобі.</w:t>
      </w:r>
    </w:p>
    <w:p>
      <w:r>
        <w:br/>
        <w:t>Ти бачив цюю Україну! —&lt;br /&gt;</w:t>
        <w:br/>
        <w:t>Лиш полини, лиш бур’яни...&lt;br /&gt;</w:t>
        <w:br/>
        <w:t>А мала вибуяти крином&lt;br /&gt;</w:t>
        <w:br/>
        <w:t>Благоуханної весни!</w:t>
      </w:r>
    </w:p>
    <w:p>
      <w:r>
        <w:br/>
        <w:t>А мала квітнути, багата! —&lt;br /&gt;</w:t>
        <w:br/>
        <w:t>Не крови гіркої ріка,—&lt;br /&gt;</w:t>
        <w:br/>
        <w:t>Із неї мали витікати&lt;br /&gt;</w:t>
        <w:br/>
        <w:t>Річки медів і молока.</w:t>
      </w:r>
    </w:p>
    <w:p>
      <w:r>
        <w:br/>
        <w:t>Де розсипатися оселям,&lt;br /&gt;</w:t>
        <w:br/>
        <w:t>Немов веселим намистам,—&lt;br /&gt;</w:t>
        <w:br/>
        <w:t>Неісходимая пустеля&lt;br /&gt;</w:t>
        <w:br/>
        <w:t>Глухими заростами там...</w:t>
      </w:r>
    </w:p>
    <w:p>
      <w:r>
        <w:br/>
        <w:t>Чорнопапруге роздорожжя&lt;br /&gt;</w:t>
        <w:br/>
        <w:t>Та чорнокрилявини грай...&lt;br /&gt;</w:t>
        <w:br/>
        <w:t>Це дика сила зловорожа&lt;br /&gt;</w:t>
        <w:br/>
        <w:t>Занапастила світлий край.</w:t>
      </w:r>
    </w:p>
    <w:p>
      <w:r>
        <w:br/>
        <w:t>Це хижа сила положила&lt;br /&gt;</w:t>
        <w:br/>
        <w:t>З своїх доріг на ньому хрест,&lt;br /&gt;</w:t>
        <w:br/>
        <w:t>Щоб не піднявся із могили,&lt;br /&gt;</w:t>
        <w:br/>
        <w:t>Щоби ніколи не воскрес.</w:t>
      </w:r>
    </w:p>
    <w:p>
      <w:r>
        <w:br/>
        <w:t>Щоби довіку, як підлога,&lt;br /&gt;</w:t>
        <w:br/>
        <w:t>Земля рипіла і гула,&lt;br /&gt;</w:t>
        <w:br/>
        <w:t>Стогнала — скаржилась, небога,&lt;br /&gt;</w:t>
        <w:br/>
        <w:t>Людей і Бога прокляла.</w:t>
      </w:r>
    </w:p>
    <w:p>
      <w:r>
        <w:br/>
        <w:t>Щоб захлиналася у крові&lt;br /&gt;</w:t>
        <w:br/>
        <w:t>І розвиднялася вночі&lt;br /&gt;</w:t>
        <w:br/>
        <w:t>Од місяців яробагрових,&lt;br /&gt;</w:t>
        <w:br/>
        <w:t>Що сходять, вгору не йдучи.</w:t>
      </w:r>
    </w:p>
    <w:p>
      <w:r>
        <w:br/>
        <w:t>Щоб за навалами навали&lt;br /&gt;</w:t>
        <w:br/>
        <w:t>На неї кидали свій шал,&lt;br /&gt;</w:t>
        <w:br/>
        <w:t>Щоб шквали ґвалтів не вгавали,&lt;br /&gt;</w:t>
        <w:br/>
        <w:t>За валом взвихрюючи вал.</w:t>
      </w:r>
    </w:p>
    <w:p>
      <w:r>
        <w:br/>
        <w:t>Щоб крики, зойк і голосіння,&lt;br /&gt;</w:t>
        <w:br/>
        <w:t>Щоби довіку Дивій спів —&lt;br /&gt;</w:t>
        <w:br/>
        <w:t>В криваве заходу кипіння&lt;br /&gt;</w:t>
        <w:br/>
        <w:t>Роздертий клекотами зів...</w:t>
      </w:r>
    </w:p>
    <w:p>
      <w:r>
        <w:br/>
        <w:t>Це злі, непроханії гості&lt;br /&gt;</w:t>
        <w:br/>
        <w:t>Проклали просторами хрест —&lt;br /&gt;</w:t>
        <w:br/>
        <w:t>Й лежить між травами, де кості,&lt;br /&gt;</w:t>
        <w:br/>
        <w:t>Де б’ються ворони з-за решт.</w:t>
      </w:r>
    </w:p>
    <w:p>
      <w:r>
        <w:br/>
        <w:t>Лежить на тілі України,&lt;br /&gt;</w:t>
        <w:br/>
        <w:t>Її проклятіє, злодух,&lt;br /&gt;</w:t>
        <w:br/>
        <w:t>І до сьогоднішньої днини&lt;br /&gt;</w:t>
        <w:br/>
        <w:t>Несе їй чорную біду.</w:t>
      </w:r>
    </w:p>
    <w:p>
      <w:r>
        <w:br/>
        <w:t>Лежить, упершися у перса,&lt;br /&gt;</w:t>
        <w:br/>
        <w:t>Кінці, мов крила, розпростер —&lt;br /&gt;</w:t>
        <w:br/>
        <w:t>І що творилося тут перше,&lt;br /&gt;</w:t>
        <w:br/>
        <w:t>Те саме твориться тепер...</w:t>
      </w:r>
    </w:p>
    <w:p>
      <w:r>
        <w:br/>
        <w:t>Колеса, ноги і копита —&lt;br /&gt;</w:t>
        <w:br/>
        <w:t>Без переліку, без числа —&lt;br /&gt;</w:t>
        <w:br/>
        <w:t>Й гуде, тратованая, бита,&lt;br /&gt;</w:t>
        <w:br/>
        <w:t>Як і колись вона гула...</w:t>
      </w:r>
    </w:p>
    <w:p>
      <w:r>
        <w:br/>
        <w:t>І стугонять степи і стогнуть&lt;br /&gt;</w:t>
        <w:br/>
        <w:t>Од тяжкотупотних стоног —&lt;br /&gt;</w:t>
        <w:br/>
        <w:t>І дні, здригаючися, лохнуть&lt;br /&gt;</w:t>
        <w:br/>
        <w:t>І ночі в дроготах тривог...</w:t>
      </w:r>
    </w:p>
    <w:p>
      <w:r>
        <w:br/>
        <w:t>Те, що у давні було роки,&lt;br /&gt;</w:t>
        <w:br/>
        <w:t>Те — уторік, позаторік...&lt;br /&gt;</w:t>
        <w:br/>
        <w:t>Жорстоким хрест оцей широкий&lt;br /&gt;</w:t>
        <w:br/>
        <w:t>Із уторованих доріг!</w:t>
      </w:r>
    </w:p>
    <w:p>
      <w:r>
        <w:br/>
        <w:t>Одкриті сарани неситій,&lt;br /&gt;</w:t>
        <w:br/>
        <w:t>Із давніх давен — сарани,—&lt;br /&gt;</w:t>
        <w:br/>
        <w:t>Таким, як ти, вони закриті,&lt;br /&gt;</w:t>
        <w:br/>
        <w:t>Таким заказані вони.</w:t>
      </w:r>
    </w:p>
    <w:p>
      <w:r>
        <w:br/>
        <w:t>Встаєш отут — і проти тебе&lt;br /&gt;</w:t>
        <w:br/>
        <w:t>Злоречий камінь вироста...&lt;br /&gt;</w:t>
        <w:br/>
        <w:t>Та слухати його не треба,&lt;br /&gt;</w:t>
        <w:br/>
        <w:t>А треба вирвати з хреста!</w:t>
      </w:r>
    </w:p>
    <w:p>
      <w:r>
        <w:br/>
        <w:t>О, чує, знає дика сила,&lt;br /&gt;</w:t>
        <w:br/>
        <w:t>Якій скипіти боротьбі,&lt;br /&gt;</w:t>
        <w:br/>
        <w:t>Які принесли тебе крила,&lt;br /&gt;</w:t>
        <w:br/>
        <w:t>Що завіряється в тобі!</w:t>
      </w:r>
    </w:p>
    <w:p>
      <w:r>
        <w:br/>
        <w:t>Нехай ворожить, зловорожа,&lt;br /&gt;</w:t>
        <w:br/>
        <w:t>Ляка загибіллю нехай,—&lt;br /&gt;</w:t>
        <w:br/>
        <w:t>Ти розв’яжи це роздорожжя,&lt;br /&gt;</w:t>
        <w:br/>
        <w:t>Хреста навіки розрубай!</w:t>
      </w:r>
    </w:p>
    <w:p>
      <w:r>
        <w:br/>
        <w:t>Ти вирви, виверни цей камінь,—&lt;br /&gt;</w:t>
        <w:br/>
        <w:t>Здвигни з хреста його "амінь",—&lt;br /&gt;</w:t>
        <w:br/>
        <w:t>Розкавалкуй, розбий скалками —&lt;br /&gt;</w:t>
        <w:br/>
        <w:t>І порохом його розкинь!</w:t>
      </w:r>
    </w:p>
    <w:p>
      <w:r>
        <w:br/>
        <w:t>І рушся, сурмлячи у простір,—&lt;br /&gt;</w:t>
        <w:br/>
        <w:t>Давно вже рушити пора...&lt;br /&gt;</w:t>
        <w:br/>
        <w:t>Твоя дорога — тільки просто,—&lt;br /&gt;</w:t>
        <w:br/>
        <w:t>Лиш просту лицар вибира.</w:t>
      </w:r>
    </w:p>
    <w:p>
      <w:r>
        <w:br/>
        <w:t>Лише у простую дорогу&lt;br /&gt;</w:t>
        <w:br/>
        <w:t>Веде ясна його мета.&lt;br /&gt;</w:t>
        <w:br/>
        <w:t>Назад несе він перемогу —&lt;br /&gt;</w:t>
        <w:br/>
        <w:t>Або ніколи не верта".</w:t>
      </w:r>
    </w:p>
    <w:p>
      <w:r>
        <w:br/>
        <w:t>Прага, 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Хрест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