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Храм</w:t>
      </w:r>
    </w:p>
    <w:p>
      <w:r>
        <w:br/>
        <w:t xml:space="preserve"> І</w:t>
      </w:r>
    </w:p>
    <w:p>
      <w:r>
        <w:br/>
        <w:t>Василеві Івашку&lt;br /&gt;</w:t>
        <w:br/>
        <w:t>Я цілу ніч не спав. Густої тиші мед&lt;br /&gt;</w:t>
        <w:br/>
        <w:t>точився спроквола на землю березневу;&lt;br /&gt;</w:t>
        <w:br/>
        <w:t>я по рядку пригадував сонет,&lt;br /&gt;</w:t>
        <w:br/>
        <w:t>якого написав Микола Зеров.</w:t>
      </w:r>
    </w:p>
    <w:p>
      <w:r>
        <w:br/>
        <w:t>І догорала свічка як на зло,&lt;br /&gt;</w:t>
        <w:br/>
        <w:t>дрімали по кутках сумні примари,&lt;br /&gt;</w:t>
        <w:br/>
        <w:t>життя нікомуненалежне пропливло,&lt;br /&gt;</w:t>
        <w:br/>
        <w:t>мов сірий дим над valle lacrimarum[2].</w:t>
      </w:r>
    </w:p>
    <w:p>
      <w:r>
        <w:br/>
        <w:t>…А вже коли займалося на світ&lt;br /&gt;</w:t>
        <w:br/>
        <w:t>і очі відмовлялися від зору,&lt;br /&gt;</w:t>
        <w:br/>
        <w:t>сонет згадався — суто Партеніт,&lt;br /&gt;</w:t>
        <w:br/>
        <w:t>стрункий так само, вічний і прозорий.</w:t>
      </w:r>
    </w:p>
    <w:p>
      <w:r>
        <w:br/>
        <w:t>ІІ</w:t>
      </w:r>
    </w:p>
    <w:p>
      <w:r>
        <w:br/>
        <w:t>Олесеві Ільченку&lt;br /&gt;</w:t>
        <w:br/>
        <w:t>Гербату п’ю. Надворі ніч густа.&lt;br /&gt;</w:t>
        <w:br/>
        <w:t>Далеко гори, і вуста, і доня.&lt;br /&gt;</w:t>
        <w:br/>
        <w:t>Сніг випав, сніг тихесенько розтав&lt;br /&gt;</w:t>
        <w:br/>
        <w:t>у Богових натруджених долонях.&lt;br /&gt;</w:t>
        <w:br/>
        <w:t>А вірш Сашків із голови не йде,&lt;br /&gt;</w:t>
        <w:br/>
        <w:t>і, затуляючи його, мов свіжу рану,&lt;br /&gt;</w:t>
        <w:br/>
        <w:t>усміхнено повторюю оте:&lt;br /&gt;</w:t>
        <w:br/>
        <w:t>"Як хороше летіти так до храму…"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