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Холодний падолист вологі пасма диму</w:t>
      </w:r>
    </w:p>
    <w:p>
      <w:r>
        <w:br/>
        <w:t xml:space="preserve"> холодний падолист вологі пасма диму&lt;br /&gt;</w:t>
        <w:br/>
        <w:t>сурма над водами проклятими і міст&lt;br /&gt;</w:t>
        <w:br/>
        <w:t>далеко в небі сяє аметист&lt;br /&gt;</w:t>
        <w:br/>
        <w:t>розкішного утраченого риму</w:t>
      </w:r>
    </w:p>
    <w:p>
      <w:r>
        <w:br/>
        <w:t>далеко рідний край стрункі його собори&lt;br /&gt;</w:t>
        <w:br/>
        <w:t>і сніг далеко — чистий золотий&lt;br /&gt;</w:t>
        <w:br/>
        <w:t>і триєдине втілення мети&lt;br /&gt;</w:t>
        <w:br/>
        <w:t>і вічні голоси дітей знадвору</w:t>
      </w:r>
    </w:p>
    <w:p>
      <w:r>
        <w:br/>
        <w:t>ти знов поквапився воскреснути — і от&lt;br /&gt;</w:t>
        <w:br/>
        <w:t>заранні пошуки добірного народу&lt;br /&gt;</w:t>
        <w:br/>
        <w:t>не принесли сподіваного плоду&lt;br /&gt;</w:t>
        <w:br/>
        <w:t>побільшивши число земних марнот</w:t>
      </w:r>
    </w:p>
    <w:p>
      <w:r>
        <w:br/>
        <w:t>що ж виплекай безсоння і святкуй&lt;br /&gt;</w:t>
        <w:br/>
        <w:t>сяку-таку нікомуненалежність&lt;br /&gt;</w:t>
        <w:br/>
        <w:t>і збережи невитрачену ніжність&lt;br /&gt;</w:t>
        <w:br/>
        <w:t>очікуючи смерть свою гірку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Холодний падолист вологі пасма диму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