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Хмарки Носте</w:t>
      </w:r>
    </w:p>
    <w:p>
      <w:r>
        <w:br/>
        <w:t xml:space="preserve"> Хмарки Носте*</w:t>
      </w:r>
    </w:p>
    <w:p>
      <w:r>
        <w:br/>
        <w:t>Де очі йому заліпила жорства,&lt;br /&gt;</w:t>
        <w:br/>
        <w:t>Де стліли вигнанника кості?..&lt;br /&gt;</w:t>
        <w:br/>
        <w:t>А скелі довкола, а вічна трава&lt;br /&gt;</w:t>
        <w:br/>
        <w:t>Чекали господаря Носте.</w:t>
      </w:r>
    </w:p>
    <w:p>
      <w:r>
        <w:br/>
        <w:t>Його не спинила б державна межа,&lt;br /&gt;</w:t>
        <w:br/>
        <w:t>Він з рідними горами завжди:&lt;br /&gt;</w:t>
        <w:br/>
        <w:t>Здається, бунтарська могутня душа&lt;br /&gt;</w:t>
        <w:br/>
        <w:t>Живе у руйновищах башти.</w:t>
      </w:r>
    </w:p>
    <w:p>
      <w:r>
        <w:br/>
        <w:t>Розтоптані діти... Розтоптаний світ...&lt;br /&gt;</w:t>
        <w:br/>
        <w:t>Несли кизилбаші неволю.&lt;br /&gt;</w:t>
        <w:br/>
        <w:t>Хитала пилюка з-під вражих копит&lt;br /&gt;</w:t>
        <w:br/>
        <w:t>Меча, що стримів серед поля.</w:t>
      </w:r>
    </w:p>
    <w:p>
      <w:r>
        <w:br/>
        <w:t>Підводив на шаха визвольний булат&lt;br /&gt;</w:t>
        <w:br/>
        <w:t>Безстрашний Діді Моураві!..&lt;br /&gt;</w:t>
        <w:br/>
        <w:t>Так сталось, що в сяйві заморських палат&lt;br /&gt;</w:t>
        <w:br/>
        <w:t>Хмарками над Носте він марив:</w:t>
      </w:r>
    </w:p>
    <w:p>
      <w:r>
        <w:br/>
        <w:t>Далеко грузинська свята сторона,&lt;br /&gt;</w:t>
        <w:br/>
        <w:t>Нема однодумця і друга,&lt;br /&gt;</w:t>
        <w:br/>
        <w:t>І замість вітчизни — чужа чужина,&lt;br /&gt;</w:t>
        <w:br/>
        <w:t>І вовком гризе його туга.</w:t>
      </w:r>
    </w:p>
    <w:p>
      <w:r>
        <w:br/>
        <w:t>Розтоптані діти... Уярмлений світ...&lt;br /&gt;</w:t>
        <w:br/>
        <w:t>Печаллю засліплена доля:&lt;br /&gt;</w:t>
        <w:br/>
        <w:t>Хитала пилюка з-під вражих копит&lt;br /&gt;</w:t>
        <w:br/>
        <w:t>Меча, що стримів серед поля.</w:t>
      </w:r>
    </w:p>
    <w:p>
      <w:r>
        <w:br/>
        <w:t>----------------------&lt;br /&gt;</w:t>
        <w:br/>
        <w:t>* Носте — селище в Грузії, де народився видатний&lt;br /&gt;</w:t>
        <w:br/>
        <w:t>герой і борець проти іранського іга Георгій&lt;br /&gt;</w:t>
        <w:br/>
        <w:t>Саакадзе (біля 1580-1629), якого називали&lt;br /&gt;</w:t>
        <w:br/>
        <w:t>Діді Моураві — Великий господар. Після поразки&lt;br /&gt;</w:t>
        <w:br/>
        <w:t>очолюваного ним повстання змушений був утекти&lt;br /&gt;</w:t>
        <w:br/>
        <w:t>до Туреччини, де його і страчено.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Хмарки Носте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