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Хмарина в небі голубім...</w:t>
      </w:r>
    </w:p>
    <w:p>
      <w:r>
        <w:br/>
        <w:t xml:space="preserve"> Хмарина в небі голубім&lt;br /&gt;</w:t>
        <w:br/>
        <w:t>Пливе, як мрія,одиноко,&lt;br /&gt;</w:t>
        <w:br/>
        <w:t>І вітру раннього потоки&lt;br /&gt;</w:t>
        <w:br/>
        <w:t>Несуть її крилом своїм.</w:t>
      </w:r>
    </w:p>
    <w:p>
      <w:r>
        <w:br/>
        <w:t>Куди ти мчиш, куди летиш,&lt;br /&gt;</w:t>
        <w:br/>
        <w:t>Моїх поривів птице рання?&lt;br /&gt;</w:t>
        <w:br/>
        <w:t>Ще по ярах лежить світання,&lt;br /&gt;</w:t>
        <w:br/>
        <w:t>Як неба вистояна тиш.</w:t>
      </w:r>
    </w:p>
    <w:p>
      <w:r>
        <w:br/>
        <w:t>Шумлять тополі-сторожі,&lt;br /&gt;</w:t>
        <w:br/>
        <w:t>Але тобі нема межі,&lt;br /&gt;</w:t>
        <w:br/>
        <w:t>Де кличуть сонце урочисті&lt;br /&gt;</w:t>
        <w:br/>
        <w:t>Бори в зеленому намисті.</w:t>
      </w:r>
    </w:p>
    <w:p>
      <w:r>
        <w:br/>
        <w:t>Ми ще зустрінемось колись,&lt;br /&gt;</w:t>
        <w:br/>
        <w:t>А зараз мчи, моя крилата,&lt;br /&gt;</w:t>
        <w:br/>
        <w:t>На схід, над Каспієм горбатим,&lt;br /&gt;</w:t>
        <w:br/>
        <w:t>Як над минулим, зупинись.</w:t>
      </w:r>
    </w:p>
    <w:p>
      <w:r>
        <w:br/>
        <w:t>Тут жив співець. Огні заграв&lt;br /&gt;</w:t>
        <w:br/>
        <w:t>Йому ще снилися крізь муку,&lt;br /&gt;</w:t>
        <w:br/>
        <w:t>У серці він носив розлуку&lt;br /&gt;</w:t>
        <w:br/>
        <w:t>І на Украйну позирав.</w:t>
      </w:r>
    </w:p>
    <w:p>
      <w:r>
        <w:br/>
        <w:t>Серед оновлених полів&lt;br /&gt;</w:t>
        <w:br/>
        <w:t>Спинися, райдужна, далека.&lt;br /&gt;</w:t>
        <w:br/>
        <w:t>Тут шлях лежав і мліла спека.&lt;br /&gt;</w:t>
        <w:br/>
        <w:t>Тут він за всіх переболів.</w:t>
      </w:r>
    </w:p>
    <w:p>
      <w:r>
        <w:br/>
        <w:t>На дорогі його сліди&lt;br /&gt;</w:t>
        <w:br/>
        <w:t>Дощами спражними спади!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Хмарина в небі голубім...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