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Хлопці</w:t>
      </w:r>
    </w:p>
    <w:p>
      <w:r>
        <w:br/>
        <w:t xml:space="preserve"> Учора я дививсь, як хлопці&lt;br /&gt;</w:t>
        <w:br/>
        <w:t>Гуляли на толоці:&lt;br /&gt;</w:t>
        <w:br/>
        <w:t>Здається, крам там продавав один,&lt;br /&gt;</w:t>
        <w:br/>
        <w:t>Другі в опуки тощо грали,&lt;br /&gt;</w:t>
        <w:br/>
        <w:t>То в дучку булку заганяли,&lt;br /&gt;</w:t>
        <w:br/>
        <w:t>А далі здумали скакати через тин.&lt;br /&gt;</w:t>
        <w:br/>
        <w:t>Хлоп’ята там були і прості, і письменні,&lt;br /&gt;</w:t>
        <w:br/>
        <w:t>І кожний з них по-своєму скакав: —&lt;br /&gt;</w:t>
        <w:br/>
        <w:t>Один летів як навіжений,&lt;br /&gt;</w:t>
        <w:br/>
        <w:t>Знай, визвіривсь на тин, та біля його й став;&lt;br /&gt;</w:t>
        <w:br/>
        <w:t>А інший, голову, мов той москаль, задравши,&lt;br /&gt;</w:t>
        <w:br/>
        <w:t>Пряменько витягнувсь та й скочив через тин,&lt;br /&gt;</w:t>
        <w:br/>
        <w:t>Та як же врізався об землю, вражий син,&lt;br /&gt;</w:t>
        <w:br/>
        <w:t>Колошу розідравши.&lt;br /&gt;</w:t>
        <w:br/>
        <w:t>А виборного хлопченя&lt;br /&gt;</w:t>
        <w:br/>
        <w:t>Так скаче високо, так здорово літає!&lt;br /&gt;</w:t>
        <w:br/>
        <w:t>"Воно мале зовсім, од чого ж так скакає?" —&lt;br /&gt;</w:t>
        <w:br/>
        <w:t>Собі подумав я&lt;br /&gt;</w:t>
        <w:br/>
        <w:t>Та й придивляться став: аж сеє бісеня&lt;br /&gt;</w:t>
        <w:br/>
        <w:t>Як хоче скочить, то аж в землю присідає&lt;br /&gt;</w:t>
        <w:br/>
        <w:t>Та й присне разом відтіля!&lt;br /&gt;</w:t>
        <w:br/>
        <w:t>Як ні крути, а правди нігде діти:&lt;br /&gt;</w:t>
        <w:br/>
        <w:t>Коли б, як виборного діти,&lt;br /&gt;</w:t>
        <w:br/>
        <w:t>І другі вміли присідать,&lt;br /&gt;</w:t>
        <w:br/>
        <w:t>То, може б, і вони зуміли так скакать.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