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Хліб</w:t>
      </w:r>
    </w:p>
    <w:p>
      <w:r>
        <w:br/>
        <w:t xml:space="preserve"> Провели в кабінет.&lt;br /&gt;</w:t>
        <w:br/>
        <w:t>Лик —&lt;br /&gt;</w:t>
        <w:br/>
        <w:t>Немов заскороджена грядка:&lt;br /&gt;</w:t>
        <w:br/>
        <w:t>Він з далекого хутора&lt;br /&gt;</w:t>
        <w:br/>
        <w:t>Пішки прибивсь до Кремля.&lt;br /&gt;</w:t>
        <w:br/>
        <w:t>Доручила громада&lt;br /&gt;</w:t>
        <w:br/>
        <w:t>Дізнатись, чи все там в порядку,&lt;br /&gt;</w:t>
        <w:br/>
        <w:t>Від найстаршого, значить.&lt;br /&gt;</w:t>
        <w:br/>
        <w:t>Чи все до ладу там, мовляв?</w:t>
      </w:r>
    </w:p>
    <w:p>
      <w:r>
        <w:br/>
        <w:t>Він сідає за стіл,&lt;br /&gt;</w:t>
        <w:br/>
        <w:t>Непоквапний, незграбний, як брила.&lt;br /&gt;</w:t>
        <w:br/>
        <w:t>Так сідають до столу&lt;br /&gt;</w:t>
        <w:br/>
        <w:t>Мільйони трудящих людей.&lt;br /&gt;</w:t>
        <w:br/>
        <w:t>Помолившись про себе&lt;br /&gt;</w:t>
        <w:br/>
        <w:t>До бога, щоб дав йому сили,&lt;br /&gt;</w:t>
        <w:br/>
        <w:t>Починаючи здалеку,&lt;br /&gt;</w:t>
        <w:br/>
        <w:t>Тужну розмову веде:</w:t>
      </w:r>
    </w:p>
    <w:p>
      <w:r>
        <w:br/>
        <w:t>— Розумієш, Ілліч,&lt;br /&gt;</w:t>
        <w:br/>
        <w:t>Не туди воно гнеться, їй-богу.&lt;br /&gt;</w:t>
        <w:br/>
        <w:t>От, приміром, узяти&lt;br /&gt;</w:t>
        <w:br/>
        <w:t>Хоча б і у нашім селі:&lt;br /&gt;</w:t>
        <w:br/>
        <w:t>За царя моя нивка&lt;br /&gt;</w:t>
        <w:br/>
        <w:t>Кінчалася за порогом.&lt;br /&gt;</w:t>
        <w:br/>
        <w:t>Зараз землю дали,&lt;br /&gt;</w:t>
        <w:br/>
        <w:t>Так у місто забрали хліб.&lt;br /&gt;</w:t>
        <w:br/>
        <w:t>Розумієш, Ілліч,&lt;br /&gt;</w:t>
        <w:br/>
        <w:t>Ми ж не просимо божого раю,&lt;br /&gt;</w:t>
        <w:br/>
        <w:t>Нам би тільки попробувать,&lt;br /&gt;</w:t>
        <w:br/>
        <w:t>З чим той їдять коровай...</w:t>
      </w:r>
    </w:p>
    <w:p>
      <w:r>
        <w:br/>
        <w:t>І дивився на Леніна&lt;br /&gt;</w:t>
        <w:br/>
        <w:t>Тертий, стривожений ратай,&lt;br /&gt;</w:t>
        <w:br/>
        <w:t>І були в нього вельми&lt;br /&gt;</w:t>
        <w:br/>
        <w:t>Нехитрі й пекучі слова.</w:t>
      </w:r>
    </w:p>
    <w:p>
      <w:r>
        <w:br/>
        <w:t>Відказав йому Ленін:&lt;br /&gt;</w:t>
        <w:br/>
        <w:t>— А чим я зарадити можу?&lt;br /&gt;</w:t>
        <w:br/>
        <w:t>Ну, скажіть мені: чим?! —&lt;br /&gt;</w:t>
        <w:br/>
        <w:t>Хлюпнув зойк у очах і погас.-&lt;br /&gt;</w:t>
        <w:br/>
        <w:t>Ви не чули хіба,&lt;br /&gt;</w:t>
        <w:br/>
        <w:t>Що вмирає без хліба Поволжя?&lt;br /&gt;</w:t>
        <w:br/>
        <w:t>Розумієте... діти!..&lt;br /&gt;</w:t>
        <w:br/>
        <w:t>Вмирають без хліба у нас.</w:t>
      </w:r>
    </w:p>
    <w:p>
      <w:r>
        <w:br/>
        <w:t>Розумієте: мертво&lt;br /&gt;</w:t>
        <w:br/>
        <w:t>Кричать поїзди і перони,&lt;br /&gt;</w:t>
        <w:br/>
        <w:t>А страшна голодуха&lt;br /&gt;</w:t>
        <w:br/>
        <w:t>На цвинтар міста жене.&lt;br /&gt;</w:t>
        <w:br/>
        <w:t>Зараз хліб нам потрібний,&lt;br /&gt;</w:t>
        <w:br/>
        <w:t>Як мир, як свинець, як патрони'&lt;br /&gt;</w:t>
        <w:br/>
        <w:t>Нам без хліба, товаришу, смерть.&lt;br /&gt;</w:t>
        <w:br/>
        <w:t>Розумієш мене?</w:t>
      </w:r>
    </w:p>
    <w:p>
      <w:r>
        <w:br/>
        <w:t>Мовчки слухає ратай,&lt;br /&gt;</w:t>
        <w:br/>
        <w:t>І вірить, і трохи не вірить,&lt;br /&gt;</w:t>
        <w:br/>
        <w:t>І підважує мозком&lt;br /&gt;</w:t>
        <w:br/>
        <w:t>Брехні й побрехеньок баласт.&lt;br /&gt;</w:t>
        <w:br/>
        <w:t>— Ми, товаришу Ленін,&lt;br /&gt;</w:t>
        <w:br/>
        <w:t>Народ, пробачайте нам, сірий.&lt;br /&gt;</w:t>
        <w:br/>
        <w:t>Нам би хліба й до хліба...&lt;br /&gt;</w:t>
        <w:br/>
        <w:t>А так ми, звичайно, за власть.</w:t>
      </w:r>
    </w:p>
    <w:p>
      <w:r>
        <w:br/>
        <w:t>І, відкланявшись ревно,&lt;br /&gt;</w:t>
        <w:br/>
        <w:t>Уже до порога рушає,&lt;br /&gt;</w:t>
        <w:br/>
        <w:t>Заховавши тривогу,&lt;br /&gt;</w:t>
        <w:br/>
        <w:t>Неначе зернину в ріллі.&lt;br /&gt;</w:t>
        <w:br/>
        <w:t>— Може, вип'ємо чаю,&lt;br /&gt;</w:t>
        <w:br/>
        <w:t>Товаришу, за звичаєм?&lt;br /&gt;</w:t>
        <w:br/>
        <w:t>Бо дорога далека... —&lt;br /&gt;</w:t>
        <w:br/>
        <w:t>Підвівся з-за столу Ілліч.</w:t>
      </w:r>
    </w:p>
    <w:p>
      <w:r>
        <w:br/>
        <w:t>...Обережно поклали&lt;br /&gt;</w:t>
        <w:br/>
        <w:t>На стіл перед ним скорину.&lt;br /&gt;</w:t>
        <w:br/>
        <w:t>Пересохлу, аж сіру —&lt;br /&gt;</w:t>
        <w:br/>
        <w:t>Сірішу святої землі.&lt;br /&gt;</w:t>
        <w:br/>
        <w:t>Придивився оратай&lt;br /&gt;</w:t>
        <w:br/>
        <w:t>І злякано вихрипів: — Сину,&lt;br /&gt;</w:t>
        <w:br/>
        <w:t>Ти скажи мені, що це? —&lt;br /&gt;</w:t>
        <w:br/>
        <w:t>І Ленін сказав йому: — Хліб.&lt;br /&gt;</w:t>
        <w:br/>
        <w:t>І побачив оратай,&lt;br /&gt;</w:t>
        <w:br/>
        <w:t>І раптом побачив оратай,&lt;br /&gt;</w:t>
        <w:br/>
        <w:t>Що обличчя у Леніна&lt;br /&gt;</w:t>
        <w:br/>
        <w:t>Жовте од втоми, як віск,&lt;br /&gt;</w:t>
        <w:br/>
        <w:t>Що благенький костюм його&lt;br /&gt;</w:t>
        <w:br/>
        <w:t>Зліва, над серцем, полатаний,&lt;br /&gt;</w:t>
        <w:br/>
        <w:t>Що синці прозирають,&lt;br /&gt;</w:t>
        <w:br/>
        <w:t>Як рани глибокі, з-під вій.</w:t>
      </w:r>
    </w:p>
    <w:p>
      <w:r>
        <w:br/>
        <w:t>...А на сходці в селі&lt;br /&gt;</w:t>
        <w:br/>
        <w:t>Він піднявся, похмурий і грізний&lt;br /&gt;</w:t>
        <w:br/>
        <w:t>Кресонувши очима&lt;br /&gt;</w:t>
        <w:br/>
        <w:t>В принишклі ряди жупанів,&lt;br /&gt;</w:t>
        <w:br/>
        <w:t>Він охрипло сказав:&lt;br /&gt;</w:t>
        <w:br/>
        <w:t>— Отака моя, хлопці, пісня:&lt;br /&gt;</w:t>
        <w:br/>
        <w:t>Признавайтесь, де хліб,&lt;br /&gt;</w:t>
        <w:br/>
        <w:t>Та не гузяйтесь довго мені!</w:t>
      </w:r>
    </w:p>
    <w:p>
      <w:r>
        <w:br/>
        <w:t>І, покликавши в свідки&lt;br /&gt;</w:t>
        <w:br/>
        <w:t>Ісуса і матір божу,&lt;br /&gt;</w:t>
        <w:br/>
        <w:t>Він таке їм прорік,&lt;br /&gt;</w:t>
        <w:br/>
        <w:t>Що малим і паперові зась.&lt;br /&gt;</w:t>
        <w:br/>
        <w:t>Повернувсь до голоти:&lt;br /&gt;</w:t>
        <w:br/>
        <w:t>— Ви чули: вмирає Поволжя,&lt;br /&gt;</w:t>
        <w:br/>
        <w:t>Розумієте... діти!..&lt;br /&gt;</w:t>
        <w:br/>
        <w:t>Вмирають без хліба у нас...</w:t>
      </w:r>
    </w:p>
    <w:p>
      <w:r>
        <w:br/>
        <w:t>І тоді жупани&lt;br /&gt;</w:t>
        <w:br/>
        <w:t>Заганяли в утинки патрони...&lt;br /&gt;</w:t>
        <w:br/>
        <w:t>І знамена із крепом&lt;br /&gt;</w:t>
        <w:br/>
        <w:t>Схилялись на груди бійців...&lt;br /&gt;</w:t>
        <w:br/>
        <w:t>Та летіли в міста&lt;br /&gt;</w:t>
        <w:br/>
        <w:t>Із ядерним зерном ешелони&lt;br /&gt;</w:t>
        <w:br/>
        <w:t>Од життя&lt;br /&gt;</w:t>
        <w:br/>
        <w:t>Повноважні і надзвичайні гінці.</w:t>
      </w:r>
    </w:p>
    <w:p>
      <w:r>
        <w:br/>
        <w:t>І в дитячих очах Озивалося небо травневе,&lt;br /&gt;</w:t>
        <w:br/>
        <w:t>І дівочі уста&lt;br /&gt;</w:t>
        <w:br/>
        <w:t>Розтулялись, мов дива малі.&lt;br /&gt;</w:t>
        <w:br/>
        <w:t>І котилось над містом&lt;br /&gt;</w:t>
        <w:br/>
        <w:t>Пахуче, високе, рожеве,&lt;br /&gt;</w:t>
        <w:br/>
        <w:t>Тепле сонце,&lt;br /&gt;</w:t>
        <w:br/>
        <w:t>Як матір'ю спечений хліб.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