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далеко дніпрові береги?</w:t>
      </w:r>
    </w:p>
    <w:p>
      <w:r>
        <w:br/>
        <w:t xml:space="preserve"> Неначе й далеко Дніпра береги,&lt;br /&gt;</w:t>
        <w:br/>
        <w:t>Ген-ген за степами, горами, полями,-&lt;br /&gt;</w:t>
        <w:br/>
        <w:t>Неначе й далеко Дніпра береги,&lt;br /&gt;</w:t>
        <w:br/>
        <w:t>Та швидко майнули узгір'я під нами,&lt;br /&gt;</w:t>
        <w:br/>
        <w:t>Вершин моїх рідних сліпучі сніги.&lt;br /&gt;</w:t>
        <w:br/>
        <w:t>Над степом старим, над новими садами&lt;br /&gt;</w:t>
        <w:br/>
        <w:t>Лечу я,— і сяє земля навкруги.</w:t>
      </w:r>
    </w:p>
    <w:p>
      <w:r>
        <w:br/>
        <w:t>Неначе й далеко Дніпра береги...</w:t>
      </w:r>
    </w:p>
    <w:p>
      <w:r>
        <w:br/>
        <w:t>Та ось уже світяться хвилі Дніпрові&lt;br /&gt;</w:t>
        <w:br/>
        <w:t>Рожевим світінням ясної пори;&lt;br /&gt;</w:t>
        <w:br/>
        <w:t>Я бачу Дніпро в його славі військовій,&lt;br /&gt;</w:t>
        <w:br/>
        <w:t>Товариша вірного Волги й Кури.&lt;br /&gt;</w:t>
        <w:br/>
        <w:t>Пливу пароплавом у далі ранкові&lt;br /&gt;</w:t>
        <w:br/>
        <w:t>До Канівської пам'ятної гори.</w:t>
      </w:r>
    </w:p>
    <w:p>
      <w:r>
        <w:br/>
        <w:t>Дорожній знайомець наш, боцман смуглявий,&lt;br /&gt;</w:t>
        <w:br/>
        <w:t>Всміхаючись дружньо, підходить сюди.&lt;br /&gt;</w:t>
        <w:br/>
        <w:t>Блищать і шумлять за бортом пароплава,&lt;br /&gt;</w:t>
        <w:br/>
        <w:t>Як лезом розсічені, шрами води,&lt;br /&gt;</w:t>
        <w:br/>
        <w:t>Мов шляху воєнного блиск величавий,&lt;br /&gt;</w:t>
        <w:br/>
        <w:t>Мов бесіди нашої світлі сліди...&lt;br /&gt;</w:t>
        <w:br/>
        <w:t>І раптом проказує боцман смуглявий,&lt;br /&gt;</w:t>
        <w:br/>
        <w:t>Замислено дивлячись в даль, як завжди:&lt;br /&gt;</w:t>
        <w:br/>
        <w:t>— Могли десь героя ви нашого бачить...&lt;br /&gt;</w:t>
        <w:br/>
        <w:t>Щоб нам пояснити неточні слова,&lt;br /&gt;</w:t>
        <w:br/>
        <w:t>Точнішого виразу він ужива:&lt;br /&gt;</w:t>
        <w:br/>
        <w:t>— Я вас про Бакрадзе розпитую, значить.&lt;br /&gt;</w:t>
        <w:br/>
        <w:t>І думка у мене відразу сплива:&lt;br /&gt;</w:t>
        <w:br/>
        <w:t>— Я знаю, де з ним ви здружились, моряче,-&lt;br /&gt;</w:t>
        <w:br/>
        <w:t>Навік поріднила вас путь бойова.</w:t>
      </w:r>
    </w:p>
    <w:p>
      <w:r>
        <w:br/>
        <w:t>Дніпра береги і далекі неначе...</w:t>
      </w:r>
    </w:p>
    <w:p>
      <w:r>
        <w:br/>
        <w:t>Ми в полі зустрілись, як давні знайомі.&lt;br /&gt;</w:t>
        <w:br/>
        <w:t>Схвильовано й радо нам руку потряс&lt;br /&gt;</w:t>
        <w:br/>
        <w:t>Старий хлібороб, всій країні відомий.&lt;br /&gt;</w:t>
        <w:br/>
        <w:t>Він згадував спільників дальніх не раз:&lt;br /&gt;</w:t>
        <w:br/>
        <w:t>— Як друг мій з прополкою впорався в "Шромі"?&lt;br /&gt;</w:t>
        <w:br/>
        <w:t>Як в нього ростуть евкаліпти при домі?..&lt;br /&gt;</w:t>
        <w:br/>
        <w:t>Питанням одним я проймався ввесь час:&lt;br /&gt;</w:t>
        <w:br/>
        <w:t>— Чи берег Дніпра так далеко від нас?</w:t>
      </w:r>
    </w:p>
    <w:p>
      <w:r>
        <w:br/>
        <w:t>Кобзар награє на бринливій бандурі&lt;br /&gt;</w:t>
        <w:br/>
        <w:t>Минувшини думи, гучні й запальні;&lt;br /&gt;</w:t>
        <w:br/>
        <w:t>У відповідь їм звучно дзвонить пандурі1,&lt;br /&gt;</w:t>
        <w:br/>
        <w:t>Лунають співців незабутніх пісні,-&lt;br /&gt;</w:t>
        <w:br/>
        <w:t>Вони, непоборні, крізь хмари та бурі&lt;br /&gt;</w:t>
        <w:br/>
        <w:t>Уже провіщали світанки ясні.&lt;br /&gt;</w:t>
        <w:br/>
        <w:t>Прикуті до скелі Кавказу герої&lt;br /&gt;</w:t>
        <w:br/>
        <w:t>Могутнє натхнення дали кобзарю;&lt;br /&gt;</w:t>
        <w:br/>
        <w:t>Грузинський пандурі в час пітьми лихої&lt;br /&gt;</w:t>
        <w:br/>
        <w:t>Прославив над зубівським шляхом зорю.</w:t>
      </w:r>
    </w:p>
    <w:p>
      <w:r>
        <w:br/>
        <w:t>Ось так двох народів співці два чудові&lt;br /&gt;</w:t>
        <w:br/>
        <w:t>Знайшли у минулому спільні шляхи.&lt;br /&gt;</w:t>
        <w:br/>
        <w:t>Тепер наша спільність — ключ слави й снаги&lt;br /&gt;</w:t>
        <w:br/>
        <w:t>Геройських боїв і трудів на будові.</w:t>
      </w:r>
    </w:p>
    <w:p>
      <w:r>
        <w:br/>
        <w:t>Неначе й далеко Дніпра береги,-&lt;br /&gt;</w:t>
        <w:br/>
        <w:t>Хіба не близькі береги ці Дніпрові?</w:t>
      </w:r>
    </w:p>
    <w:p>
      <w:r>
        <w:br/>
        <w:t>1 Пандурі — грузинський народний&lt;br /&gt;</w:t>
        <w:br/>
        <w:t>струнний інструмент.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далеко дніпрові береги?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