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 за селом</w:t>
      </w:r>
    </w:p>
    <w:p>
      <w:r>
        <w:br/>
        <w:t xml:space="preserve"> Ідуть цигани… Гамір дивних слів&lt;br /&gt;</w:t>
        <w:br/>
        <w:t>Ген-ген далеко чути;&lt;br /&gt;</w:t>
        <w:br/>
        <w:t>Понурий вигляд тих дітей степів,&lt;br /&gt;</w:t>
        <w:br/>
        <w:t>їх пісні не збагнути.</w:t>
      </w:r>
    </w:p>
    <w:p>
      <w:r>
        <w:br/>
        <w:t>Цигани йдуть… Табор шатро розбив&lt;br /&gt;</w:t>
        <w:br/>
        <w:t>Далеко серед поля,&lt;br /&gt;</w:t>
        <w:br/>
        <w:t>З грудей циганський тужний спів поплив,&lt;br /&gt;</w:t>
        <w:br/>
        <w:t>Спів дикий, як їх доля!</w:t>
      </w:r>
    </w:p>
    <w:p>
      <w:r>
        <w:br/>
        <w:t>Туга якась вас воліче світами&lt;br /&gt;</w:t>
        <w:br/>
        <w:t>З блідим п'ятном скитальства на чолі!&lt;br /&gt;</w:t>
        <w:br/>
        <w:t>Не спинять вас в дорозі бурі, громи…</w:t>
      </w:r>
    </w:p>
    <w:p>
      <w:r>
        <w:br/>
        <w:t>Моя душа циганська із шатрами&lt;br /&gt;</w:t>
        <w:br/>
        <w:t>Тими зрослась — здаєсь, на край землі&lt;br /&gt;</w:t>
        <w:br/>
        <w:t>За вами йшла б, нещасні діти, Шоми!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 за селом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