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Харитон на заплаві</w:t>
      </w:r>
    </w:p>
    <w:p>
      <w:r>
        <w:br/>
        <w:t xml:space="preserve"> &lt;p&gt;Харитон прийшов до нас з першого дня будівництва. Спочатку ми побачили його маму, колгоспницю Ольгу Хомівну. Вона прийшла і сказала:</w:t>
      </w:r>
    </w:p>
    <w:p>
      <w:r>
        <w:br/>
        <w:t>— Ну, де тут і що робити?</w:t>
      </w:r>
    </w:p>
    <w:p>
      <w:r>
        <w:br/>
        <w:t>Це була ставна жінка і з таким гучним голосом, що ніхто спочатку не помітив за нею ще й другої людини, а дарма! Бо ця друга людина варта була того, щоб її помітити. Уявіть собі хлопця, ні, не хлопця, а свіжу копицю шовкового сіна, яка аж вихориться на весняному вітрі. А тепер у цю шовкову копицю сіна вставте двоє очей, синіх-синіх, ну просто таких, як небо. Вставте ці очі в таку копицю і уявіть, що вони дивляться не просто собі у білий світ, а дивляться вниз, у землю, дивляться і не сміються, бо скільки ж народу навколо і все незнайомі!</w:t>
      </w:r>
    </w:p>
    <w:p>
      <w:r>
        <w:br/>
        <w:t>— Лишечко моє! — скрикнув я, побачивши цю людину.— Що ж це воно таке? Як тебе звати і чого ти такий насуплений?</w:t>
      </w:r>
    </w:p>
    <w:p>
      <w:r>
        <w:br/>
        <w:t>Хлопець поворухнувся і сказав:</w:t>
      </w:r>
    </w:p>
    <w:p>
      <w:r>
        <w:br/>
        <w:t>— Звати мене Харитон. І я не насуплений. Я прийшов з мамою працювати.</w:t>
      </w:r>
    </w:p>
    <w:p>
      <w:r>
        <w:br/>
        <w:t>— Ти працювати? — скрикнув я.— Ти?</w:t>
      </w:r>
    </w:p>
    <w:p>
      <w:r>
        <w:br/>
        <w:t>— А що ж тут такого? — відповів Харитон.— Всі люди працюють, і я буду працювати.</w:t>
      </w:r>
    </w:p>
    <w:p>
      <w:r>
        <w:br/>
        <w:t>— Всі люди,— відповів я,— дорослі. І, крім того, всі люди причесані, а в тебе на голові якась несусвітна копиця.</w:t>
      </w:r>
    </w:p>
    <w:p>
      <w:r>
        <w:br/>
        <w:t>— Це не копиця,— відказав Харитон.— Всі кажуть: "Копиця, копиця!" А насправді я кучерявий і вмію добре ловити рибу. Хлопці не вміють ловити рибу, а я вмію чим хочете: вудкою, ятером, ригелею, а в’юнів просто у лантух.</w:t>
      </w:r>
    </w:p>
    <w:p>
      <w:r>
        <w:br/>
        <w:t>— Це добре, Харитоне,— сказав я, поклавши руку на його шовкові кучері.— Значить, ти прийшов до нас рибу ловити?</w:t>
      </w:r>
    </w:p>
    <w:p>
      <w:r>
        <w:br/>
        <w:t>— Чого там рибу: копати з мамою, а риба — то так, на підживок буде.</w:t>
      </w:r>
    </w:p>
    <w:p>
      <w:r>
        <w:br/>
        <w:t>Тепер я скажу, що ми робили на річці. У долині, що прилягала до річки, ми копали рівчаки і будували насосні станції. Долину треба було спочатку висушити, а потім оросити, бо вона була родюча, але дуже заболочена.</w:t>
      </w:r>
    </w:p>
    <w:p>
      <w:r>
        <w:br/>
        <w:t>Щоб висушити болото, його перекопують рівчаками. Тоді вся вода з болота переходить у ці рівчаки, і там, де була вода та твань, стає сухо — місце саме для того, щоб садити городи.</w:t>
      </w:r>
    </w:p>
    <w:p>
      <w:r>
        <w:br/>
        <w:t>Такого болота в колгоспі було п’ятдесят гектарів та сто гектарів у сусідньому колгоспі і по стільки ж в інших колгоспах. Словом, до річки прилягало кілька колгоспів, а заболоченої землі у них було триста гектарів. Уявіть собі цю величезну площу землі, на якій нічого не родить, яка пропадає марно і розплоджує тільки комарів, ґедзів та бабок!</w:t>
      </w:r>
    </w:p>
    <w:p>
      <w:r>
        <w:br/>
        <w:t>Ну, от люди з тих колгоспів зійшлися і кажуть: "Чого ж це земля буде марно гуляти? Давайте її висушимо і посадимо городи!" Так і вирішили. А як вирішили, то зібрались люди, викликали з міста інженера, агронома, усяких техніків — і закипіла робота. Тільки тут діло ось яке. Як навесні — те болото повне води, а влітку воно пересихає, болотяна земля гусне і стає, як камінь. А на твердому, пересохлому ґрунті, які ж вродять городи? Ніякі, тільки робота пропаде марно. Отже, їх треба поливати. Ото й вирішили побудувати на річці, крім рівчаків, ще й насосні станції з товстими залізними трубами. Один кінець труби опускають у річку, а другий — виводять у найближчий рівчак. Тоді пускають мотори і воду починають перекачувати з річки у рівчаки. З великих рівчаків вода збігає у менші рівчачки. На рівчачках встановлюють дощувальні апарати. Як включать мотори, то вода так і рине цівками вгору, аж свистить, а тоді спадає на городи, як дощ.</w:t>
      </w:r>
    </w:p>
    <w:p>
      <w:r>
        <w:br/>
        <w:t>Машин навезли всяких копати рови. А боки в ровах вирівнювати треба уже лопатами.</w:t>
      </w:r>
    </w:p>
    <w:p>
      <w:r>
        <w:br/>
        <w:t>Ось на цю роботу і прийшов Харитон з своєю мамою. Мама в нього була сильна молодиця. Лопатою вона орудувала, як пір’їнкою. Але дивне було не це. Дивне було інше, а що саме, я вам скажу.</w:t>
      </w:r>
    </w:p>
    <w:p>
      <w:r>
        <w:br/>
        <w:t>Харитон прийшов на будівництво не так собі заради цікавості. Коли роздавали лопати, він підійшов до бригадира й сказав:</w:t>
      </w:r>
    </w:p>
    <w:p>
      <w:r>
        <w:br/>
        <w:t>— І мені також дайте.</w:t>
      </w:r>
    </w:p>
    <w:p>
      <w:r>
        <w:br/>
        <w:t>— Як?! Що?! — закричав бригадир на Харитона, затупотівши ногами.— На річку! Купатися з хлопцями! Там твоя робота!</w:t>
      </w:r>
    </w:p>
    <w:p>
      <w:r>
        <w:br/>
        <w:t>За п’ятнадцять кроків від будки з лопатами справді виднілася річка. Ну й гарна ж вона була! На сонці лискотить, вся в зелених травах, вода холодна, хвиля хлюпоче, а хлопці аж захлинаються — так кричать, охкають та вигукують.</w:t>
      </w:r>
    </w:p>
    <w:p>
      <w:r>
        <w:br/>
        <w:t>— Я увечері буду купатися,— сказав Харитон,— після роботи. Давайте лопату, а то мама вже і копати почала.</w:t>
      </w:r>
    </w:p>
    <w:p>
      <w:r>
        <w:br/>
        <w:t>— Цікаво знати: скільки тобі, парубче, років? — знову гримнув бригадир.— Та тобі ще під столом пішки бігати, а не братися за лопату!</w:t>
      </w:r>
    </w:p>
    <w:p>
      <w:r>
        <w:br/>
        <w:t>— Мені скільки років? — перепитав здивовано Харитон.— Мені вже одинадцять років, а мама в мене одна, то вже, будь ласка, дозвольте копати разом із нею.</w:t>
      </w:r>
    </w:p>
    <w:p>
      <w:r>
        <w:br/>
        <w:t>— Не можу, товаришу, ніяк не можу,— сказав бригадир,— бо немає у нас такого закону, щоб ставити на важкі роботи дітей. Ось коли тобі стане років сімнадцять-вісімнадцять, закінчиш десятирічку, тоді, будь ласка, дуже навіть просимо. А зараз — гайда на річку купатися!</w:t>
      </w:r>
    </w:p>
    <w:p>
      <w:r>
        <w:br/>
        <w:t>Харитон зітхнув і сказав по хвилі:</w:t>
      </w:r>
    </w:p>
    <w:p>
      <w:r>
        <w:br/>
        <w:t>— Що ж, доведеться піти по лопату додому.</w:t>
      </w:r>
    </w:p>
    <w:p>
      <w:r>
        <w:br/>
        <w:t>Він повернувся і рушив у напрямі до села. А село було кілометрів за чотири.</w:t>
      </w:r>
    </w:p>
    <w:p>
      <w:r>
        <w:br/>
        <w:t>— Дивіться, таки піде, вража дитина! — сказала одна колгоспниця бригадирові, показуючи на Харитона. Бригадир глянув і побачив Харитона вже далеченько на дорозі. Харитон ішов швидко, так, як ходять люди, яким ніколи і які дуже поспішають.</w:t>
      </w:r>
    </w:p>
    <w:p>
      <w:r>
        <w:br/>
        <w:t>— Ну і наполегливий хлопець! — вигукнув бригадир.</w:t>
      </w:r>
    </w:p>
    <w:p>
      <w:r>
        <w:br/>
        <w:t>Тоді колгоспниця порадила:</w:t>
      </w:r>
    </w:p>
    <w:p>
      <w:r>
        <w:br/>
        <w:t>— Знаєте що — дайте йому лопату, хай копирсається біля матері. Шкоди ж від цього не буде нікому. Вже нехай біля неї, ніж десь там ганяти собак.</w:t>
      </w:r>
    </w:p>
    <w:p>
      <w:r>
        <w:br/>
        <w:t>— І то правда,— відповів бригадир і загукав скільки сили: — Гей, товаришу Харитоне! Чуєш? Вертайся сюди, дам лопату!</w:t>
      </w:r>
    </w:p>
    <w:p>
      <w:r>
        <w:br/>
        <w:t>Ось так Харитон і завоював собі лопату. Ну, люди так і думали: покопирсається, покопирсається та й майне на річку до хлопців. Аж воно вийшло не те.</w:t>
      </w:r>
    </w:p>
    <w:p>
      <w:r>
        <w:br/>
        <w:t>На канавах працювало чимало людей. Та ще ж люди які! Чоловіки як дуби; жінки та дівчата, як мак, у своїх яскравих хустках. Гомін кругом, сміх. То тут, то там зірветься пісня, а лопати аж мигтять на сонці, як яка, то так блисне, аж різне по очах, наче скло хтось пустив із хлопців.</w:t>
      </w:r>
    </w:p>
    <w:p>
      <w:r>
        <w:br/>
        <w:t>От серед цих людей працювала і Харитонова мама. У мами лопата, і в нього лопата. Мама копає, і Харитон копає. З мами ллється піт у сім струмків, і з Харитона ллється. А він — хоч би що! Набере лопату і — кидь її з рівчака, та так завзято, що аж копиця стрясається на голові. І півгодини так минуло, і ще півгодини... Люди кажуть:</w:t>
      </w:r>
    </w:p>
    <w:p>
      <w:r>
        <w:br/>
        <w:t>— Чуєш, Харитоне, пішов би ти з хлопцями побавився.</w:t>
      </w:r>
    </w:p>
    <w:p>
      <w:r>
        <w:br/>
        <w:t>— А мамі хто допомагати буде? — відкаже Харитон і знов за лопату. А далі додає: — У інших хлопців батьки є, то їхнім матерям батьки допомагають, а наш батько на війні загинув, хто ж їй тепер допоможе? Погуляю в обід, а тепер працювати треба, все ж таки мамі полегкість.</w:t>
      </w:r>
    </w:p>
    <w:p>
      <w:r>
        <w:br/>
        <w:t>А Харитонова мати додасть:</w:t>
      </w:r>
    </w:p>
    <w:p>
      <w:r>
        <w:br/>
        <w:t>— Правда твоя, сину. З тобою веселіше. Хай вони що хочуть кажуть, а ти роби своє. Силачем виростеш. Бач, які мускули в тебе. Ні в кого у хлопців таких немає. Не той красень, хто вміє бігати, а той, сину, хто працювати уміє!</w:t>
      </w:r>
    </w:p>
    <w:p>
      <w:r>
        <w:br/>
        <w:t>Харитон працював без сорочки і справді був мускулистий, дужий, з синіми, як волошки, очима.</w:t>
      </w:r>
    </w:p>
    <w:p>
      <w:r>
        <w:br/>
        <w:t>З матір’ю він був як товариш. От побачить, що мати вже притомилась,— випростається, поставить лопату і скаже:</w:t>
      </w:r>
    </w:p>
    <w:p>
      <w:r>
        <w:br/>
        <w:t>— Може, водички хочеш? — і, не чекаючи, поки вона скаже: "Хочу, сину",— кинеться до кущика, де заховано глечик з водою, принесе його, дасть матері, а тоді вже нап’ється сам. Нап’ється, витре піт і скаже:</w:t>
      </w:r>
    </w:p>
    <w:p>
      <w:r>
        <w:br/>
        <w:t>— Ой, як жаркої</w:t>
      </w:r>
    </w:p>
    <w:p>
      <w:r>
        <w:br/>
        <w:t>— То ти, може, Харитоне, стомився? — спитає мати.</w:t>
      </w:r>
    </w:p>
    <w:p>
      <w:r>
        <w:br/>
        <w:t>— Та трохи підбився.</w:t>
      </w:r>
    </w:p>
    <w:p>
      <w:r>
        <w:br/>
        <w:t>— Ну, то піди риби полови, бо вже й обід незабаром.</w:t>
      </w:r>
    </w:p>
    <w:p>
      <w:r>
        <w:br/>
        <w:t>— Та й це правда,— відповість Харитон, встромить у землю лопату, щоб видно було, де вона стоїть, і щоб не шукати потім, а сам, не хапаючись, йде до намету.</w:t>
      </w:r>
    </w:p>
    <w:p>
      <w:r>
        <w:br/>
        <w:t>На будівництві у нас, крім Харитона, були рибалки, але ніхто з них не мав стільки всяких рибальських приладь, як Харитон. Самих вудок у нього було одинадцять, а крім того, ятір, ригеля і великий лантух, натягнений на обруч. Але все це в нього було у селі, дома. А тут тільки дві вудки та лантух на обручі. Ось цей лантух і зацікавив мене. Сам я риби ніколи не ловив, то й не знав, для чого потрібний такий незграбний пристрій.</w:t>
      </w:r>
    </w:p>
    <w:p>
      <w:r>
        <w:br/>
        <w:t>— Що ж ти з ним робиш, з оцим лантухом, товаришу? — питаю.</w:t>
      </w:r>
    </w:p>
    <w:p>
      <w:r>
        <w:br/>
        <w:t>— Це для в’юнків,— відказує Харитон.— Ось, як хочете, ходімте зі мною.</w:t>
      </w:r>
    </w:p>
    <w:p>
      <w:r>
        <w:br/>
        <w:t>У неділю у мене був вільний час, і я пішов. Я думав, що як ловити рибу, то обов’язково слід іти на річку. Яке ж моє було здивування, коли Харитон, замість повернути до річки, рушив у цілком протилежний бік, в глиб болота.</w:t>
      </w:r>
    </w:p>
    <w:p>
      <w:r>
        <w:br/>
        <w:t>— Куди ж це ти? — скрикнув я.— Хіба риба на суходолі ловиться?</w:t>
      </w:r>
    </w:p>
    <w:p>
      <w:r>
        <w:br/>
        <w:t>— А то як же, і на суходолі є,— відповів він.</w:t>
      </w:r>
    </w:p>
    <w:p>
      <w:r>
        <w:br/>
        <w:t>Ми йшли у височенній траві, що сягала Харитонові майже по шию. Йшли, і я все думав: "Як же це риба може водитися на суходолі? Тут, мабуть, щось не так. Чи не вирішив Харитон посміятися з мене?" Але він ішов так заклопотано, що тільки раз, простягти руку, пригнув до себе китицю якоїсь білої квітки, понюхав і сказав:</w:t>
      </w:r>
    </w:p>
    <w:p>
      <w:r>
        <w:br/>
        <w:t>— Мені здається, що нічого так гарно не пахне, як оця болотяна горілка. Ось понюхайте!</w:t>
      </w:r>
    </w:p>
    <w:p>
      <w:r>
        <w:br/>
        <w:t>Я понюхав. Квітка справді пахла дуже гарно.</w:t>
      </w:r>
    </w:p>
    <w:p>
      <w:r>
        <w:br/>
        <w:t>— У нас на городі є криниця,— вів далі Харитон,— то я насадив біля неї різних квітів. І горілки посадив. Як припече оце сонце, то вона пахне на весь город, і як війне вітер, то і в двір заносить. І латаття посадив — біле і жовте, просто на дно криниці. Латаття вже листя на воду поклало, незабаром і зацвіте. Ну, і куги насадив, аж п’ять корінців закопав на дно криниці ще минулої осені, а тепер цілу весну шпичаки їм. Ох же ж солодкі! Вам не доводилося їсти?</w:t>
      </w:r>
    </w:p>
    <w:p>
      <w:r>
        <w:br/>
        <w:t>— Ні,— сказав я.</w:t>
      </w:r>
    </w:p>
    <w:p>
      <w:r>
        <w:br/>
        <w:t>І це була чистісінька правда. Я навіть не знав, що воно таке. Я тільки подумав: "Ну, це ж і Харитон! На суходолі рибу ловить, а у воді шпичаки розводить якісь. Чи не брехунець він?" Але вголос я нічого не сказав, бо хотів подивитися, що далі буде. А далі було так.</w:t>
      </w:r>
    </w:p>
    <w:p>
      <w:r>
        <w:br/>
        <w:t>Ми пройшли ще трохи, поки не вийшли до якогось грязького-грязького болітця. Харитон спинився, кинув на землю свій лантух і сказав:</w:t>
      </w:r>
    </w:p>
    <w:p>
      <w:r>
        <w:br/>
        <w:t>— От і прийшли.</w:t>
      </w:r>
    </w:p>
    <w:p>
      <w:r>
        <w:br/>
        <w:t>Він постояв трохи на березі цього болітця, подивився на воду, обійшов її навколо, ще подивився, а потім вже рішуче сказав:</w:t>
      </w:r>
    </w:p>
    <w:p>
      <w:r>
        <w:br/>
        <w:t>— Все гаразд! — і, забравши свою снасть, поліз у болото і зразу ж загруз по коліна. Я знову здивувався, бо яка ж риба буде жити в такій твані?</w:t>
      </w:r>
    </w:p>
    <w:p>
      <w:r>
        <w:br/>
        <w:t>А Харитон — хоч би що йому. Одійшов кроків на десять від берега, встановив свою снасть так, що вона потонула вся у воді, а тоді звернувся до мене:</w:t>
      </w:r>
    </w:p>
    <w:p>
      <w:r>
        <w:br/>
        <w:t>— Ну, починаймо! Робіть те, що й я!</w:t>
      </w:r>
    </w:p>
    <w:p>
      <w:r>
        <w:br/>
        <w:t>А робив Харитон ось що: вернувся назад до того місця, де я стояв, а тоді давай місить ногами твань. Місить та ще так забирає ногами, що вона аж булька, аж кипить, аж шумовиння на ній схоплюється. Я приєднався до нього, і ми підняли на тому болітці таке, що порозганяли усіх жаб. Отак танцюючи у воді, добрели аж до лантуха. Тоді Харитон зробив мені знак рукою, підскочив до своєї снасті і миттю вихопив її з води. З лантуха задзюркотіла вода, і коли вона витекла, мені здалося, що всередині щось тріпається живе.</w:t>
      </w:r>
    </w:p>
    <w:p>
      <w:r>
        <w:br/>
        <w:t>— Є! Є! — весело загукав Харитон.— Дивіться, ворушиться!</w:t>
      </w:r>
    </w:p>
    <w:p>
      <w:r>
        <w:br/>
        <w:t>Я зазирнув у лантух і на своє здивування побачив на дні снасті якусь живу купу, що ворушилась, випинаючись кільцями.</w:t>
      </w:r>
    </w:p>
    <w:p>
      <w:r>
        <w:br/>
        <w:t>— Та це ж гадюки! — злякано закричав я.</w:t>
      </w:r>
    </w:p>
    <w:p>
      <w:r>
        <w:br/>
        <w:t>— Та ні-бо, не лякайтеся,— посміхнувся Харитон.— Які ж це гадюки? Вуж і то тільки один, а то все в’юни! Ось дивіться!</w:t>
      </w:r>
    </w:p>
    <w:p>
      <w:r>
        <w:br/>
        <w:t>Він виліз на траву і висипав на неї вміст лантуха. З живої кільцюватої купи порснув вуж і кинувся в траву. Харитон не звернув на нього ніякої уваги, а навпаки, нахилившися до купки, став не кваплячись рахувати улов.</w:t>
      </w:r>
    </w:p>
    <w:p>
      <w:r>
        <w:br/>
        <w:t>— Шість! Чуєте, шість в’юнів! — весело закричав він до мене.— За один раз — шість в’юнів!</w:t>
      </w:r>
    </w:p>
    <w:p>
      <w:r>
        <w:br/>
        <w:t>Ми з Харитоном залазили на болітце п’ять разів і піймали ще сімнадцять в’юнів та черепаху. В’юни ми склали в торбину, а черепаху Харитон відкинув геть і, як на вужа, не звертав на неї ніякої уваги.</w:t>
      </w:r>
    </w:p>
    <w:p>
      <w:r>
        <w:br/>
        <w:t>Тепер погодьтеся самі — піймати двадцять три в’юни за якісь півгодини — це ж зовсім непогано! Харитон був веселий, так і сяяв увесь. Мені теж було дуже весело. З цієї риби можна зварити хіба ж таку юшку! Ну, і все було б добре, та раптом я відчув, що нога мені засвербіла.</w:t>
      </w:r>
    </w:p>
    <w:p>
      <w:r>
        <w:br/>
        <w:t>"Чого це вона?" — подумав я і нахилився, щоб роздивитися, що там турбувало мене.</w:t>
      </w:r>
    </w:p>
    <w:p>
      <w:r>
        <w:br/>
        <w:t>На своїх ногах, забруднених болотом, я побачив кілька довгастих істот, які показалися мені маленькими зміями. Вони повпивалися в моє тіло і вже аж понабрякали від крові.</w:t>
      </w:r>
    </w:p>
    <w:p>
      <w:r>
        <w:br/>
        <w:t>— Ой! — скрикнув я злякано.— Що це таке? Вужі чи, може, гадюки?</w:t>
      </w:r>
    </w:p>
    <w:p>
      <w:r>
        <w:br/>
        <w:t>Харитон зиркнув у мій бік і весело засміявся.</w:t>
      </w:r>
    </w:p>
    <w:p>
      <w:r>
        <w:br/>
        <w:t>— Та це не вужі і не гадюки,— сказав він.— Звичайнісінькі п’явки.</w:t>
      </w:r>
    </w:p>
    <w:p>
      <w:r>
        <w:br/>
        <w:t>Він побіжно глянув на свої ноги і зауважив спокійно:</w:t>
      </w:r>
    </w:p>
    <w:p>
      <w:r>
        <w:br/>
        <w:t>— О, та і в мене їх штук із п’ять. Зараз ми над ними вчинимо розправу. Робіть ось так, як я.</w:t>
      </w:r>
    </w:p>
    <w:p>
      <w:r>
        <w:br/>
        <w:t>Я бачив, як Харитон склав пучку, напружив указовий палець і замашно морснув найближчу п’явку в голову. "Ось тобі!" П’явка скрутилася і повалилася на траву. Цієї ж долі зазнали й інші кровопивці.</w:t>
      </w:r>
    </w:p>
    <w:p>
      <w:r>
        <w:br/>
        <w:t>Я зробив те, що й Харитон, і, збиваючи їх з свого тіла, ще раз подумав: "Ну, це ж і Харитон! Отакий малий, а який знавець діла!" А Харитон тим часом взяв торбину, скинув на плече снасть і, мов нічого не трапилося, сказав:</w:t>
      </w:r>
    </w:p>
    <w:p>
      <w:r>
        <w:br/>
        <w:t>— А тепер рушаймо далі. Он біля тієї вербички — озерце. Щось мені здається, що там не без щуки!</w:t>
      </w:r>
    </w:p>
    <w:p>
      <w:r>
        <w:br/>
        <w:t>Що ж, коли по щуки, то й по щуки! І я пішов за Харитоном. Тепер він уже зовсім зацікавив мене. На будівництві я, як і він, працював уже п’ятнадцять днів, але навіть і догадатися не міг, що в болоті можна ловити в’юнів, а в отих лугових озерцях — щук.</w:t>
      </w:r>
    </w:p>
    <w:p>
      <w:r>
        <w:br/>
        <w:t>Недалечко від озера Харитон став іти дуже обережно, високо підіймаючи ноги.</w:t>
      </w:r>
    </w:p>
    <w:p>
      <w:r>
        <w:br/>
        <w:t>— Та хіба ж щука заєць? Куди ж вона утече з води, коли тікати їй нікуди? — прошепотів я, так само підіймаючи ноги, щоб не наробити шуму.</w:t>
      </w:r>
    </w:p>
    <w:p>
      <w:r>
        <w:br/>
        <w:t>— Та втекти-то, звичайно, вона не втече,— пошепки відказав Харитон,— тільки ловити її треба уміючи. Ви вже покладайтесь на мене.</w:t>
      </w:r>
    </w:p>
    <w:p>
      <w:r>
        <w:br/>
        <w:t>Ми підійшли до озерця. Вода в ньому була чиста і, мабуть, глибоченька. Харитон обережно поклав на траву снасть і показав на кущі куги, що росли у воді недалеко від берега.</w:t>
      </w:r>
    </w:p>
    <w:p>
      <w:r>
        <w:br/>
        <w:t>— От запам’ятайте,— сказав він,— такі місця дуже полюбляють щуки. Оця куга для них все одно, що для тигра джунглі. Вони там ховаються, піджидаючи свою жертву. А тепер рушаймо!</w:t>
      </w:r>
    </w:p>
    <w:p>
      <w:r>
        <w:br/>
        <w:t>Харитон узяв всю свою снасть з одного боку, мені звелів взяти її з другого, і ми пішли по воді просто до тих кущиків куги, на які раніше показував Харитон. Спочатку ми йшли тихо і обережно, але коли вже наблизились до кущиків, Харитон враз забовтав ногами і, гукнувши мені робити те ж саме, став завзято бити по воді вільною рукою. Незабаром вода закипіла біля нас, завирувала. Раптом я почув, що у снасть ніби щось вдарило ізсередини.</w:t>
      </w:r>
    </w:p>
    <w:p>
      <w:r>
        <w:br/>
        <w:t>— Підіймайте! Мерщій! — закричав Харитон і, сильним ривком повернувши снасть угору, високо підкинув її над водою.</w:t>
      </w:r>
    </w:p>
    <w:p>
      <w:r>
        <w:br/>
        <w:t>— Є! Є! — увесь сяючи, закричав він.— Я ж вам казав, що піймаємо. А тепер вона тут, голубка, та ще й не маленька. Чуєте, як налатається!</w:t>
      </w:r>
    </w:p>
    <w:p>
      <w:r>
        <w:br/>
        <w:t>В мішку справді налаталося.</w:t>
      </w:r>
    </w:p>
    <w:p>
      <w:r>
        <w:br/>
        <w:t>Не гаючи часу, ми поспішили на берег. Щука, яку ми піймали, була величенька, з руку завдовжки, важила вона не менше як півтора або і всі два кілограми.</w:t>
      </w:r>
    </w:p>
    <w:p>
      <w:r>
        <w:br/>
        <w:t>Я розохотився. Така удача захопила мене, і я сказав Харитонові:</w:t>
      </w:r>
    </w:p>
    <w:p>
      <w:r>
        <w:br/>
        <w:t>— А може, побродимо ще?</w:t>
      </w:r>
    </w:p>
    <w:p>
      <w:r>
        <w:br/>
        <w:t>— Ні,— відповів він.— Тепер хижак наляканий, повтікав із своєї засідки, а ловити щуку на чистому — це ж те саме, що шукати голку в копиці сіна.</w:t>
      </w:r>
    </w:p>
    <w:p>
      <w:r>
        <w:br/>
        <w:t>— А може, є де ще таке ж саме озерце? — не відступався я, бо щука мені вже не давала спокою.</w:t>
      </w:r>
    </w:p>
    <w:p>
      <w:r>
        <w:br/>
        <w:t>— Ні, ні, на сьогодні досить,— сказав Харитон і, глянувши на сонце, додав: — Вже нерано, поспішати треба — мама чекає, бо вже й до обіду треба лагодитися.</w:t>
      </w:r>
    </w:p>
    <w:p>
      <w:r>
        <w:br/>
        <w:t>Він скинув свою снасть на плечі і рішуче повернув до будівництва.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Харитон на заплаві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