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Хай Заратустра каже що завгодно...</w:t>
      </w:r>
    </w:p>
    <w:p>
      <w:r>
        <w:br/>
        <w:t xml:space="preserve"> Хай Заратустра каже що завгодно,&lt;br /&gt;</w:t>
        <w:br/>
        <w:t>Та істину оту затвердив час:&lt;br /&gt;</w:t>
        <w:br/>
        <w:t>Якщо вдивлятись довго у безодню,&lt;br /&gt;</w:t>
        <w:br/>
        <w:t>Тоді безодня втупиться у вас.</w:t>
      </w:r>
    </w:p>
    <w:p>
      <w:r>
        <w:br/>
        <w:t>Візьме за горло і у вир затягне,&lt;br /&gt;</w:t>
        <w:br/>
        <w:t>І відштовхне від тихих берегів.&lt;br /&gt;</w:t>
        <w:br/>
        <w:t>Живеш? Живи! Незбагнене — це магма.&lt;br /&gt;</w:t>
        <w:br/>
        <w:t>Предвічна територія богів.</w:t>
      </w:r>
    </w:p>
    <w:p>
      <w:r>
        <w:br/>
        <w:t>За просто так не зможеш, не підглянеш,&lt;br /&gt;</w:t>
        <w:br/>
        <w:t>Рядок останній черкне по мені…&lt;br /&gt;</w:t>
        <w:br/>
        <w:t>Поезія — це невтоленна спрага,&lt;br /&gt;</w:t>
        <w:br/>
        <w:t>Ріки пошерхлі губи кам"яні.</w:t>
      </w:r>
    </w:p>
    <w:p>
      <w:r>
        <w:br/>
        <w:t>Це таїна, що лишиться такою,&lt;br /&gt;</w:t>
        <w:br/>
        <w:t>Крізь камінь, що летить у бистрину,&lt;br /&gt;</w:t>
        <w:br/>
        <w:t>Ріка себе осмислює рікою,&lt;br /&gt;</w:t>
        <w:br/>
        <w:t>Нараз відчувши власну глибину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Хай Заратустра каже що завгодно...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