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на небі зовсім змарнілий...</w:t>
      </w:r>
    </w:p>
    <w:p>
      <w:r>
        <w:br/>
        <w:t xml:space="preserve"> Хай на небі зовсім змарнілий&lt;br /&gt;</w:t>
        <w:br/>
        <w:t>Срібний місяць хмарку шука, —&lt;br /&gt;</w:t>
        <w:br/>
        <w:t>Бачу тільки платок твій білий,&lt;br /&gt;</w:t>
        <w:br/>
        <w:t>Знаю: в муфті тепла рука.</w:t>
      </w:r>
    </w:p>
    <w:p>
      <w:r>
        <w:br/>
        <w:t>Ми йдемо, і шепочуть віти,&lt;br /&gt;</w:t>
        <w:br/>
        <w:t>Між будинків вітер літа,&lt;br /&gt;</w:t>
        <w:br/>
        <w:t>Я діждався: знайшла в мені ти&lt;br /&gt;</w:t>
        <w:br/>
        <w:t>І читаєш свого листа.</w:t>
      </w:r>
    </w:p>
    <w:p>
      <w:r>
        <w:br/>
        <w:t>Зустрічаються радо зорі&lt;br /&gt;</w:t>
        <w:br/>
        <w:t>І зовуть, говорять вони,&lt;br /&gt;</w:t>
        <w:br/>
        <w:t>Що все далі, далі простори,&lt;br /&gt;</w:t>
        <w:br/>
        <w:t>Де лунають планетні сни.</w:t>
      </w:r>
    </w:p>
    <w:p>
      <w:r>
        <w:br/>
        <w:t>І не може бути іначе,&lt;br /&gt;</w:t>
        <w:br/>
        <w:t>Я не чую світів чужих,&lt;br /&gt;</w:t>
        <w:br/>
        <w:t>Коли серце землі гаряче&lt;br /&gt;</w:t>
        <w:br/>
        <w:t>Б'ється в ніжних грудях твоїх.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на небі зовсім змарнілий...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