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буде легко. Дотиком пера...</w:t>
      </w:r>
    </w:p>
    <w:p>
      <w:r>
        <w:br/>
        <w:t xml:space="preserve"> Хай буде легко. Дотиком пера.&lt;br /&gt;</w:t>
        <w:br/>
        <w:t>Хай буде вічно. Спомином пресвітлим.&lt;br /&gt;</w:t>
        <w:br/>
        <w:t>Цей білий світ — березова кора,&lt;br /&gt;</w:t>
        <w:br/>
        <w:t>по чорних днях побілена десь звідтам.</w:t>
      </w:r>
    </w:p>
    <w:p>
      <w:r>
        <w:br/>
        <w:t>Сьогодні сніг іти вже поривавсь.&lt;br /&gt;</w:t>
        <w:br/>
        <w:t>Сьогодні осінь похлинулась димом.&lt;br /&gt;</w:t>
        <w:br/>
        <w:t>Хай буде гірко. Спогадом про Вас.&lt;br /&gt;</w:t>
        <w:br/>
        <w:t>Хай буде світло, спогадом предивним.</w:t>
      </w:r>
    </w:p>
    <w:p>
      <w:r>
        <w:br/>
        <w:t>Хай не розбудить смутку телефон.&lt;br /&gt;</w:t>
        <w:br/>
        <w:t>Нехай печаль не зрушиться листами.&lt;br /&gt;</w:t>
        <w:br/>
        <w:t>Хай буде легко. Це був тільки сон,&lt;br /&gt;</w:t>
        <w:br/>
        <w:t>що ледь торкнувся пам'яті вустами.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буде легко. Дотиком 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