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Керманич</w:t>
      </w:r>
    </w:p>
    <w:p>
      <w:r>
        <w:br/>
        <w:t xml:space="preserve"> &lt;p&gt;І</w:t>
      </w:r>
    </w:p>
    <w:p>
      <w:r>
        <w:br/>
        <w:t>— Ей, лишися, мій бадічку, сего року дома, та не сити себе, мій любчику! — говорила Оксана до свого чоловіка Івана Саїна.</w:t>
      </w:r>
    </w:p>
    <w:p>
      <w:r>
        <w:br/>
        <w:t>— Та пек тобі,— сказав Саїн,— з твоїм "лишися". Чи ж не сором було б, аби хирляві плотарі аж у Новоселицю пускались, а їх калфа-керманич дома вигрівався?</w:t>
      </w:r>
    </w:p>
    <w:p>
      <w:r>
        <w:br/>
        <w:t>— А я таки ще раз тебе, бадічку, прошу: не йди, не ситися! От чув-єсь, що сталося із покійником Дідичевим Іваном!</w:t>
      </w:r>
    </w:p>
    <w:p>
      <w:r>
        <w:br/>
        <w:t>— Ет! що мені там Іван Дідичів! То не чоловік, а комарина був, прости мені боже!</w:t>
      </w:r>
    </w:p>
    <w:p>
      <w:r>
        <w:br/>
        <w:t>— А ти ж гадаєш, що вода питає, хто комарина, а хто силач?</w:t>
      </w:r>
    </w:p>
    <w:p>
      <w:r>
        <w:br/>
        <w:t>— Коли хоч знати, то й не питає, а мене вже вода досто-метно знає.</w:t>
      </w:r>
    </w:p>
    <w:p>
      <w:r>
        <w:br/>
        <w:t>— Та зваж і те, що то слотливий рік, дощі за дощами перепадають та й Черемош аж казиться.</w:t>
      </w:r>
    </w:p>
    <w:p>
      <w:r>
        <w:br/>
        <w:t>— Оце якраз на мій млин вода! Завтра під вечір у Чернівцях стану. Не гризися, моя сиза, а ліпше йди та лагодь мені бутор на завтра. Мені вже не першина по Черемошеві гуляти. Не журись за мене, душко! Ей, а то хто такий коло дровітні порається? Ану, споглянь! А! то наше золото, наш Семенко дорогенький! Ану ж бо глянь, якого ми робітника маємо; не бійся, вмру, то не меш бідувати. Ой ти, моя потіхо, ходи 'д мені, Семенку! Боже, як втомився, аж піт з чола ллється.</w:t>
      </w:r>
    </w:p>
    <w:p>
      <w:r>
        <w:br/>
        <w:t>— Я, дєдику, для вас не так працював би, коби стало сили, а то лиш махну топірцем, вже й головка...</w:t>
      </w:r>
    </w:p>
    <w:p>
      <w:r>
        <w:br/>
        <w:t>— Болить, синку, правда?</w:t>
      </w:r>
    </w:p>
    <w:p>
      <w:r>
        <w:br/>
        <w:t>— Ні, дєдику, не болить, але зігнутися не мож.</w:t>
      </w:r>
    </w:p>
    <w:p>
      <w:r>
        <w:br/>
        <w:t>— Та що ти кажеш? Поперек тебе болить?</w:t>
      </w:r>
    </w:p>
    <w:p>
      <w:r>
        <w:br/>
        <w:t>— Ні, ні, мене нічо не болить, я здоров, тільки головка моя...</w:t>
      </w:r>
    </w:p>
    <w:p>
      <w:r>
        <w:br/>
        <w:t>— Но-но, синочку мій, моя ти надіє, воно лекше стане.</w:t>
      </w:r>
    </w:p>
    <w:p>
      <w:r>
        <w:br/>
        <w:t>— Пістунчику ти мій,— сказала ненечка та й пригорнула його ід собі.</w:t>
      </w:r>
    </w:p>
    <w:p>
      <w:r>
        <w:br/>
        <w:t>Семенко справді хирлявенький собі був.</w:t>
      </w:r>
    </w:p>
    <w:p>
      <w:r>
        <w:br/>
        <w:t>— Не журися, Оксаночко,— сказав Саїн.— В людей ще утліщі на парубків виростають. І наш Семенко виросте, очуняє, ще й вояк з нього буде, як колись із мене. Пусто сумо-вати, давай харчувати!</w:t>
      </w:r>
    </w:p>
    <w:p>
      <w:r>
        <w:br/>
        <w:t>II</w:t>
      </w:r>
    </w:p>
    <w:p>
      <w:r>
        <w:br/>
        <w:t>Лишень на божу днинку збиратись стало, а Саїн з товаришами в дорогу лагодиться. Оксана з Семепком так і ввихаються, що й казати, а нищечком обидвойко плачуть. Бачить те Саїн, та поводиться, начеб йому байдуже було. А на товаришів-плотариків так і гукає собі. Просто калфа!</w:t>
      </w:r>
    </w:p>
    <w:p>
      <w:r>
        <w:br/>
        <w:t>— Коли тебе, бадічку, сподіватись? — промовила Оксана.</w:t>
      </w:r>
    </w:p>
    <w:p>
      <w:r>
        <w:br/>
        <w:t>— Тогді, коли вода 'д горі обернеться,— пожартував Саїн.</w:t>
      </w:r>
    </w:p>
    <w:p>
      <w:r>
        <w:br/>
        <w:t>— От не говорив би-с таке, а то ще в лиху годину припасти могло б. Мені й так щось дуже тяжко. Сохрань боже від якої пригоди!</w:t>
      </w:r>
    </w:p>
    <w:p>
      <w:r>
        <w:br/>
        <w:t>— Та й ще що!? Може, ти хотіла б, аби Черемош по дорозі нас до сну вколисував, чи як? О, коли б він собі так починав, не звався би гуцульськов ріков. Але що про це й говорити? Ану, товариство, бутор в руки та й ід горі!</w:t>
      </w:r>
    </w:p>
    <w:p>
      <w:r>
        <w:br/>
        <w:t>— Слава небесному! — гукнули всіма.</w:t>
      </w:r>
    </w:p>
    <w:p>
      <w:r>
        <w:br/>
        <w:t>— Здорова ми будь, Оксаночко-чічко! Здоровий будь, моє люб'ятко Семенку!</w:t>
      </w:r>
    </w:p>
    <w:p>
      <w:r>
        <w:br/>
        <w:t>— Щаслива вам, дєдику, дорога! — з слізьми відказали обоє.</w:t>
      </w:r>
    </w:p>
    <w:p>
      <w:r>
        <w:br/>
        <w:t>— Ходімо ж тепер в добру годину. Аби-сте здорові!</w:t>
      </w:r>
    </w:p>
    <w:p>
      <w:r>
        <w:br/>
        <w:t>— Гостіть здорові!</w:t>
      </w:r>
    </w:p>
    <w:p>
      <w:r>
        <w:br/>
        <w:t>III</w:t>
      </w:r>
    </w:p>
    <w:p>
      <w:r>
        <w:br/>
        <w:t>Минув тиждень, минув другий, і на третій стало збиратись, а Саїна як нема, так нема. Весна, гей дівчина-веселиця, цвітом уквітчалась. На зарінку над Черемошем дівчата полотна та пряжі білють, перуть, жартують та регочуться. Неопо-далік на прибитій дарабі сидить блідий Семенко та на воду поглядає, а все ід горі. А дівчата сивоокі, чорноокі шуткують собі з нього. Що їм за жура?</w:t>
      </w:r>
    </w:p>
    <w:p>
      <w:r>
        <w:br/>
        <w:t>— Така біда,— кажуть,— хирлява, на нас ще й дивитись не хоче!.. Заспівай-ко ще, Семенку, ану-ко, ану сам або з нами! — крикнула Юстина.</w:t>
      </w:r>
    </w:p>
    <w:p>
      <w:r>
        <w:br/>
        <w:t>— Боже помагай ті, Юстиночко, мені не до співу. Пішов дедик дараби спускати та й і не вертає. Інші плотарі ще там-тої середи поприходили та й нічого казати не хочуть. В хаті ненька слабі лежуть, йойкаються, що й слухати гляба. До того ще присяжний забрав шмате й одежину за податок, а жиди сірину за довги...</w:t>
      </w:r>
    </w:p>
    <w:p>
      <w:r>
        <w:br/>
        <w:t>— Ей, що тобі, не тоскуй, от борше заспівай з нами; дедик верне, неня подужає, все то ізміниться.</w:t>
      </w:r>
    </w:p>
    <w:p>
      <w:r>
        <w:br/>
        <w:t>— Хіба на гірше, Юстино.</w:t>
      </w:r>
    </w:p>
    <w:p>
      <w:r>
        <w:br/>
        <w:t>— Та бо ти все своєї, співай, кажу!</w:t>
      </w:r>
    </w:p>
    <w:p>
      <w:r>
        <w:br/>
        <w:t>— Ні, мені тепер веселим не бути; годі мені тішитися, коли душечка недобре віщує. Бувайте здорові!</w:t>
      </w:r>
    </w:p>
    <w:p>
      <w:r>
        <w:br/>
        <w:t>IV</w:t>
      </w:r>
    </w:p>
    <w:p>
      <w:r>
        <w:br/>
        <w:t>— Що ви оце кажете, куме Тимофійку? Саїн покійник?</w:t>
      </w:r>
    </w:p>
    <w:p>
      <w:r>
        <w:br/>
        <w:t>— Ого, аби ми здорові, кумочку Юрійку. А страшну має небіжчик смерть. Най бог від такої кождого ратує! Та ще коби хоть за свою кров, а то за нехриста...</w:t>
      </w:r>
    </w:p>
    <w:p>
      <w:r>
        <w:br/>
        <w:t>— За якого нехриста оце?</w:t>
      </w:r>
    </w:p>
    <w:p>
      <w:r>
        <w:br/>
        <w:t>— Таже за вижницького Майорка.</w:t>
      </w:r>
    </w:p>
    <w:p>
      <w:r>
        <w:br/>
        <w:t>— За Майорка?.. За оту п'явку, що хотів його задурно до криміналу всадити, що, адіть, сам покрав тертиці, а на Саїна звалив крадіж та ще фальшиво й присяг?</w:t>
      </w:r>
    </w:p>
    <w:p>
      <w:r>
        <w:br/>
        <w:t>— От і бачите, що за того самого. Покійник усіх на-видів.</w:t>
      </w:r>
    </w:p>
    <w:p>
      <w:r>
        <w:br/>
        <w:t>— Кайтеся, люди! Ото чоловік! Та де то саме покійничок минувся?</w:t>
      </w:r>
    </w:p>
    <w:p>
      <w:r>
        <w:br/>
        <w:t>— Таки під самим Сокільським, перед Смеречинов. Повінь прийшла та й Майоркову дарабу сторцаком пустила. Майорко пропав, а покійник як стояв так і скочив за ним. За добрий-таки часок виринув із Майорком в руці. Притаскав його 'д його дарабі і верг на ню трохи що не вмерлого. А втомився, сердега, був вже добре. Але ймився однов руков дараби і вже мав вискочити на неї, а то, знаєте, надлетів ковбок і гримнув покійника против грудей. Дивимося із нашої дараби, а нашого Саїна вже нема. Коби хоть один був з нас пливак, а то нікому було й поратувати.</w:t>
      </w:r>
    </w:p>
    <w:p>
      <w:r>
        <w:br/>
        <w:t>— Та коби-сте хоть тіла були шукали!</w:t>
      </w:r>
    </w:p>
    <w:p>
      <w:r>
        <w:br/>
        <w:t>— Ей, ми шукали, кумочку, та, знаєте, які там плеса, а в повінь, то й бесіди нема. Міркуйте собі, ціла Смеречина під водою по ремінь. І хто зна, чи туди небіжчика не занесло, бо туди вся вода справилась була. Гай-гай, що то вода може! А! Така вже, відай, була божа воля. Царство небесне його душечці.</w:t>
      </w:r>
    </w:p>
    <w:p>
      <w:r>
        <w:br/>
        <w:t>V</w:t>
      </w:r>
    </w:p>
    <w:p>
      <w:r>
        <w:br/>
        <w:t>В селі кого не зустрінути, всякий про Саїна говорить. "Шкода,— кажуть,— небіжчика, добрий був чоловік, та минувся так жасно".</w:t>
      </w:r>
    </w:p>
    <w:p>
      <w:r>
        <w:br/>
        <w:t>Семенко все то сяде на приспочці, то зірветься, на улицю вибіжить, дєдика виглядає. Ні слихом не слихать, ні видом не видати!</w:t>
      </w:r>
    </w:p>
    <w:p>
      <w:r>
        <w:br/>
        <w:t>Аж у п'ятницю понад вечір ішла тітка Настя із міста та й вступила по дорозі до Саїнів.</w:t>
      </w:r>
    </w:p>
    <w:p>
      <w:r>
        <w:br/>
        <w:t>— Дужий, здоров, Семеночку? А йди ж 'д мені, дам ти бублика, бо дєдика Черемош вже не пустить ніколи. Не вернеться він до тебе та й не приголубить і колачиком не обдарує.</w:t>
      </w:r>
    </w:p>
    <w:p>
      <w:r>
        <w:br/>
        <w:t>— Що, що, тіточко? Що кажете за дєдика?</w:t>
      </w:r>
    </w:p>
    <w:p>
      <w:r>
        <w:br/>
        <w:t>— Ей, ні, нічого... Ти, видко, нич не знаєш, синку. Та що ж, не тоскуй, бадечко твій у бога.</w:t>
      </w:r>
    </w:p>
    <w:p>
      <w:r>
        <w:br/>
        <w:t>— Ой горечко! Не жиють? Умерли? Ой долечко, ой па-дочку... Тіточко! Що ви оце говорите? — Та й захлинувся від плачу.</w:t>
      </w:r>
    </w:p>
    <w:p>
      <w:r>
        <w:br/>
        <w:t>— Гей, Оксано, —а дай же хлопцеві води, дивись, як посинів! — крикнула Настя, а поки що сама взяла^ та залила хлоп'яточко водицею студеною. Кликала Оксану вдруге, а її й не чути. Ввійшла в хату; тут аж серце з болю рветься. Мати Оксана лежить у гарячці на постелі, біля неї маленька дитиночка пищить неповита; скрізь кириня, їй-богу!</w:t>
      </w:r>
    </w:p>
    <w:p>
      <w:r>
        <w:br/>
        <w:t>— Та що це ти, Оксаночко, слабуєш, сестрице, та й людям знати не даєш?</w:t>
      </w:r>
    </w:p>
    <w:p>
      <w:r>
        <w:br/>
        <w:t>Оксана не відзивається.</w:t>
      </w:r>
    </w:p>
    <w:p>
      <w:r>
        <w:br/>
        <w:t>— А може, так кріпко заснулась, щоб заспати несподіване горе?</w:t>
      </w:r>
    </w:p>
    <w:p>
      <w:r>
        <w:br/>
        <w:t>— Ні... ні... що?., коли?.. Іван прийшов?</w:t>
      </w:r>
    </w:p>
    <w:p>
      <w:r>
        <w:br/>
        <w:t>— Прийшов, прийшов,— каже Настя,— ану-ко підведися, Оксаночко.</w:t>
      </w:r>
    </w:p>
    <w:p>
      <w:r>
        <w:br/>
        <w:t>— Ой... люди кажуть... ой... кажуть... ні... я его виджу... який красний сидить... в Смеречині... о... о... в білій сорочці... йду 'д нему привітаюсь... Семенко мій... Марічка моя... о...</w:t>
      </w:r>
    </w:p>
    <w:p>
      <w:r>
        <w:br/>
        <w:t>"Ой падочку мій, се гарячка в неї",— подумала собі Настя, а тут і мала дитина вже таки синіє, конає. Взяла швидко води в глечик, охрестила сама й Марічков назвала, бо таке ім'я Оксана в гарячці вимовила. Відтак розтопила в печі, припрятала, дитя скупала, уповила й матері його мокру хусточку до голови приложила, сусідоньку прикликала, дозирати попросила та й до своєї домівочки помандрувала. А Се-менка на другий день із полудня під тином сплячого знайшли. Засипляв горе.</w:t>
      </w:r>
    </w:p>
    <w:p>
      <w:r>
        <w:br/>
        <w:t>VI</w:t>
      </w:r>
    </w:p>
    <w:p>
      <w:r>
        <w:br/>
        <w:t>Саїнів усі в селі любили й навиділи. Отже ж тепер двері в їх хаті не запирались. Одні приходили, щоб потішити, розговорити та хоть трошечки тугу з серця розігнати, другі з зіллячком, з вареною калиною та медом, аби недужій Саї-нисі гарячку прогнати. А в неї, небоги, щораз більше життя пропадає. Ні говорити вже, ні в рот нічого взяти не може. Прийшли й кревні, близькі й далекі, та й заголосили. Пішла Настя до старшого панотчика просити, щоб висповідав і законне недужу. Панотець саме тоді по обіді спав. Настя ввійшла до кухні, яла панночці вповідати про Саїниху та й розплакалась. Схопився панотець і влетів до передпокою. Панночка, дай би їй бог добру долю, пішла й все татунцеві розповіла. Сейчас післав панотець по паламаря й з "божим тілом" до Саїнів пішов. Добрий це був панотець, розговорив, порадив і сам ще по лікаря післав до міста.</w:t>
      </w:r>
    </w:p>
    <w:p>
      <w:r>
        <w:br/>
        <w:t>VII</w:t>
      </w:r>
    </w:p>
    <w:p>
      <w:r>
        <w:br/>
        <w:t>Сонце під обід уже було. В Саїновій хаті плачі та падькан-ня, що й слухати годі. Мала дитина плаче, не вгаває, Семенко коло неньки заходиться від плачу, а другі те бачать та й собі сльози утирають. Оксана лежить, неначе мертва. Приїхав лікар, пообзирав, —попукав, записав рецепту, але все щось вовком на всіх позирав, гейби біснуватий. Настя запиталась його в сінях, чи є яка надія. Він і пробурмосив: "Кобіта завше так по породзе",— та й від'їхав.</w:t>
      </w:r>
    </w:p>
    <w:p>
      <w:r>
        <w:br/>
        <w:t>Що робити? Приймила Настя й те; добре, що хоть так потішив за десять левів. Взяла ж вона тепер з грядок звій вибіленого полотна чісаного та й скочила до міста. Заставила у жида й ліків за ті гроші в аптеці купила. Млівіч таки й домів вернула. Прийшла та й те, що полишила, застала. Ніколи сидіти.</w:t>
      </w:r>
    </w:p>
    <w:p>
      <w:r>
        <w:br/>
        <w:t>Закотила рукави й стала поратися. От незабаром при-лагодила всего: і чаю горнятко цукром засолодила, й молока гарячого налила, і розсолу з рижом, і порошки з аптеки в воді розпустила. Всего, всего понаставляла перед Оксаною, чого лишень душа забагае. Зводить її й принукує, та що ж! Душа не приймає. Ледве-не-ледве порошками залила. Видить добре, що не на гаразд іде, та й вже не відступає від хорої. Сидить біля неї й уважає: коли лишень пробудиться, вже й ліками й молочком заливає. Так проминув день, ба й другий. Третього полекшало Оксані. В сні менше говорить, а проки-несь, то й їстоньки забагає. Настя з того рада та й усього їй від добрих людей приносить. Семенко також все коло нені та коло своєї маленької сестрички.</w:t>
      </w:r>
    </w:p>
    <w:p>
      <w:r>
        <w:br/>
        <w:t>Поволеньки згодився, біднесенький, із своєю долею.</w:t>
      </w:r>
    </w:p>
    <w:p>
      <w:r>
        <w:br/>
        <w:t>VIII</w:t>
      </w:r>
    </w:p>
    <w:p>
      <w:r>
        <w:br/>
        <w:t>По двох неділях підвелась Оксана з ліжка. А глянути на неї, то й не спізнати, тінь людини та й тільки. Бувало, у верем'я вийде на костурі і сяде на приспі против сонця і дивиться на світ божий, на малий садочок черешневий, на вишеньки, що рум'яними китицями украсились, та на хрещатий з шлюбного вінка барвінок у своїм залишенім городчику. Відтак гляне на двойко діточок своїх, що коло неї одно другого на руках держить, зітхне тяжко та й задумаєсь. А з очей тільки сльози поллються. Перед нею стане її чоловік любенький, його смерть нехристиянська, стане та й кроїть із-боліле серце. Ще й будуча доля її сиріток стає перед нею й кроваві витискає сльози. Нараз очуняє, прокинеться і з дітьми розмовляє.</w:t>
      </w:r>
    </w:p>
    <w:p>
      <w:r>
        <w:br/>
        <w:t>IX</w:t>
      </w:r>
    </w:p>
    <w:p>
      <w:r>
        <w:br/>
        <w:t>От і зима настала. Крепкі морози не дають віддиху бідним людям. Студений вітер все прошиває, й хати ніяк не обтопити. Та ще й топлива нізвідки взяти. Багачі рідко коли бідному чоловікові в пригоді стануть, хоч і цілий рік їм невпинно працюй. Підеш у ліс, назбираєш хворосту, а тут перебігне тя побережник, забере все ріще, наб'є, ще й до штрафу запише. От таке то лихо!</w:t>
      </w:r>
    </w:p>
    <w:p>
      <w:r>
        <w:br/>
        <w:t>Коли кому, то Оксані ся зима найбільше далася взнаки. Нема кому дровець постарати, нема кому одінечка придбати. В хаті студінь, що й прив'язана собака не вдержала би-сь. Піде в ліс Семенко, але що то! Воно, слабе небожатко, принесе крихіточку ріщечка та й по всему. І справді, годі вже було б прожити Оксані, коли б не ласкавий панотець, що підпомагав її, бідну. Бувало, в неї ставало хліба до нового й грошики в куфрі про всяке стояли, а тепер всюди пусто. Знак, що батька в хаті не стало. Пішла б на заробітки, та дарма, не годна робити й багачі не приймили б, а най би і так, то малу дитину на ввесь день полишити годі. Не приходиться інакше, як таки Семенком заступатись. А Семенка й заставляти не треба. Сам він для неньки хоч куди піде.</w:t>
      </w:r>
    </w:p>
    <w:p>
      <w:r>
        <w:br/>
        <w:t>В один раз вибрався він був у Смеречину оберемок хворосту роздобути. Збирає, збирає, аж дивиться, якийсь бадіка порається коло замуленої вербової ковні. Дивно йому стало, коли чує: "Семенку, Семенку, а йди сюда!" Вмить станув він коло бадіки.</w:t>
      </w:r>
    </w:p>
    <w:p>
      <w:r>
        <w:br/>
        <w:t>— Здорові були, вуечку! — промовив.</w:t>
      </w:r>
    </w:p>
    <w:p>
      <w:r>
        <w:br/>
        <w:t>— Здоров був, синку.</w:t>
      </w:r>
    </w:p>
    <w:p>
      <w:r>
        <w:br/>
        <w:t>— Чого ви мене оце кликали?</w:t>
      </w:r>
    </w:p>
    <w:p>
      <w:r>
        <w:br/>
        <w:t>— На, подивись, чий це хрестик і оцей ретязь?</w:t>
      </w:r>
    </w:p>
    <w:p>
      <w:r>
        <w:br/>
        <w:t>— Ой... ой... бадічку, та це дедиків хрестик, це дєдиків ретязь! Падочку мій нещасливий!</w:t>
      </w:r>
    </w:p>
    <w:p>
      <w:r>
        <w:br/>
        <w:t>— Жди, небоже, не плач! Он під сею ковнею кості твого дедика замулило. Кості та й більше нічого, а з тобівки ще лишень бляшки остались. Сей хрестик, синку, і я пізнаю добре, це від моєї сестри Оксани. Покійничок все його при собі носив. Не плач, сину! Ходімо похорон лагодити.</w:t>
      </w:r>
    </w:p>
    <w:p>
      <w:r>
        <w:br/>
        <w:t>X</w:t>
      </w:r>
    </w:p>
    <w:p>
      <w:r>
        <w:br/>
        <w:t>То не голубка сиза з потятами-голуб'ятами за голубом квилить-проквиляе, то Оксаночка із Семенком за Саїном плаче і ридає, то товариство на погребі свого калфи-кер-манича слізьми заливаєсь.</w:t>
      </w:r>
    </w:p>
    <w:p>
      <w:r>
        <w:br/>
        <w:t>Гадаєте, що Семенко з Черемошем у гніву? Сохрань боже! Як лиш став парубочити, то і до керми взявся. Тільки він вже не керманичем, бо хирлявенький собі вдався. І досі плотарює, а Оксана ще й свою Марічку дорогеньку за пло-тарика, ба ще й за керманича віддала. Така-то вже наша гуцульська вдача: огонь пече, а ми йому насупротив!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Керманич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