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старого млина</w:t>
      </w:r>
    </w:p>
    <w:p>
      <w:r>
        <w:br/>
        <w:t xml:space="preserve"> КАЗКА СТАРОГО МЛИНА&lt;br /&gt;</w:t>
        <w:br/>
        <w:t>Драма</w:t>
      </w:r>
    </w:p>
    <w:p>
      <w:r>
        <w:br/>
        <w:t>ДІЄВІ ОСОБИ:&lt;br /&gt;</w:t>
        <w:br/>
        <w:t>Вагнер, гірничий інженір, молодий,&lt;br /&gt;</w:t>
        <w:br/>
        <w:t>дуже вродливий.&lt;br /&gt;</w:t>
        <w:br/>
        <w:t>Крамаренко, землемір.&lt;br /&gt;</w:t>
        <w:br/>
        <w:t>Трохим, лакей Вагнера.&lt;br /&gt;</w:t>
        <w:br/>
        <w:t>Ма-рта, стара клюшниця.&lt;br /&gt;</w:t>
        <w:br/>
        <w:t>Таран, дідич.&lt;br /&gt;</w:t>
        <w:br/>
        <w:t>Марія, Сусанна — дочки його.</w:t>
      </w:r>
    </w:p>
    <w:p>
      <w:r>
        <w:br/>
        <w:t>А н ел ь к а, Фані — тимчасові гості.&lt;br /&gt;</w:t>
        <w:br/>
        <w:t>Перший і другий гості, приятелі Вагнера.</w:t>
      </w:r>
    </w:p>
    <w:p>
      <w:r>
        <w:br/>
        <w:t>Подорожній.&lt;br /&gt;</w:t>
        <w:br/>
        <w:t>Робітники.&lt;br /&gt;</w:t>
        <w:br/>
        <w:t>Д і д-м ель ник.&lt;br /&gt;</w:t>
        <w:br/>
        <w:t>Мар'яна, його онука.&lt;br /&gt;</w:t>
        <w:br/>
        <w:t>Юрко, чабан, німий.</w:t>
      </w:r>
    </w:p>
    <w:p>
      <w:r>
        <w:br/>
        <w:t>і&lt;br /&gt;</w:t>
        <w:br/>
        <w:t>Берег річки. На другім плані гребля, старий млин, верби.&lt;br /&gt;</w:t>
        <w:br/>
        <w:t>До них спускається високий, скелистий протилежний берег.&lt;br /&gt;</w:t>
        <w:br/>
        <w:t>Смеркає; все повито легким, прозорим туманом. Чути,&lt;br /&gt;</w:t>
        <w:br/>
        <w:t>як шумить вода. Сходить місяць. Із степу лине ледве чутний,&lt;br /&gt;</w:t>
        <w:br/>
        <w:t>тужливий плач отари.&lt;br /&gt;</w:t>
        <w:br/>
        <w:t>Д і Д-М ельник&lt;br /&gt;</w:t>
        <w:br/>
        <w:t>(дослухається, сидячи на призьбі&lt;br /&gt;</w:t>
        <w:br/>
        <w:t>коло дверей).&lt;br /&gt;</w:t>
        <w:br/>
        <w:t>Як тільки ніч зашепче, мов та відьма,&lt;br /&gt;</w:t>
        <w:br/>
        <w:t>Нависне скрізь: в степу і над млином,&lt;br /&gt;</w:t>
        <w:br/>
        <w:t>В туман легкий повиє верби й скелі,&lt;br /&gt;</w:t>
        <w:br/>
        <w:t>Приспить дурну зозулю десь у лузі&lt;br /&gt;</w:t>
        <w:br/>
        <w:t>І викличе на небо тихі зорі,—&lt;br /&gt;</w:t>
        <w:br/>
        <w:t>То сказ немов на його найде враз:&lt;br /&gt;</w:t>
        <w:br/>
        <w:t>Одно гуде, плюскоче та співає,&lt;br /&gt;</w:t>
        <w:br/>
        <w:t>А може, грає — добре не розчуєш.&lt;br /&gt;</w:t>
        <w:br/>
        <w:t>А-ач, якої витина старий!&lt;br /&gt;</w:t>
        <w:br/>
        <w:t>Неначе парубок, якому з жиру&lt;br /&gt;</w:t>
        <w:br/>
        <w:t>Тремтять коліна до дівчат, а глузд&lt;br /&gt;</w:t>
        <w:br/>
        <w:t>Тікає геть, горлянка ж та язик&lt;br /&gt;</w:t>
        <w:br/>
        <w:t>Спочинку і на хвильку не зазнають —&lt;br /&gt;</w:t>
        <w:br/>
        <w:t>Іржуть та мелють все, як в добру повідь&lt;br /&gt;</w:t>
        <w:br/>
        <w:t>Вишняк на річці... Хе-хе-хе!.. Дарма&lt;br /&gt;</w:t>
        <w:br/>
        <w:t>Твої весняні чари, дідугане!..&lt;br /&gt;</w:t>
        <w:br/>
        <w:t>Зависла ніч, зіходить онде місяць.&lt;br /&gt;</w:t>
        <w:br/>
        <w:t>Заснув і занімів до ранку степ,—&lt;br /&gt;</w:t>
        <w:br/>
        <w:t>Не зглянешся, як стане тут Юрко:&lt;br /&gt;</w:t>
        <w:br/>
        <w:t>Хе-хе... А де вже довгій бороді&lt;br /&gt;</w:t>
        <w:br/>
        <w:t>Змагатися та з кучерями, котрим&lt;br /&gt;</w:t>
        <w:br/>
        <w:t>Назустріч лине серденько дівоче!&lt;br /&gt;</w:t>
        <w:br/>
        <w:t>Гай-гай! цих чар перемогти не квапся.&lt;br /&gt;</w:t>
        <w:br/>
        <w:t>Шумуй, кипи — я спатиму спокійно.&lt;br /&gt;</w:t>
        <w:br/>
        <w:t>А спати час...&lt;br /&gt;</w:t>
        <w:br/>
        <w:t>(Позіхає й нешвидко зникає у млині).</w:t>
      </w:r>
    </w:p>
    <w:p>
      <w:r>
        <w:br/>
        <w:t>З правого боку виходить інженір Ваги ер,&lt;br /&gt;</w:t>
        <w:br/>
        <w:t>Крамаренко і робітник Трохим.&lt;br /&gt;</w:t>
        <w:br/>
        <w:t>Вагнер&lt;br /&gt;</w:t>
        <w:br/>
        <w:t>Зморився добре я...&lt;br /&gt;</w:t>
        <w:br/>
        <w:t>То розташуймось тут?.. (До Трохима).&lt;br /&gt;</w:t>
        <w:br/>
        <w:t>Неси сюди,&lt;br /&gt;</w:t>
        <w:br/>
        <w:t>Що маєм на візку. Та розпряжи&lt;br /&gt;</w:t>
        <w:br/>
        <w:t>Коня и пусти попастись на узліссі.&lt;br /&gt;</w:t>
        <w:br/>
        <w:t>(Трохим зникає).&lt;br /&gt;</w:t>
        <w:br/>
        <w:t>Це млин?.. Яка тут всюди глушина!&lt;br /&gt;</w:t>
        <w:br/>
        <w:t>Ходили день — все степ, і степг і степ —&lt;br /&gt;</w:t>
        <w:br/>
        <w:t>Незайманий, як в перший день творіння.&lt;br /&gt;</w:t>
        <w:br/>
        <w:t>І ждеш мимохіть дива... Слово честі,&lt;br /&gt;</w:t>
        <w:br/>
        <w:t>Мене більш не здивує, як із скель&lt;br /&gt;</w:t>
        <w:br/>
        <w:t>Зненацька з'явиться до нас сюди&lt;br /&gt;</w:t>
        <w:br/>
        <w:t>Дикун-тубілець голий, волохатий,&lt;br /&gt;</w:t>
        <w:br/>
        <w:t>Уб'є всіх трьох камінним сокирищем;&lt;br /&gt;</w:t>
        <w:br/>
        <w:t>Розклавши огнище, на нім спряже,&lt;br /&gt;</w:t>
        <w:br/>
        <w:t>Як вепрів, нас під дикий свій танок&lt;br /&gt;</w:t>
        <w:br/>
        <w:t>І, скликавши на бенкет увесь рід,&lt;br /&gt;</w:t>
        <w:br/>
        <w:t>Смакуючи, ковтатиме з кістками&lt;br /&gt;</w:t>
        <w:br/>
        <w:t>Культурную печеню.&lt;br /&gt;</w:t>
        <w:br/>
        <w:t>Крамаренко (сміється).&lt;br /&gt;</w:t>
        <w:br/>
        <w:t>І не диво!..&lt;br /&gt;</w:t>
        <w:br/>
        <w:t>Тут є місця, де не ступала ще&lt;br /&gt;</w:t>
        <w:br/>
        <w:t>Нога людська, хіба що вівчарева...&lt;br /&gt;</w:t>
        <w:br/>
        <w:t>Земля обітована... Час настане —&lt;br /&gt;</w:t>
        <w:br/>
        <w:t>І потече враз молоком і медом...&lt;br /&gt;</w:t>
        <w:br/>
        <w:t>Ваги ер (скривившись).&lt;br /&gt;</w:t>
        <w:br/>
        <w:t>Занедбана земля... Сиділи тут&lt;br /&gt;</w:t>
        <w:br/>
        <w:t>Десятки років панські покоління,&lt;br /&gt;</w:t>
        <w:br/>
        <w:t>Мов пугачі в ярах, і брали те,&lt;br /&gt;</w:t>
        <w:br/>
        <w:t>Що в руки їм плило само, зусиль&lt;br /&gt;</w:t>
        <w:br/>
        <w:t>Найменших не вживали. Праці,—&lt;br /&gt;</w:t>
        <w:br/>
        <w:t>Вже не кажу про творчу працю я,—&lt;br /&gt;</w:t>
        <w:br/>
        <w:t>Не знали зовсім: лінувались навіть&lt;br /&gt;</w:t>
        <w:br/>
        <w:t>Нагнутись тільки, щоб підняти —те,&lt;br /&gt;</w:t>
        <w:br/>
        <w:t>Чим світ живе, чому кориться,— злото.&lt;br /&gt;</w:t>
        <w:br/>
        <w:t>Подумать тільки! Під ногами мати&lt;br /&gt;</w:t>
        <w:br/>
        <w:t>Незлічені багатства — й їх не знати,&lt;br /&gt;</w:t>
        <w:br/>
        <w:t>їх занехаять, не шукать! Це й звір&lt;br /&gt;</w:t>
        <w:br/>
        <w:t>Або тварина так живуть: їм досить&lt;br /&gt;</w:t>
        <w:br/>
        <w:t>Того, що щедрая подасть натура,&lt;br /&gt;</w:t>
        <w:br/>
        <w:t>Як голод знемага... Одначе, сядьмо:&lt;br /&gt;</w:t>
        <w:br/>
        <w:t>Чимало ми сходили. Ноги ниють,&lt;br /&gt;</w:t>
        <w:br/>
        <w:t>І тіло, мов побите.&lt;br /&gt;</w:t>
        <w:br/>
        <w:t>Крамаренко&lt;br /&gt;</w:t>
        <w:br/>
        <w:t>Ось горбок,&lt;br /&gt;</w:t>
        <w:br/>
        <w:t>Порослий тирсою, і дикий кущ&lt;br /&gt;</w:t>
        <w:br/>
        <w:t>Неначе кличе нас під захист свій&lt;br /&gt;</w:t>
        <w:br/>
        <w:t>Спочить. (Падають на траву).&lt;br /&gt;</w:t>
        <w:br/>
        <w:t>В а г н е р&lt;br /&gt;</w:t>
        <w:br/>
        <w:t>Замислишся отак, буває,&lt;br /&gt;</w:t>
        <w:br/>
        <w:t>Над тим, що бачив тут за кілька день&lt;br /&gt;</w:t>
        <w:br/>
        <w:t>І що знайшов, крик радощів втримавши,&lt;br /&gt;</w:t>
        <w:br/>
        <w:t>І злість, і заздрощі сповняють душу.&lt;br /&gt;</w:t>
        <w:br/>
        <w:t>А потім... полетиш на крилах мрій&lt;br /&gt;</w:t>
        <w:br/>
        <w:t>У царство казкове! Бентежна думка.&lt;br /&gt;</w:t>
        <w:br/>
        <w:t>Фантазія нестримна пензлем дивним&lt;br /&gt;</w:t>
        <w:br/>
        <w:t>Одну за одною величні, пишні&lt;br /&gt;</w:t>
        <w:br/>
        <w:t>Малює враз можливого картини.&lt;br /&gt;</w:t>
        <w:br/>
        <w:t>Ах, чом це не моє! Десяток літ...&lt;br /&gt;</w:t>
        <w:br/>
        <w:t>Ви розумієте — один десяток —&lt;br /&gt;</w:t>
        <w:br/>
        <w:t>І краю ви цього вже не пізнали б.&lt;br /&gt;</w:t>
        <w:br/>
        <w:t>Мов срібні блискавиці, вздовж і вшир&lt;br /&gt;</w:t>
        <w:br/>
        <w:t>Степи порізали б із криці рейки,&lt;br /&gt;</w:t>
        <w:br/>
        <w:t>І з скреготом і криком поповзли б&lt;br /&gt;</w:t>
        <w:br/>
        <w:t>По них рухливі змії огняні&lt;br /&gt;</w:t>
        <w:br/>
        <w:t>Туди, на південь, аж до моря. Скрізь&lt;br /&gt;</w:t>
        <w:br/>
        <w:t>Огневим реготом страховищ дужих&lt;br /&gt;</w:t>
        <w:br/>
        <w:t>Збудив би цю прадавню, мертву тишу,&lt;br /&gt;</w:t>
        <w:br/>
        <w:t>Як регіт хмар грозових будить ніч.&lt;br /&gt;</w:t>
        <w:br/>
        <w:t>І царство сну, і царство забуття&lt;br /&gt;</w:t>
        <w:br/>
        <w:t>Я обернув би дужою рукою&lt;br /&gt;</w:t>
        <w:br/>
        <w:t>У царство творчого життя і праці.&lt;br /&gt;</w:t>
        <w:br/>
        <w:t>Де силу взяв би я, щоб те зробить?&lt;br /&gt;</w:t>
        <w:br/>
        <w:t>Вона — отут, занедбана, під нами&lt;br /&gt;</w:t>
        <w:br/>
        <w:t>Лежить віки, тисячоліття й спить,&lt;br /&gt;</w:t>
        <w:br/>
        <w:t>Мов та царівна казкова, чекає&lt;br /&gt;</w:t>
        <w:br/>
        <w:t>На лицаря свого...&lt;br /&gt;</w:t>
        <w:br/>
        <w:t>(Замовкає й дослухається до шуму води).&lt;br /&gt;</w:t>
        <w:br/>
        <w:t>Вода шумить,&lt;br /&gt;</w:t>
        <w:br/>
        <w:t>Зіходить срібний місяць. Тихий степ&lt;br /&gt;</w:t>
        <w:br/>
        <w:t>Снить дивними й старими снами,—&lt;br /&gt;</w:t>
        <w:br/>
        <w:t>Спокійну душу має,.. З року в рік&lt;br /&gt;</w:t>
        <w:br/>
        <w:t>Все те ж — зворушлива краса і сон.&lt;br /&gt;</w:t>
        <w:br/>
        <w:t>О, дужим будь! — умить заколисає,&lt;br /&gt;</w:t>
        <w:br/>
        <w:t>Як все навкруг Еіками присипляє,&lt;br /&gt;</w:t>
        <w:br/>
        <w:t>Теж сила...&lt;br /&gt;</w:t>
        <w:br/>
        <w:t>Подорожній&lt;br /&gt;</w:t>
        <w:br/>
        <w:t>(З'ЯВЛЯЄТЬСЯ по той бік на скелі,&lt;br /&gt;</w:t>
        <w:br/>
        <w:t>озирається навкруги й гукає).&lt;br /&gt;</w:t>
        <w:br/>
        <w:t>Гей! чи є хто тут живий?&lt;br /&gt;</w:t>
        <w:br/>
        <w:t>Чи по степах та диких хащах цих&lt;br /&gt;</w:t>
        <w:br/>
        <w:t>Ховаються вовки лиш сіроманці&lt;br /&gt;</w:t>
        <w:br/>
        <w:t>Та я, мов неприкаяний, блукаю?..&lt;br /&gt;</w:t>
        <w:br/>
        <w:t>Крамаренко (голосно).&lt;br /&gt;</w:t>
        <w:br/>
        <w:t>Ти хто ж такий?&lt;br /&gt;</w:t>
        <w:br/>
        <w:t>Подорожній&lt;br /&gt;</w:t>
        <w:br/>
        <w:t>Спитай у вітру, хто він,&lt;br /&gt;</w:t>
        <w:br/>
        <w:t>Куди летить і де спочивок знайде.&lt;br /&gt;</w:t>
        <w:br/>
        <w:t>Спитай у хмарки в день ясний, погожий,&lt;br /&gt;</w:t>
        <w:br/>
        <w:t>Куди блакиттю шлях її послався&lt;br /&gt;</w:t>
        <w:br/>
        <w:t>Та буйним де розіллється дощем.&lt;br /&gt;</w:t>
        <w:br/>
        <w:t>Вагнер&lt;br /&gt;</w:t>
        <w:br/>
        <w:t>Якийсь причинний.&lt;br /&gt;</w:t>
        <w:br/>
        <w:t>Крамаренко&lt;br /&gt;</w:t>
        <w:br/>
        <w:t>То простуй сюди,&lt;br /&gt;</w:t>
        <w:br/>
        <w:t>Як знайдеш брід!&lt;br /&gt;</w:t>
        <w:br/>
        <w:t>Подорожній (спускається).&lt;br /&gt;</w:t>
        <w:br/>
        <w:t>Тут гребля, бачу, є.&lt;br /&gt;</w:t>
        <w:br/>
        <w:t>Зникає. Трохим приносить кошик і речі до постелі,&lt;br /&gt;</w:t>
        <w:br/>
        <w:t>сам іде до візка.&lt;br /&gt;</w:t>
        <w:br/>
        <w:t>Крамаренко (готує до вечері).&lt;br /&gt;</w:t>
        <w:br/>
        <w:t>Цікаво, хто це.&lt;br /&gt;</w:t>
        <w:br/>
        <w:t>Вагнер&lt;br /&gt;</w:t>
        <w:br/>
        <w:t>Певне, волоцюга,&lt;br /&gt;</w:t>
        <w:br/>
        <w:t>Гонивітер, якому тісно всюди,&lt;br /&gt;</w:t>
        <w:br/>
        <w:t>Де люди є, закон та обов'язок —&lt;br /&gt;</w:t>
        <w:br/>
        <w:t>Не згук порожній у повітрі, де&lt;br /&gt;</w:t>
        <w:br/>
        <w:t>В обіймах їх здихає звір в людині,&lt;br /&gt;</w:t>
        <w:br/>
        <w:t>Проклятий, стоголовий звір, який&lt;br /&gt;</w:t>
        <w:br/>
        <w:t>Потворою страшною на шляху&lt;br /&gt;</w:t>
        <w:br/>
        <w:t>Великих і премудрих простягнувся.&lt;br /&gt;</w:t>
        <w:br/>
        <w:t>Багато злине часу, як його&lt;br /&gt;</w:t>
        <w:br/>
        <w:t>Всевладною рукою загнуздають,&lt;br /&gt;</w:t>
        <w:br/>
        <w:t>Та піде він, підхилений, конем&lt;br /&gt;</w:t>
        <w:br/>
        <w:t>Слухняним і покірним аж туди,&lt;br /&gt;</w:t>
        <w:br/>
        <w:t>Де на верховинах життя сіяє&lt;br /&gt;</w:t>
        <w:br/>
        <w:t>Єдиная мета для всіх — Культура.&lt;br /&gt;</w:t>
        <w:br/>
        <w:t>Крамаренко&lt;br /&gt;</w:t>
        <w:br/>
        <w:t>Далекий шлях — кінця не видно.&lt;br /&gt;</w:t>
        <w:br/>
        <w:t>Вагнер&lt;br /&gt;</w:t>
        <w:br/>
        <w:t>О,&lt;br /&gt;</w:t>
        <w:br/>
        <w:t>Немає меж змаганням чоловіка,&lt;br /&gt;</w:t>
        <w:br/>
        <w:t>І думки творчий льот сягає зір,&lt;br /&gt;</w:t>
        <w:br/>
        <w:t>І їх, як цифр колони на папері,&lt;br /&gt;</w:t>
        <w:br/>
        <w:t>Шикує він в системи дивно-згодні...&lt;br /&gt;</w:t>
        <w:br/>
        <w:t>Подорожній з'являється біля млина, оглядає&lt;br /&gt;</w:t>
        <w:br/>
        <w:t>місцевість, потім простує до них.&lt;br /&gt;</w:t>
        <w:br/>
        <w:t>Крамаренко (угледівши його).&lt;br /&gt;</w:t>
        <w:br/>
        <w:t>Іде сюди.&lt;br /&gt;</w:t>
        <w:br/>
        <w:t>Вагнер (стежить за ним).&lt;br /&gt;</w:t>
        <w:br/>
        <w:t>О, я не помилився!&lt;br /&gt;</w:t>
        <w:br/>
        <w:t>Крамаренко&lt;br /&gt;</w:t>
        <w:br/>
        <w:t>Ви не їсте нічого.&lt;br /&gt;</w:t>
        <w:br/>
        <w:t>Вагнер&lt;br /&gt;</w:t>
        <w:br/>
        <w:t>Я не знаю,—&lt;br /&gt;</w:t>
        <w:br/>
        <w:t>Чи то знемігсь, блукаючи ввесь день,&lt;br /&gt;</w:t>
        <w:br/>
        <w:t>Чи, може, спека так мене зв'ялила,&lt;br /&gt;</w:t>
        <w:br/>
        <w:t>Що сон змагає... Гей, Трохиме!&lt;br /&gt;</w:t>
        <w:br/>
        <w:t>Трохим (виходить).&lt;br /&gt;</w:t>
        <w:br/>
        <w:t>Ось я.&lt;br /&gt;</w:t>
        <w:br/>
        <w:t>Вагнер&lt;br /&gt;</w:t>
        <w:br/>
        <w:t>У тім млині, запевне, хтось живе:&lt;br /&gt;</w:t>
        <w:br/>
        <w:t>Спитай там молока. Ось гроші на.&lt;br /&gt;</w:t>
        <w:br/>
        <w:t>Трохим&lt;br /&gt;</w:t>
        <w:br/>
        <w:t>Я вмить. (Іде до млина).&lt;br /&gt;</w:t>
        <w:br/>
        <w:t>Подорожній&lt;br /&gt;</w:t>
        <w:br/>
        <w:t>Добривечір, панове, вам!&lt;br /&gt;</w:t>
        <w:br/>
        <w:t>Щаслива зустріч. Цілий день мандрую&lt;br /&gt;</w:t>
        <w:br/>
        <w:t>І жодної душі, крім чабана,&lt;br /&gt;</w:t>
        <w:br/>
        <w:t>В пампасах цих не бачив я живої.&lt;br /&gt;</w:t>
        <w:br/>
        <w:t>Вагнер (стомлено).&lt;br /&gt;</w:t>
        <w:br/>
        <w:t>Сідати прошу, вбогую вечерю&lt;br /&gt;</w:t>
        <w:br/>
        <w:t>Із нами поділити.&lt;br /&gt;</w:t>
        <w:br/>
        <w:t>Подорожній (скидає сакви).&lt;br /&gt;</w:t>
        <w:br/>
        <w:t>Вельми вдячний!&lt;br /&gt;</w:t>
        <w:br/>
        <w:t>Та в мене дещо є. (Сідає).&lt;br /&gt;</w:t>
        <w:br/>
        <w:t>Крамаренко&lt;br /&gt;</w:t>
        <w:br/>
        <w:t>Надалі те&lt;br /&gt;</w:t>
        <w:br/>
        <w:t>Сховайте ви: в нас вистарчить про всіх.&lt;br /&gt;</w:t>
        <w:br/>
        <w:t>Пан інженір наш підтоптавсь нівроку&lt;br /&gt;</w:t>
        <w:br/>
        <w:t>І важить лиш на сон, а ми удвох&lt;br /&gt;</w:t>
        <w:br/>
        <w:t>У беседі поважній...&lt;br /&gt;</w:t>
        <w:br/>
        <w:t>Подорожній (здивовано).&lt;br /&gt;</w:t>
        <w:br/>
        <w:t>Інженір?&lt;br /&gt;</w:t>
        <w:br/>
        <w:t>Що чую я? Всевладная кишеня&lt;br /&gt;</w:t>
        <w:br/>
        <w:t>Й сюди вже стежку топче...&lt;br /&gt;</w:t>
        <w:br/>
        <w:t>Вагнер (спалахнувши).&lt;br /&gt;</w:t>
        <w:br/>
        <w:t>Не кишеня,-&lt;br /&gt;</w:t>
        <w:br/>
        <w:t>Культура це. Культуру ми несем.&lt;br /&gt;</w:t>
        <w:br/>
        <w:t>Подорожній (вечеряючи).&lt;br /&gt;</w:t>
        <w:br/>
        <w:t>Одно одного варт...&lt;br /&gt;</w:t>
        <w:br/>
        <w:t>Трохим (приносить глек молока).&lt;br /&gt;</w:t>
        <w:br/>
        <w:t>Ось маєте.&lt;br /&gt;</w:t>
        <w:br/>
        <w:t>Вагнер (наливає й п'є).&lt;br /&gt;</w:t>
        <w:br/>
        <w:t>Куди і звідкіль ідете і хто ви?&lt;br /&gt;</w:t>
        <w:br/>
        <w:t>Подорожній&lt;br /&gt;</w:t>
        <w:br/>
        <w:t>Хто я?.. Коли б же знав хоч сам про те.&lt;br /&gt;</w:t>
        <w:br/>
        <w:t>Вагнер (здивовано).&lt;br /&gt;</w:t>
        <w:br/>
        <w:t>Та десь же народились ви колись&lt;br /&gt;</w:t>
        <w:br/>
        <w:t>І щось робили досі?&lt;br /&gt;</w:t>
        <w:br/>
        <w:t>Подорожній&lt;br /&gt;</w:t>
        <w:br/>
        <w:t>Безперечно.&lt;br /&gt;</w:t>
        <w:br/>
        <w:t>Не з глини хтось зліпив мене, як Бог&lt;br /&gt;</w:t>
        <w:br/>
        <w:t>Прадавнього Адама. Спосіб цей,&lt;br /&gt;</w:t>
        <w:br/>
        <w:t>Коли б його розкрити таємниці,&lt;br /&gt;</w:t>
        <w:br/>
        <w:t>Дістав би враз найбільші привілеї,&lt;br /&gt;</w:t>
        <w:br/>
        <w:t>Бо, знищивши права на нарождения,&lt;br /&gt;</w:t>
        <w:br/>
        <w:t>Дав змогу б знищить право й на життя.&lt;br /&gt;</w:t>
        <w:br/>
        <w:t>А я родивсь, як всі, й турбот чимало&lt;br /&gt;</w:t>
        <w:br/>
        <w:t>Своїм цим вчинком декому завдав —&lt;br /&gt;</w:t>
        <w:br/>
        <w:t>І от блукаю скрізь. А де вродивсь?..&lt;br /&gt;</w:t>
        <w:br/>
        <w:t>Сказать не легко... В пишнім квітнику&lt;br /&gt;</w:t>
        <w:br/>
        <w:t>Зростають чудо-квітки. В діаманти&lt;br /&gt;</w:t>
        <w:br/>
        <w:t>Щодень вбирає їх рожевий ранок,&lt;br /&gt;</w:t>
        <w:br/>
        <w:t>І злотом уст цілує ніжно сонце.&lt;br /&gt;</w:t>
        <w:br/>
        <w:t>Літаючи метеликом прудким&lt;br /&gt;</w:t>
        <w:br/>
        <w:t>По квітах життєвих, поет натхненний&lt;br /&gt;</w:t>
        <w:br/>
        <w:t>Склада про них поему... А проте...&lt;br /&gt;</w:t>
        <w:br/>
        <w:t>Це край, знайомий більш таким, як ви...&lt;br /&gt;</w:t>
        <w:br/>
        <w:t>В другім краю чарівнім я вродивсь,&lt;br /&gt;</w:t>
        <w:br/>
        <w:t>Про нього вам поеми не складуть...&lt;br /&gt;</w:t>
        <w:br/>
        <w:t>В долині сліз теж квіти розцвітають:&lt;br /&gt;</w:t>
        <w:br/>
        <w:t>Кривавії''троянди ран глибоких,&lt;br /&gt;</w:t>
        <w:br/>
        <w:t>Бліді лілеї голоду, хвороб&lt;br /&gt;</w:t>
        <w:br/>
        <w:t>Найрозмаїтіший квітник у світі,&lt;br /&gt;</w:t>
        <w:br/>
        <w:t>І смертності ряснії хризантеми.&lt;br /&gt;</w:t>
        <w:br/>
        <w:t>В чаду їх ароматів голова&lt;br /&gt;</w:t>
        <w:br/>
        <w:t>Завжди в огні... Моя це батьківщина.&lt;br /&gt;</w:t>
        <w:br/>
        <w:t>Ваги ер (дрімаючи).&lt;br /&gt;</w:t>
        <w:br/>
        <w:t>Це казка беззмістовна.&lt;br /&gt;</w:t>
        <w:br/>
        <w:t>Подорожній&lt;br /&gt;</w:t>
        <w:br/>
        <w:t>О, якби!&lt;br /&gt;</w:t>
        <w:br/>
        <w:t>У тім краю давно умерла казка...&lt;br /&gt;</w:t>
        <w:br/>
        <w:t>Оганьблена, як паплюга остання,&lt;br /&gt;</w:t>
        <w:br/>
        <w:t>Знесилена од праці й ран кривавих,&lt;br /&gt;</w:t>
        <w:br/>
        <w:t>В тяжкім ярмі, у морі сліз пекучих&lt;br /&gt;</w:t>
        <w:br/>
        <w:t>Умерла казка та.&lt;br /&gt;</w:t>
        <w:br/>
        <w:t>Крамаренко&lt;br /&gt;</w:t>
        <w:br/>
        <w:t>(прибирає в кошик вечерю й лягає).&lt;br /&gt;</w:t>
        <w:br/>
        <w:t>Куди йдете?&lt;br /&gt;</w:t>
        <w:br/>
        <w:t>Подорожній&lt;br /&gt;</w:t>
        <w:br/>
        <w:t>Шукать води живої по світах,&lt;br /&gt;</w:t>
        <w:br/>
        <w:t>Щоб казку воскресить.&lt;br /&gt;</w:t>
        <w:br/>
        <w:t>Вагнер&lt;br /&gt;</w:t>
        <w:br/>
        <w:t>Даремна річ:&lt;br /&gt;</w:t>
        <w:br/>
        <w:t>Хто вмер, того ніхто не оживить.&lt;br /&gt;</w:t>
        <w:br/>
        <w:t>Готуйтесь вислухати казку дужих.&lt;br /&gt;</w:t>
        <w:br/>
        <w:t>Подорожній&lt;br /&gt;</w:t>
        <w:br/>
        <w:t>Хто сам не вмер, того жива ще мрія.&lt;br /&gt;</w:t>
        <w:br/>
        <w:t>Зорею провідною вдалині&lt;br /&gt;</w:t>
        <w:br/>
        <w:t>Горить вона... Іди туди, іди...&lt;br /&gt;</w:t>
        <w:br/>
        <w:t>Дрімають. З млина, дослухаючись до шуму води,&lt;br /&gt;</w:t>
        <w:br/>
        <w:t>виходить Мар'яна й підходить навшпиньках&lt;br /&gt;</w:t>
        <w:br/>
        <w:t>до млинового колеса, з робленим жалем промовляючи.&lt;br /&gt;</w:t>
        <w:br/>
        <w:t>Ма р'я н а&lt;br /&gt;</w:t>
        <w:br/>
        <w:t>Знов співаєш? (Перехиляється до води).&lt;br /&gt;</w:t>
        <w:br/>
        <w:t>Білим шумом '&lt;br /&gt;</w:t>
        <w:br/>
        <w:t>Розіслалась борода,&lt;br /&gt;</w:t>
        <w:br/>
        <w:t>Очі — леле! — повні сумом,&lt;br /&gt;</w:t>
        <w:br/>
        <w:t>Ллються сльози, як вода.&lt;br /&gt;</w:t>
        <w:br/>
        <w:t>Бідний діду!, од кохання&lt;br /&gt;</w:t>
        <w:br/>
        <w:t>Зникла геть твоя пиха.&lt;br /&gt;</w:t>
        <w:br/>
        <w:t>Ось стривай! (Підходить до колеса).&lt;br /&gt;</w:t>
        <w:br/>
        <w:t>Твої зітхання&lt;br /&gt;</w:t>
        <w:br/>
        <w:t>Я утишу... (Бризкає водою й відскакує).&lt;br /&gt;</w:t>
        <w:br/>
        <w:t>Ха-ха-ха!..&lt;br /&gt;</w:t>
        <w:br/>
        <w:t>Вагнер&lt;br /&gt;</w:t>
        <w:br/>
        <w:t>(підводиться на лікоть і стежить за сценою).&lt;br /&gt;</w:t>
        <w:br/>
        <w:t>Це ж хто? і з ким вона?&lt;br /&gt;</w:t>
        <w:br/>
        <w:t>Крамаренко&lt;br /&gt;</w:t>
        <w:br/>
        <w:t>Русалка.&lt;br /&gt;</w:t>
        <w:br/>
        <w:t>Подорожній&lt;br /&gt;</w:t>
        <w:br/>
        <w:t>Казка.&lt;br /&gt;</w:t>
        <w:br/>
        <w:t>Мар'яна (голосно сміється).&lt;br /&gt;</w:t>
        <w:br/>
        <w:t>Глянь,— розгнівавсь! вир глибокий&lt;br /&gt;</w:t>
        <w:br/>
        <w:t>Спересердя закрутив...&lt;br /&gt;</w:t>
        <w:br/>
        <w:t>(Перестає сміятись і вдає з себе засмучену).&lt;br /&gt;</w:t>
        <w:br/>
        <w:t>Діду мій зеленоокий,&lt;br /&gt;</w:t>
        <w:br/>
        <w:t>Засмутив мене твій гнів.&lt;br /&gt;</w:t>
        <w:br/>
        <w:t>Чи такого ж привітання —&lt;br /&gt;</w:t>
        <w:br/>
        <w:t>Моя доленько лиха! —&lt;br /&gt;</w:t>
        <w:br/>
        <w:t>Сподівалась я? (Хапається за серце). Ридання&lt;br /&gt;</w:t>
        <w:br/>
        <w:t>Тиснуть серце...&lt;br /&gt;</w:t>
        <w:br/>
        <w:t>(Нахиляється й раптом бризкає водою).&lt;br /&gt;</w:t>
        <w:br/>
        <w:t>Ха-ха-ха! (Одскакує).&lt;br /&gt;</w:t>
        <w:br/>
        <w:t>Вагнер&lt;br /&gt;</w:t>
        <w:br/>
        <w:t>Та хто вона?&lt;br /&gt;</w:t>
        <w:br/>
        <w:t>Крамаренко&lt;br /&gt;</w:t>
        <w:br/>
        <w:t>Причинна, мабуть.&lt;br /&gt;</w:t>
        <w:br/>
        <w:t>Подорожній&lt;br /&gt;</w:t>
        <w:br/>
        <w:t>Казка.&lt;br /&gt;</w:t>
        <w:br/>
        <w:t>Вагнер&lt;br /&gt;</w:t>
        <w:br/>
        <w:t>Жартує з ким?&lt;br /&gt;</w:t>
        <w:br/>
        <w:t>Подорожній&lt;br /&gt;</w:t>
        <w:br/>
        <w:t>А з дідьком водяним.&lt;br /&gt;</w:t>
        <w:br/>
        <w:t>В а г н е р&lt;br /&gt;</w:t>
        <w:br/>
        <w:t>Яке дикунство!&lt;br /&gt;</w:t>
        <w:br/>
        <w:t>Подорожній&lt;br /&gt;</w:t>
        <w:br/>
        <w:t>Так... Культури ще,&lt;br /&gt;</w:t>
        <w:br/>
        <w:t>Либонь, не скуштувала.&lt;br /&gt;</w:t>
        <w:br/>
        <w:t>Здалеку чути сопілку.&lt;br /&gt;</w:t>
        <w:br/>
        <w:t>Ваги ер (дослухаючись).&lt;br /&gt;</w:t>
        <w:br/>
        <w:t>Грає хтось?&lt;br /&gt;</w:t>
        <w:br/>
        <w:t>Крамаренко&lt;br /&gt;</w:t>
        <w:br/>
        <w:t>Сказати б, вітер, так нема.&lt;br /&gt;</w:t>
        <w:br/>
        <w:t>Подорожній&lt;br /&gt;</w:t>
        <w:br/>
        <w:t>То степ&lt;br /&gt;</w:t>
        <w:br/>
        <w:t>Нічну свою мелодію співає.&lt;br /&gt;</w:t>
        <w:br/>
        <w:t>Мар'яна&lt;br /&gt;</w:t>
        <w:br/>
        <w:t>' (зачувши спів, крутиться в танку).&lt;br /&gt;</w:t>
        <w:br/>
        <w:t>Ген в тумані&lt;br /&gt;</w:t>
        <w:br/>
        <w:t>З тих верхів&lt;br /&gt;</w:t>
        <w:br/>
        <w:t>Рине-плине у долину любий спів.&lt;br /&gt;</w:t>
        <w:br/>
        <w:t>Геть зарані!&lt;br /&gt;</w:t>
        <w:br/>
        <w:t>Щезни вмить!&lt;br /&gt;</w:t>
        <w:br/>
        <w:t>Хай ковбаня від кохання схолодить.&lt;br /&gt;</w:t>
        <w:br/>
        <w:t>Чи ж старому,&lt;br /&gt;</w:t>
        <w:br/>
        <w:t>Діду мій,&lt;br /&gt;</w:t>
        <w:br/>
        <w:t>Сяють зорі, світить місяць золотий?&lt;br /&gt;</w:t>
        <w:br/>
        <w:t>Геть додому&lt;br /&gt;</w:t>
        <w:br/>
        <w:t>Аж на дно,&lt;br /&gt;</w:t>
        <w:br/>
        <w:t>Де холодна постіль жде тебе давно!&lt;br /&gt;</w:t>
        <w:br/>
        <w:t>Чи то ж сивій&lt;br /&gt;</w:t>
        <w:br/>
        <w:t>Бороді&lt;br /&gt;</w:t>
        <w:br/>
        <w:t>Залицяння, упадання молоді?&lt;br /&gt;</w:t>
        <w:br/>
        <w:t>У дрімливій&lt;br /&gt;</w:t>
        <w:br/>
        <w:t>Глибині,&lt;br /&gt;</w:t>
        <w:br/>
        <w:t>В тихих водах ти засни собі на дні...&lt;br /&gt;</w:t>
        <w:br/>
        <w:t>Юрко переходить греблю. Мар'яна кидається&lt;br /&gt;</w:t>
        <w:br/>
        <w:t>йому назустріч, повна сміху й жаги.&lt;br /&gt;</w:t>
        <w:br/>
        <w:t>Мар'яна&lt;br /&gt;</w:t>
        <w:br/>
        <w:t>(бере його за руку й веде до колеса).&lt;br /&gt;</w:t>
        <w:br/>
        <w:t>Чіплявся знов... Ти глянь, зачув, тікає...&lt;br /&gt;</w:t>
        <w:br/>
        <w:t>Чути, як вир реве й стихає раптом.&lt;br /&gt;</w:t>
        <w:br/>
        <w:t>Вони розкотисто регочуть, викликавши в скелях&lt;br /&gt;</w:t>
        <w:br/>
        <w:t>дзвінку луну. Юрко притуляє до уст сопілку,&lt;br /&gt;</w:t>
        <w:br/>
        <w:t>Мар'яна крутиться в жагучім танку.&lt;br /&gt;</w:t>
        <w:br/>
        <w:t>В а г н е р (зачарований).&lt;br /&gt;</w:t>
        <w:br/>
        <w:t>Вона хороша, певне, хоч дикунка.&lt;br /&gt;</w:t>
        <w:br/>
        <w:t>Весняний ночі сон...&lt;br /&gt;</w:t>
        <w:br/>
        <w:t>Подорожній&lt;br /&gt;</w:t>
        <w:br/>
        <w:t>Не сполохніть...&lt;br /&gt;</w:t>
        <w:br/>
        <w:t>Вагнер&lt;br /&gt;</w:t>
        <w:br/>
        <w:t>Холодним розумом ладен повірить,&lt;br /&gt;</w:t>
        <w:br/>
        <w:t>Що казка — не фантазії палкої&lt;br /&gt;</w:t>
        <w:br/>
        <w:t>Є витвір, що вона — чарівна дійсність.&lt;br /&gt;</w:t>
        <w:br/>
        <w:t>Подорожній&lt;br /&gt;</w:t>
        <w:br/>
        <w:t>У кожного своя усюди казка,&lt;br /&gt;</w:t>
        <w:br/>
        <w:t>І кожний з нас творець своєї казки,—&lt;br /&gt;</w:t>
        <w:br/>
        <w:t>Барвистих мрій і золотих ілюзій.&lt;br /&gt;</w:t>
        <w:br/>
        <w:t>Хоч смішно це, але у цім життя.&lt;br /&gt;</w:t>
        <w:br/>
        <w:t>Фантазія дала таким, як ви,&lt;br /&gt;</w:t>
        <w:br/>
        <w:t>Широкі й дужі крила, силу й міць,&lt;br /&gt;</w:t>
        <w:br/>
        <w:t>На них літаєте в світах і казку&lt;br /&gt;</w:t>
        <w:br/>
        <w:t>Створили ви, якій ім'я — Культура.&lt;br /&gt;</w:t>
        <w:br/>
        <w:t>Вагнер&lt;br /&gt;</w:t>
        <w:br/>
        <w:t>Не казка це, а факт.&lt;br /&gt;</w:t>
        <w:br/>
        <w:t>Подорожній&lt;br /&gt;</w:t>
        <w:br/>
        <w:t>І казка — факт&lt;br /&gt;</w:t>
        <w:br/>
        <w:t>На певний час. Живе тут казка степу,&lt;br /&gt;</w:t>
        <w:br/>
        <w:t>Як регіт — ніжная, як фея — красна.&lt;br /&gt;</w:t>
        <w:br/>
        <w:t>І все навкруг: і степ, і срібні хвилі,&lt;br /&gt;</w:t>
        <w:br/>
        <w:t>І дикі скелі, й хмари у блакиті,&lt;br /&gt;</w:t>
        <w:br/>
        <w:t>І вільний вітер, ніч і день,— усе&lt;br /&gt;</w:t>
        <w:br/>
        <w:t>Живе. Але я почуваю вже,&lt;br /&gt;</w:t>
        <w:br/>
        <w:t>Що йде нова натомість казка — ваша,&lt;br /&gt;</w:t>
        <w:br/>
        <w:t>ї казка степу вмре, як ваша прийде.&lt;br /&gt;</w:t>
        <w:br/>
        <w:t>А там — заявиться нова, і вашій&lt;br /&gt;</w:t>
        <w:br/>
        <w:t>Умерти доведеться ..&lt;br /&gt;</w:t>
        <w:br/>
        <w:t>(Помітивши, що Вагнер дрімає,&lt;br /&gt;</w:t>
        <w:br/>
        <w:t>й собі вкладається).&lt;br /&gt;</w:t>
        <w:br/>
        <w:t>На добраніч!..&lt;br /&gt;</w:t>
        <w:br/>
        <w:t>З млина виходить Дід-мельник, щось каже Мар'яні,&lt;br /&gt;</w:t>
        <w:br/>
        <w:t>показуючи рукою на нічліжан, і знову йде&lt;br /&gt;</w:t>
        <w:br/>
        <w:t>в хату. Мар'яна з цікавістю дивиться в їх бік,&lt;br /&gt;</w:t>
        <w:br/>
        <w:t>потім потиху йде до них. Юрко, граючи,&lt;br /&gt;</w:t>
        <w:br/>
        <w:t>стежить за нею.&lt;br /&gt;</w:t>
        <w:br/>
        <w:t>Вагнер&lt;br /&gt;</w:t>
        <w:br/>
        <w:t>(почувши ходу, одкриває очі й підводиться).&lt;br /&gt;</w:t>
        <w:br/>
        <w:t>Хто тут?.. (Угледівши Мар'яну).&lt;br /&gt;</w:t>
        <w:br/>
        <w:t>Хто ти, мій привиде прекрасний?&lt;br /&gt;</w:t>
        <w:br/>
        <w:t>Мар'яна (зупиняється).&lt;br /&gt;</w:t>
        <w:br/>
        <w:t>Це я. Ви брали молоко?&lt;br /&gt;</w:t>
        <w:br/>
        <w:t>Вагнер (стає на ноги).&lt;br /&gt;</w:t>
        <w:br/>
        <w:t>Так, так...&lt;br /&gt;</w:t>
        <w:br/>
        <w:t>Ввесь час я слухав голос твій чарівний,&lt;br /&gt;</w:t>
        <w:br/>
        <w:t>Очима стежив за танком, і сон&lt;br /&gt;</w:t>
        <w:br/>
        <w:t>Тікав з очей знеможених моїх.&lt;br /&gt;</w:t>
        <w:br/>
        <w:t>Дитинства привиди вставали у думках.&lt;br /&gt;</w:t>
        <w:br/>
        <w:t>Тут казка-мрія в дійсність обернулась.&lt;br /&gt;</w:t>
        <w:br/>
        <w:t>Русалка, певне, ти?&lt;br /&gt;</w:t>
        <w:br/>
        <w:t>М а р' я н а (здивовано).&lt;br /&gt;</w:t>
        <w:br/>
        <w:t>Я — мельниківна.&lt;br /&gt;</w:t>
        <w:br/>
        <w:t>Прийшла за глечиком від молока.&lt;br /&gt;</w:t>
        <w:br/>
        <w:t>Вагнер&lt;br /&gt;</w:t>
        <w:br/>
        <w:t>(кривиться; підходить, бере Ті за руки&lt;br /&gt;</w:t>
        <w:br/>
        <w:t>й зазирає в вічі).&lt;br /&gt;</w:t>
        <w:br/>
        <w:t>Ти мельниківна? Ні, не вірю я.&lt;br /&gt;</w:t>
        <w:br/>
        <w:t>Юрко перестає грати й стежить за ними.&lt;br /&gt;</w:t>
        <w:br/>
        <w:t>Мар'яна&lt;br /&gt;</w:t>
        <w:br/>
        <w:t>їй-бо...&lt;br /&gt;</w:t>
        <w:br/>
        <w:t>Вагнер&lt;br /&gt;</w:t>
        <w:br/>
        <w:t>Чи бачив хто, щоб в мельниківни,&lt;br /&gt;</w:t>
        <w:br/>
        <w:t>Замість очей, виблискували зорі?&lt;br /&gt;</w:t>
        <w:br/>
        <w:t>Щоб на устах троянди паленіли?&lt;br /&gt;</w:t>
        <w:br/>
        <w:t>Не може бути брів таких у неї!..&lt;br /&gt;</w:t>
        <w:br/>
        <w:t>Не крийся і скажи: ти королівна?&lt;br /&gt;</w:t>
        <w:br/>
        <w:t>(Бере Ті злегка за стан).&lt;br /&gt;</w:t>
        <w:br/>
        <w:t>М а р'я н а&lt;br /&gt;</w:t>
        <w:br/>
        <w:t>(сміючись, обережно визволяється&lt;br /&gt;</w:t>
        <w:br/>
        <w:t>й бере глека).&lt;br /&gt;</w:t>
        <w:br/>
        <w:t>Ви смієтесь?.. Я — мельниківна. (Хоче йти).&lt;br /&gt;</w:t>
        <w:br/>
        <w:t>Вагнер&lt;br /&gt;</w:t>
        <w:br/>
        <w:t>Одну хвилиночку... стривай...&lt;br /&gt;</w:t>
        <w:br/>
        <w:t>Мар'яна&lt;br /&gt;</w:t>
        <w:br/>
        <w:t>Та хто ви?&lt;br /&gt;</w:t>
        <w:br/>
        <w:t>Вагнер&lt;br /&gt;</w:t>
        <w:br/>
        <w:t>Хто я?! Про те дізнаєшся за рік. —&lt;br /&gt;</w:t>
        <w:br/>
        <w:t>Мар' яна (з зацікавленням).&lt;br /&gt;</w:t>
        <w:br/>
        <w:t>Чому за рік? і як про те дізнаюсь?&lt;br /&gt;</w:t>
        <w:br/>
        <w:t>Вагнер&lt;br /&gt;</w:t>
        <w:br/>
        <w:t>Вернусь сюди.&lt;br /&gt;</w:t>
        <w:br/>
        <w:t>Мар' яна&lt;br /&gt;</w:t>
        <w:br/>
        <w:t>Чого?&lt;br /&gt;</w:t>
        <w:br/>
        <w:t>Вагнер&lt;br /&gt;</w:t>
        <w:br/>
        <w:t>Щоб оживить&lt;br /&gt;</w:t>
        <w:br/>
        <w:t>Степи ці мертві...&lt;br /&gt;</w:t>
        <w:br/>
        <w:t>Мар' яна (здивовано).&lt;br /&gt;</w:t>
        <w:br/>
        <w:t>Мертві?!&lt;br /&gt;</w:t>
        <w:br/>
        <w:t>Вагнер&lt;br /&gt;</w:t>
        <w:br/>
        <w:t>...і голі скелі.&lt;br /&gt;</w:t>
        <w:br/>
        <w:t>Мар'яна&lt;br /&gt;</w:t>
        <w:br/>
        <w:t>Тут все живе. Он спить і диха степ:&lt;br /&gt;</w:t>
        <w:br/>
        <w:t>Як тільки сонечко позолотить&lt;br /&gt;</w:t>
        <w:br/>
        <w:t>Шпилі цих скель, то він загомонить,&lt;br /&gt;</w:t>
        <w:br/>
        <w:t>Озвуться скелі голосно луною.&lt;br /&gt;</w:t>
        <w:br/>
        <w:t>Ген-ген у лузі закує зозуля,&lt;br /&gt;</w:t>
        <w:br/>
        <w:t>Зашепчуть верби з вітром-пустуном,&lt;br /&gt;</w:t>
        <w:br/>
        <w:t>І зашумить шовковая трава,&lt;br /&gt;</w:t>
        <w:br/>
        <w:t>До сонця річка радо засміється...&lt;br /&gt;</w:t>
        <w:br/>
        <w:t>Вагнер (нетерпляче).&lt;br /&gt;</w:t>
        <w:br/>
        <w:t>Все так, моє дитя...&lt;br /&gt;</w:t>
        <w:br/>
        <w:t>Мар'яна&lt;br /&gt;</w:t>
        <w:br/>
        <w:t>Тут все живе —&lt;br /&gt;</w:t>
        <w:br/>
        <w:t>І хвилі кучеряві, й тихі зорі.&lt;br /&gt;</w:t>
        <w:br/>
        <w:t>Як тільки зійде місяць золотий,—&lt;br /&gt;</w:t>
        <w:br/>
        <w:t>Засне все навкруги, то із води&lt;br /&gt;</w:t>
        <w:br/>
        <w:t>Мене чарує дідько водяний...&lt;br /&gt;</w:t>
        <w:br/>
        <w:t>Ваги ер&lt;br /&gt;</w:t>
        <w:br/>
        <w:t>Ах, знаю я!.. Людей... людей нема!&lt;br /&gt;</w:t>
        <w:br/>
        <w:t>Мар'яна&lt;br /&gt;</w:t>
        <w:br/>
        <w:t>Людей нема?.. Юрко і Дід... Доволі!&lt;br /&gt;</w:t>
        <w:br/>
        <w:t>Навіщо більш?&lt;br /&gt;</w:t>
        <w:br/>
        <w:t>Вагнер&lt;br /&gt;</w:t>
        <w:br/>
        <w:t>Навіщо? Я скажу,—&lt;br /&gt;</w:t>
        <w:br/>
        <w:t>Уважно слухай і запам'ятай.&lt;br /&gt;</w:t>
        <w:br/>
        <w:t>(Знов бере її за стан рукою).&lt;br /&gt;</w:t>
        <w:br/>
        <w:t>Хоча б на теє, щоб краса твоя&lt;br /&gt;</w:t>
        <w:br/>
        <w:t>У пущах цих та марне не загибла.&lt;br /&gt;</w:t>
        <w:br/>
        <w:t>Мар'яна&lt;br /&gt;</w:t>
        <w:br/>
        <w:t>Мені то що?&lt;br /&gt;</w:t>
        <w:br/>
        <w:t>Вагнер&lt;br /&gt;</w:t>
        <w:br/>
        <w:t>Пишатися на людях.&lt;br /&gt;</w:t>
        <w:br/>
        <w:t>На те й краса, щоб з неї любували.&lt;br /&gt;</w:t>
        <w:br/>
        <w:t>Цвіте та марно квітка, на яку&lt;br /&gt;</w:t>
        <w:br/>
        <w:t>Не впав ні разу вдячний погляд людський.&lt;br /&gt;</w:t>
        <w:br/>
        <w:t>І самоцвіт коштовний є подібним&lt;br /&gt;</w:t>
        <w:br/>
        <w:t>До каменя звичайного, коли&lt;br /&gt;</w:t>
        <w:br/>
        <w:t>Ніхто не зна, ніхто його не бачить.&lt;br /&gt;</w:t>
        <w:br/>
        <w:t>Ти квітка та, ти" самоцвіт коштовний.&lt;br /&gt;</w:t>
        <w:br/>
        <w:t>Вродилась ти на те, щоб чарувать...&lt;br /&gt;</w:t>
        <w:br/>
        <w:t>Мар'яна (сміється).&lt;br /&gt;</w:t>
        <w:br/>
        <w:t>Ото! Чи відьма ж я, щоб чарувати?..&lt;br /&gt;</w:t>
        <w:br/>
        <w:t>Вагнер (скривившись).&lt;br /&gt;</w:t>
        <w:br/>
        <w:t>Фе, відьма... З дивних уст такі слова!..&lt;br /&gt;</w:t>
        <w:br/>
        <w:t>Не відьма, а краса... Ти — чарівниця!&lt;br /&gt;</w:t>
        <w:br/>
        <w:t>Мар'яна&lt;br /&gt;</w:t>
        <w:br/>
        <w:t>Та, Боже крий! Ніколи в світі я&lt;br /&gt;</w:t>
        <w:br/>
        <w:t>Не чарувала.,.</w:t>
      </w:r>
    </w:p>
    <w:p>
      <w:r>
        <w:br/>
        <w:t>Вагнер (сміється).&lt;br /&gt;</w:t>
        <w:br/>
        <w:t>Ні?.. То зачаруєш,&lt;br /&gt;</w:t>
        <w:br/>
        <w:t>Коли краса твоя перед людьми&lt;br /&gt;</w:t>
        <w:br/>
        <w:t>Веселкою блискучою засяє.&lt;br /&gt;</w:t>
        <w:br/>
        <w:t>Мар' яна&lt;br /&gt;</w:t>
        <w:br/>
        <w:t>Перед людьми? Нема ж їх, де вони?&lt;br /&gt;</w:t>
        <w:br/>
        <w:t>Вагнер&lt;br /&gt;</w:t>
        <w:br/>
        <w:t>Зжену я безліч їх у нетрі ці,&lt;br /&gt;</w:t>
        <w:br/>
        <w:t>І виросте там місто гомінке,&lt;br /&gt;</w:t>
        <w:br/>
        <w:t>Де степ буяв і тирса шелестіла.&lt;br /&gt;</w:t>
        <w:br/>
        <w:t>Мар' яна&lt;br /&gt;</w:t>
        <w:br/>
        <w:t>Та хто ж ви — грап, чи князь, чи пан&lt;br /&gt;</w:t>
        <w:br/>
        <w:t>вельможний,&lt;br /&gt;</w:t>
        <w:br/>
        <w:t>Що вас послухають вони?&lt;br /&gt;</w:t>
        <w:br/>
        <w:t>Вагнер&lt;br /&gt;</w:t>
        <w:br/>
        <w:t>Я той,&lt;br /&gt;</w:t>
        <w:br/>
        <w:t>Хто цій пустелі скаже: оживи! —&lt;br /&gt;</w:t>
        <w:br/>
        <w:t>І вмить вона, як в казці, оживе.&lt;br /&gt;</w:t>
        <w:br/>
        <w:t>Мар'яна&lt;br /&gt;</w:t>
        <w:br/>
        <w:t>Це правда?&lt;br /&gt;</w:t>
        <w:br/>
        <w:t>Вагнер&lt;br /&gt;</w:t>
        <w:br/>
        <w:t>Так.&lt;br /&gt;</w:t>
        <w:br/>
        <w:t>Мар'яна (відступає).&lt;br /&gt;</w:t>
        <w:br/>
        <w:t>Ви чарівник, виходить?&lt;br /&gt;</w:t>
        <w:br/>
        <w:t>Мені вже страшно, далебі.&lt;br /&gt;</w:t>
        <w:br/>
        <w:t>Вагнер&lt;br /&gt;</w:t>
        <w:br/>
        <w:t>Чого?&lt;br /&gt;</w:t>
        <w:br/>
        <w:t>Тобі нема чого боятись...&lt;br /&gt;</w:t>
        <w:br/>
        <w:t>Мар' яна&lt;br /&gt;</w:t>
        <w:br/>
        <w:t>Чом?&lt;br /&gt;</w:t>
        <w:br/>
        <w:t>Вагнер&lt;br /&gt;</w:t>
        <w:br/>
        <w:t>Бо ти сама вродилася на те,&lt;br /&gt;</w:t>
        <w:br/>
        <w:t>Щоб панувать.&lt;br /&gt;</w:t>
        <w:br/>
        <w:t>Мар'яна&lt;br /&gt;</w:t>
        <w:br/>
        <w:t>Над ким?&lt;br /&gt;</w:t>
        <w:br/>
        <w:t>Вагнер&lt;br /&gt;</w:t>
        <w:br/>
        <w:t>Над усіма,&lt;br /&gt;</w:t>
        <w:br/>
        <w:t>Хто буде тут, і над усім, що я&lt;br /&gt;</w:t>
        <w:br/>
        <w:t>Зроблю...&lt;br /&gt;</w:t>
        <w:br/>
        <w:t>Мар'яна&lt;br /&gt;</w:t>
        <w:br/>
        <w:t>А що ж ви зробите?&lt;br /&gt;</w:t>
        <w:br/>
        <w:t>Вагнер&lt;br /&gt;</w:t>
        <w:br/>
        <w:t>Побачиш.&lt;br /&gt;</w:t>
        <w:br/>
        <w:t>Людей пошлю під землю за скарбами.&lt;br /&gt;</w:t>
        <w:br/>
        <w:t>Мар' яна&lt;br /&gt;</w:t>
        <w:br/>
        <w:t>Хіба ви знаєте, де ті скарби&lt;br /&gt;</w:t>
        <w:br/>
        <w:t>Заховано?&lt;br /&gt;</w:t>
        <w:br/>
        <w:t>Вагнер&lt;br /&gt;</w:t>
        <w:br/>
        <w:t>О так, я знаю все.&lt;br /&gt;</w:t>
        <w:br/>
        <w:t>Мар'яна (сміється).&lt;br /&gt;</w:t>
        <w:br/>
        <w:t>Ого! То ви і справді чарівник...&lt;br /&gt;</w:t>
        <w:br/>
        <w:t>А що робитимете з ними ви?&lt;br /&gt;</w:t>
        <w:br/>
        <w:t>Вагнер&lt;br /&gt;</w:t>
        <w:br/>
        <w:t>Я вже сказав. Створю новую казку,&lt;br /&gt;</w:t>
        <w:br/>
        <w:t>Я розведу такі огні, що з сонцем&lt;br /&gt;</w:t>
        <w:br/>
        <w:t>Поборються вони страшним проміттям,&lt;br /&gt;</w:t>
        <w:br/>
        <w:t>І все навкруг од стогону машин&lt;br /&gt;</w:t>
        <w:br/>
        <w:t>Прокинеться до справжнього життя.&lt;br /&gt;</w:t>
        <w:br/>
        <w:t>Зруйную все в степах, щоб на руїнах&lt;br /&gt;</w:t>
        <w:br/>
        <w:t>Спорудить царство дужих. Ти ж мені ,&lt;br /&gt;</w:t>
        <w:br/>
        <w:t>Сіятимеш в змаганнях творчих духа,&lt;br /&gt;</w:t>
        <w:br/>
        <w:t>Як добрий геній мій... За мною підеш?&lt;br /&gt;</w:t>
        <w:br/>
        <w:t>Мар'яна&lt;br /&gt;</w:t>
        <w:br/>
        <w:t>Куди? Я й не второпаю, про що ви...&lt;br /&gt;</w:t>
        <w:br/>
        <w:t>А млин, наш млин?&lt;br /&gt;</w:t>
        <w:br/>
        <w:t>Вагнер&lt;br /&gt;</w:t>
        <w:br/>
        <w:t>Що млин? На скелях тих&lt;br /&gt;</w:t>
        <w:br/>
        <w:t>Збудую я палац тобі розкішний&lt;br /&gt;</w:t>
        <w:br/>
        <w:t>І сад, як рай, круг нього розведу,&lt;br /&gt;</w:t>
        <w:br/>
        <w:t>Вберу тебе, мов пишну королівну...&lt;br /&gt;</w:t>
        <w:br/>
        <w:t>Куди не подивись — усе твоє,&lt;br /&gt;</w:t>
        <w:br/>
        <w:t>Чого не забажай — вродилось тут.&lt;br /&gt;</w:t>
        <w:br/>
        <w:t>Я сам — в ногах твоїх... Люби мене...&lt;br /&gt;</w:t>
        <w:br/>
        <w:t>(Обнімає Ті й нашіптує палкі признання).&lt;br /&gt;</w:t>
        <w:br/>
        <w:t>Подорожній (піднімає голову).&lt;br /&gt;</w:t>
        <w:br/>
        <w:t>Пан інженір, як бачу, гав не ловить —&lt;br /&gt;</w:t>
        <w:br/>
        <w:t>Він навіть сон солодкий залишив,&lt;br /&gt;</w:t>
        <w:br/>
        <w:t>Щоб раптом розпочати творчу працю.&lt;br /&gt;</w:t>
        <w:br/>
        <w:t>Не злий початок...&lt;br /&gt;</w:t>
        <w:br/>
        <w:t>Крамаренко (сміється).&lt;br /&gt;</w:t>
        <w:br/>
        <w:t>Спіть, не заважайте.&lt;br /&gt;</w:t>
        <w:br/>
        <w:t>Подорожній (лягає).&lt;br /&gt;</w:t>
        <w:br/>
        <w:t>Цікаво знати все ж таки — чого&lt;br /&gt;</w:t>
        <w:br/>
        <w:t>Вас занесло у цюю глушину?&lt;br /&gt;</w:t>
        <w:br/>
        <w:t>Крамаренко&lt;br /&gt;</w:t>
        <w:br/>
        <w:t>Пан Вагнер розвідки тут розпочав&lt;br /&gt;</w:t>
        <w:br/>
        <w:t>На землях будучого тестя.&lt;br /&gt;</w:t>
        <w:br/>
        <w:t>Подорожній&lt;br /&gt;</w:t>
        <w:br/>
        <w:t>Тестя?&lt;br /&gt;</w:t>
        <w:br/>
        <w:t>Крамаренко&lt;br /&gt;</w:t>
        <w:br/>
        <w:t>Так. Землі пребагаті.&lt;br /&gt;</w:t>
        <w:br/>
        <w:t>Подорожній&lt;br /&gt;</w:t>
        <w:br/>
        <w:t>Хто ж той тесть,&lt;br /&gt;</w:t>
        <w:br/>
        <w:t>Коли не таємниця це?&lt;br /&gt;</w:t>
        <w:br/>
        <w:t>Крамаренко&lt;br /&gt;</w:t>
        <w:br/>
        <w:t>Старий&lt;br /&gt;</w:t>
        <w:br/>
        <w:t>Тутешній дідич — пан Таран.&lt;br /&gt;</w:t>
        <w:br/>
        <w:t>Подорожній (раптом сідає).&lt;br /&gt;</w:t>
        <w:br/>
        <w:t>Таран?!&lt;br /&gt;</w:t>
        <w:br/>
        <w:t>Крамаренко&lt;br /&gt;</w:t>
        <w:br/>
        <w:t>Чого так здивувалися?&lt;br /&gt;</w:t>
        <w:br/>
        <w:t>Подорожній&lt;br /&gt;</w:t>
        <w:br/>
        <w:t>Невже&lt;br /&gt;</w:t>
        <w:br/>
        <w:t>На пана Вагнера припав її,&lt;br /&gt;</w:t>
        <w:br/>
        <w:t>Вільнолюбивої Сусанни, вибір?&lt;br /&gt;</w:t>
        <w:br/>
        <w:t>Крамаренко&lt;br /&gt;</w:t>
        <w:br/>
        <w:t>Марії тихої, скажіть.&lt;br /&gt;</w:t>
        <w:br/>
        <w:t>Подорожній (з пільгою).&lt;br /&gt;</w:t>
        <w:br/>
        <w:t>Марії?..&lt;br /&gt;</w:t>
        <w:br/>
        <w:t>Так, так. Виходить, в неї є сестра?&lt;br /&gt;</w:t>
        <w:br/>
        <w:t>Крамаренко&lt;br /&gt;</w:t>
        <w:br/>
        <w:t>Ви знали їх?..&lt;br /&gt;</w:t>
        <w:br/>
        <w:t>Подорожній&lt;br /&gt;</w:t>
        <w:br/>
        <w:t>Скажіть, звідсіль далеко&lt;br /&gt;</w:t>
        <w:br/>
        <w:t>Живуть вони?&lt;br /&gt;</w:t>
        <w:br/>
        <w:t>Крамаренко&lt;br /&gt;</w:t>
        <w:br/>
        <w:t>А далеченько пак:&lt;br /&gt;</w:t>
        <w:br/>
        <w:t>Як рушить зараз берегом ріки,&lt;br /&gt;</w:t>
        <w:br/>
        <w:t>То сонця схід зустрінете у них.&lt;br /&gt;</w:t>
        <w:br/>
        <w:t>А ви хіба туди йдете?&lt;br /&gt;</w:t>
        <w:br/>
        <w:t>Подорожній&lt;br /&gt;</w:t>
        <w:br/>
        <w:t>Як сонце&lt;br /&gt;</w:t>
        <w:br/>
        <w:t>Позолотить шпилі похмурих скель,&lt;br /&gt;</w:t>
        <w:br/>
        <w:t>В дорогу рушу я. Вона ще тут,&lt;br /&gt;</w:t>
        <w:br/>
        <w:t>Я сподіваюсь?&lt;br /&gt;</w:t>
        <w:br/>
        <w:t>Крамаренко&lt;br /&gt;</w:t>
        <w:br/>
        <w:t>Бачив я обох&lt;br /&gt;</w:t>
        <w:br/>
        <w:t>Днів три тому.&lt;br /&gt;</w:t>
        <w:br/>
        <w:t>Подорожній&lt;br /&gt;</w:t>
        <w:br/>
        <w:t>І скоро шлюб в Марії?&lt;br /&gt;</w:t>
        <w:br/>
        <w:t>Крамаренко&lt;br /&gt;</w:t>
        <w:br/>
        <w:t>О, ні: принаймні аж за рік.&lt;br /&gt;</w:t>
        <w:br/>
        <w:t>Подорожній&lt;br /&gt;</w:t>
        <w:br/>
        <w:t>Чому&lt;br /&gt;</w:t>
        <w:br/>
        <w:t>Пан Вагнер мусить довго так страждать,&lt;br /&gt;</w:t>
        <w:br/>
        <w:t>Нудити світом од кохання? Чудно.&lt;br /&gt;</w:t>
        <w:br/>
        <w:t>Крамаренко&lt;br /&gt;</w:t>
        <w:br/>
        <w:t>За рік же цей повинен показати&lt;br /&gt;</w:t>
        <w:br/>
        <w:t>Усім наочно він, що не химери&lt;br /&gt;</w:t>
        <w:br/>
        <w:t>Всі домисли його,— що тут, в степах,&lt;br /&gt;</w:t>
        <w:br/>
        <w:t>Лежить руда в землі.&lt;br /&gt;</w:t>
        <w:br/>
        <w:t>Подорожній&lt;br /&gt;</w:t>
        <w:br/>
        <w:t>Я розумію:&lt;br /&gt;</w:t>
        <w:br/>
        <w:t>Й за це у нагороду в Тарана —&lt;br /&gt;</w:t>
        <w:br/>
        <w:t>Дістане дочку із степами. Так?&lt;br /&gt;</w:t>
        <w:br/>
        <w:t>Ну, що ж: як бачу я, то він не дурень.&lt;br /&gt;</w:t>
        <w:br/>
        <w:t>К р амаренко&lt;br /&gt;</w:t>
        <w:br/>
        <w:t>Вони кохаються...&lt;br /&gt;</w:t>
        <w:br/>
        <w:t>Подорожній&lt;br /&gt;</w:t>
        <w:br/>
        <w:t>Це видно... Гляньте...&lt;br /&gt;</w:t>
        <w:br/>
        <w:t>(Показує на Вагнера, що обняв Мар'яну&lt;br /&gt;</w:t>
        <w:br/>
        <w:t>й цілує).&lt;br /&gt;</w:t>
        <w:br/>
        <w:t>Крамаренко&lt;br /&gt;</w:t>
        <w:br/>
        <w:t>То байдуже: веселий жарт мимохідь.&lt;br /&gt;</w:t>
        <w:br/>
        <w:t>Подорожній&lt;br /&gt;</w:t>
        <w:br/>
        <w:t>Що жарт, то жарт: боюся тільки я,&lt;br /&gt;</w:t>
        <w:br/>
        <w:t>Щоб не скінчивсь веселий жарт сльозами..&lt;br /&gt;</w:t>
        <w:br/>
        <w:t>Чабан отой, по нім я помічаю,&lt;br /&gt;</w:t>
        <w:br/>
        <w:t>Не зовсім жарти тії уподобав.&lt;br /&gt;</w:t>
        <w:br/>
        <w:t>Кипить, немов окріп. Ось гляньте, гляньте...&lt;br /&gt;</w:t>
        <w:br/>
        <w:t>Юрко підбігає, обурений, хапає за плечі Вагнера&lt;br /&gt;</w:t>
        <w:br/>
        <w:t>й одкидає його набік, бере Мар'яну за руку&lt;br /&gt;</w:t>
        <w:br/>
        <w:t>й тікає до млина.&lt;br /&gt;</w:t>
        <w:br/>
        <w:t>Мар'яна&lt;br /&gt;</w:t>
        <w:br/>
        <w:t>Ой, леле! ти це, Юрку?&lt;br /&gt;</w:t>
        <w:br/>
        <w:t>Вагнер&lt;br /&gt;</w:t>
        <w:br/>
        <w:t>О, прокляття!&lt;br /&gt;</w:t>
        <w:br/>
        <w:t>Дикун! розбійник!..&lt;br /&gt;</w:t>
        <w:br/>
        <w:t>Крамаренко&lt;br /&gt;</w:t>
        <w:br/>
        <w:t>(схоплюється, підбігає до Вагнера&lt;br /&gt;</w:t>
        <w:br/>
        <w:t>й нахиляється над ним).&lt;br /&gt;</w:t>
        <w:br/>
        <w:t>Що він вам зробив?&lt;br /&gt;</w:t>
        <w:br/>
        <w:t>Поранив? ні?&lt;br /&gt;</w:t>
        <w:br/>
        <w:t>Вагнер (підводиться).&lt;br /&gt;</w:t>
        <w:br/>
        <w:t>Байдуже.,, налякав.&lt;br /&gt;</w:t>
        <w:br/>
        <w:t>А ви ще не спите?&lt;br /&gt;</w:t>
        <w:br/>
        <w:t>Крамаренко&lt;br /&gt;</w:t>
        <w:br/>
        <w:t>Тікає сон,&lt;br /&gt;</w:t>
        <w:br/>
        <w:t>Коли цікаву казку чуєш.&lt;br /&gt;</w:t>
        <w:br/>
        <w:t>Вагнер&lt;br /&gt;</w:t>
        <w:br/>
        <w:t>Так,&lt;br /&gt;</w:t>
        <w:br/>
        <w:t>Цікава казка, дивна і принадна.&lt;br /&gt;</w:t>
        <w:br/>
        <w:t>(Дивиться, як обурена Мар'яна&lt;br /&gt;</w:t>
        <w:br/>
        <w:t>змагається з Юрком).&lt;br /&gt;</w:t>
        <w:br/>
        <w:t>Ви бачите — вона його не любить,&lt;br /&gt;</w:t>
        <w:br/>
        <w:t>Вона обурена, що він так нагло&lt;br /&gt;</w:t>
        <w:br/>
        <w:t>Нам перебив нічну розмову нашу...&lt;br /&gt;</w:t>
        <w:br/>
        <w:t>Крамаренко&lt;br /&gt;</w:t>
        <w:br/>
        <w:t>Нехай, нам спати час: коротка ніч.&lt;br /&gt;</w:t>
        <w:br/>
        <w:t>Вагнер&lt;br /&gt;</w:t>
        <w:br/>
        <w:t>Так, будем спати ми, а на світанку&lt;br /&gt;</w:t>
        <w:br/>
        <w:t>До діла знов..."&lt;br /&gt;</w:t>
        <w:br/>
        <w:t>Вкладаються обоє. Розгнівана Юрком, Мар'яна&lt;br /&gt;</w:t>
        <w:br/>
        <w:t>одпихає його БІД себе й ховається у млині.&lt;br /&gt;</w:t>
        <w:br/>
        <w:t>Він якусь хвилю стоїть коло дверей і грає;&lt;br /&gt;</w:t>
        <w:br/>
        <w:t>вона не виходить. Тоді Юрко ламає сопілку&lt;br /&gt;</w:t>
        <w:br/>
        <w:t>об коліно, хутко переходить греблю&lt;br /&gt;</w:t>
        <w:br/>
        <w:t>й зникає в скелях.&lt;br /&gt;</w:t>
        <w:br/>
        <w:t>Крамаренко (засипаючи).&lt;br /&gt;</w:t>
        <w:br/>
        <w:t>ї знову тихо скрізь...&lt;br /&gt;</w:t>
        <w:br/>
        <w:t>Вагнер (засипаючи).&lt;br /&gt;</w:t>
        <w:br/>
        <w:t>А в тиші цій літають сни звабливі&lt;br /&gt;</w:t>
        <w:br/>
        <w:t>І казку заплітають...&lt;br /&gt;</w:t>
        <w:br/>
        <w:t>Подорожній&lt;br /&gt;</w:t>
        <w:br/>
        <w:t>Увірвалась.&lt;br /&gt;</w:t>
        <w:br/>
        <w:t>По хвилі з млина, озираючись навкруги,&lt;br /&gt;</w:t>
        <w:br/>
        <w:t>виходить Мар'яна; пеоеконавшись, що Юрка нема,&lt;br /&gt;</w:t>
        <w:br/>
        <w:t>вона тихо сміється до шуму води, погрожує&lt;br /&gt;</w:t>
        <w:br/>
        <w:t>кулаком Водяникові, потім потиху прокрадається&lt;br /&gt;</w:t>
        <w:br/>
        <w:t>до нічліжан, стає навколішки коло Вагнера&lt;br /&gt;</w:t>
        <w:br/>
        <w:t>і, любуючи, довго дивиться на нього.&lt;br /&gt;</w:t>
        <w:br/>
        <w:t>Вагнер одкриває счі; побачивши її, раптом сідає.&lt;br /&gt;</w:t>
        <w:br/>
        <w:t>Мар'яна, поклавши палець на уста и показуючи&lt;br /&gt;</w:t>
        <w:br/>
        <w:t>на тих, що сплять, дає знак мовчати, потім&lt;br /&gt;</w:t>
        <w:br/>
        <w:t>міцно оповиває його шию руками й палко цілує.&lt;br /&gt;</w:t>
        <w:br/>
        <w:t>Коли він хоче одповісти тим самим, вона,&lt;br /&gt;</w:t>
        <w:br/>
        <w:t>сміючись, виривається, тікає до млина,&lt;br /&gt;</w:t>
        <w:br/>
        <w:t>І по дорозі піднімає камінь, жбурляє весело&lt;br /&gt;</w:t>
        <w:br/>
        <w:t>" у воду й зникає у млині.&lt;br /&gt;</w:t>
        <w:br/>
        <w:t>Вагнер&lt;br /&gt;</w:t>
        <w:br/>
        <w:t>(повернувшись на місці, зачарованим&lt;br /&gt;</w:t>
        <w:br/>
        <w:t>поглядом слідкує за нею)..&lt;br /&gt;</w:t>
        <w:br/>
        <w:t>Прекрасний сон приснивсь...&lt;br /&gt;</w:t>
        <w:br/>
        <w:t>Подорожній&lt;br /&gt;</w:t>
        <w:br/>
        <w:t>Не пробудіться.&lt;br /&gt;</w:t>
        <w:br/>
        <w:t>Вагнер (не повертаючи голови).&lt;br /&gt;</w:t>
        <w:br/>
        <w:t>О, він ще тільки розпочавсь для мене.&lt;br /&gt;</w:t>
        <w:br/>
        <w:t>Кінця не видно ще. Початок казки,&lt;br /&gt;</w:t>
        <w:br/>
        <w:t>Що тут, в степах цих, заплелась...&lt;br /&gt;</w:t>
        <w:br/>
        <w:t>Подорожній&lt;br /&gt;</w:t>
        <w:br/>
        <w:t>(перевертаючись на другий бік і засипаючи).&lt;br /&gt;</w:t>
        <w:br/>
        <w:t>Початок&lt;br /&gt;</w:t>
        <w:br/>
        <w:t>Не злий... який то буде їй... кінець?</w:t>
      </w:r>
    </w:p>
    <w:p>
      <w:r>
        <w:br/>
        <w:t>II&lt;br /&gt;</w:t>
        <w:br/>
        <w:t>Кабінет директора заводу й шахт Густава Вагнера.&lt;br /&gt;</w:t>
        <w:br/>
        <w:t>Відчинене вікно в сад, залитий передвечірнім&lt;br /&gt;</w:t>
        <w:br/>
        <w:t>сяєвом. Вагнер, схвильований, ходить з одного&lt;br /&gt;</w:t>
        <w:br/>
        <w:t>кутка в другий.&lt;br /&gt;</w:t>
        <w:br/>
        <w:t>Трохим (входить).&lt;br /&gt;</w:t>
        <w:br/>
        <w:t>До вас пан Крамаренко.&lt;br /&gt;</w:t>
        <w:br/>
        <w:t>Вагнер&lt;br /&gt;</w:t>
        <w:br/>
        <w:t>Хай увійде.&lt;br /&gt;</w:t>
        <w:br/>
        <w:t>Трохим виходить. Вагнер ходить роздратований,&lt;br /&gt;</w:t>
        <w:br/>
        <w:t>нервовий.&lt;br /&gt;</w:t>
        <w:br/>
        <w:t>Крамаренко&lt;br /&gt;</w:t>
        <w:br/>
        <w:t>(тихо входить, стає біля порога&lt;br /&gt;</w:t>
        <w:br/>
        <w:t>й слідкує за Ватером).&lt;br /&gt;</w:t>
        <w:br/>
        <w:t>Ви чимсь схвильовані, то, може, я&lt;br /&gt;</w:t>
        <w:br/>
        <w:t>Зайду по справі іншим разом?&lt;br /&gt;</w:t>
        <w:br/>
        <w:t>Вагнер (зупиняється).&lt;br /&gt;</w:t>
        <w:br/>
        <w:t>Це ви?&lt;br /&gt;</w:t>
        <w:br/>
        <w:t>Гаразд... скажіть, що діється у нас?&lt;br /&gt;</w:t>
        <w:br/>
        <w:t>Крамаренко (здивовано).&lt;br /&gt;</w:t>
        <w:br/>
        <w:t>Я вас не зрозумів...&lt;br /&gt;</w:t>
        <w:br/>
        <w:t>В а г н е р (дражливо).&lt;br /&gt;</w:t>
        <w:br/>
        <w:t>Не зрозуміли?&lt;br /&gt;</w:t>
        <w:br/>
        <w:t>Ну да... я так і знав... Усюди ви&lt;br /&gt;</w:t>
        <w:br/>
        <w:t>Все ходите — на шахтах, на заводі,&lt;br /&gt;</w:t>
        <w:br/>
        <w:t>А що там діється — нема вам діла.&lt;br /&gt;</w:t>
        <w:br/>
        <w:t>Крамаренко&lt;br /&gt;</w:t>
        <w:br/>
        <w:t>І знов-таки — я вас не розумію.&lt;br /&gt;</w:t>
        <w:br/>
        <w:t>Що сталося?&lt;br /&gt;</w:t>
        <w:br/>
        <w:t>Вагнер&lt;br /&gt;</w:t>
        <w:br/>
        <w:t>А те, що хтось, незнаний,&lt;br /&gt;</w:t>
        <w:br/>
        <w:t>Непроханий — намігся стати нам&lt;br /&gt;</w:t>
        <w:br/>
        <w:t>В замірах наших на шляху&lt;br /&gt;</w:t>
        <w:br/>
        <w:t>І підступом таємним сіє ремство&lt;br /&gt;</w:t>
        <w:br/>
        <w:t>Між тими, хто повинен нашій владі&lt;br /&gt;</w:t>
        <w:br/>
        <w:t>Служити без вагання.&lt;br /&gt;</w:t>
        <w:br/>
        <w:t>Крамаренко&lt;br /&gt;</w:t>
        <w:br/>
        <w:t>Вперше чую.&lt;br /&gt;</w:t>
        <w:br/>
        <w:t>Вагнер (іронічно).&lt;br /&gt;</w:t>
        <w:br/>
        <w:t>Так? Ви не чули? Ще б пак...&lt;br /&gt;</w:t>
        <w:br/>
        <w:t>Крамаренко (образливо).&lt;br /&gt;</w:t>
        <w:br/>
        <w:t>Прошу вас...&lt;br /&gt;</w:t>
        <w:br/>
        <w:t>Догани я, либонь, не заслужив.&lt;br /&gt;</w:t>
        <w:br/>
        <w:t>І взагалі — яке до того діло&lt;br /&gt;</w:t>
        <w:br/>
        <w:t>Мені, що зовсім інші маю справи?&lt;br /&gt;</w:t>
        <w:br/>
        <w:t>Коли моє не в лад...&lt;br /&gt;</w:t>
        <w:br/>
        <w:t>Вагнер (перемінивши тон).&lt;br /&gt;</w:t>
        <w:br/>
        <w:t>Мені пробачте...&lt;br /&gt;</w:t>
        <w:br/>
        <w:t>Але... я так схвильований всім цим...&lt;br /&gt;</w:t>
        <w:br/>
        <w:t>Крамаренко&lt;br /&gt;</w:t>
        <w:br/>
        <w:t>Та в чім же, власне, річ? що сталось?&lt;br /&gt;</w:t>
        <w:br/>
        <w:t>Вагнер&lt;br /&gt;</w:t>
        <w:br/>
        <w:t>Дістав відомості допіру певні я,&lt;br /&gt;</w:t>
        <w:br/>
        <w:t>Що скрізь помітно настрої нові,&lt;br /&gt;</w:t>
        <w:br/>
        <w:t>Що дух слухнянства зник і вже натомість&lt;br /&gt;</w:t>
        <w:br/>
        <w:t>У деяких палкіших головах&lt;br /&gt;</w:t>
        <w:br/>
        <w:t>Заворушилися якісь химерні&lt;br /&gt;</w:t>
        <w:br/>
        <w:t>І фантастичні мрії, котрі йдуть&lt;br /&gt;</w:t>
        <w:br/>
        <w:t>Всім нашим всупереч...&lt;br /&gt;</w:t>
        <w:br/>
        <w:t>Крамаренко&lt;br /&gt;</w:t>
        <w:br/>
        <w:t>Не чув, не знаю.&lt;br /&gt;</w:t>
        <w:br/>
        <w:t>Які підстави є, щоб думать так?&lt;br /&gt;</w:t>
        <w:br/>
        <w:t>Вагнер&lt;br /&gt;</w:t>
        <w:br/>
        <w:t>А ось побачим зараз!.. Гей, Трохиме!&lt;br /&gt;</w:t>
        <w:br/>
        <w:t>Трохим (входить).&lt;br /&gt;</w:t>
        <w:br/>
        <w:t>До послуг пана.&lt;br /&gt;</w:t>
        <w:br/>
        <w:t>Вагнер&lt;br /&gt;</w:t>
        <w:br/>
        <w:t>Ще нема нікого?&lt;br /&gt;</w:t>
        <w:br/>
        <w:t>Трохим&lt;br /&gt;</w:t>
        <w:br/>
        <w:t>Приведено когбсь. Чекає тут,&lt;br /&gt;</w:t>
        <w:br/>
        <w:t>Поки покличе пан.&lt;br /&gt;</w:t>
        <w:br/>
        <w:t>Вагнер&lt;br /&gt;</w:t>
        <w:br/>
        <w:t>Нехай увійде.&lt;br /&gt;</w:t>
        <w:br/>
        <w:t>Трохим виходить і впускає до кабінету&lt;br /&gt;</w:t>
        <w:br/>
        <w:t>Подорожнього. Він в одежі робітника,&lt;br /&gt;</w:t>
        <w:br/>
        <w:t>одірваного від роботи.&lt;br /&gt;</w:t>
        <w:br/>
        <w:t>Вагнер (придивляється).&lt;br /&gt;</w:t>
        <w:br/>
        <w:t>Десь бачив вас?&lt;br /&gt;</w:t>
        <w:br/>
        <w:t>Крамаренко (здивовано).&lt;br /&gt;</w:t>
        <w:br/>
        <w:t>Це ви?.. Зустріли вас&lt;br /&gt;</w:t>
        <w:br/>
        <w:t>Колись біля млина? Питали ви&lt;br /&gt;</w:t>
        <w:br/>
        <w:t>Про пана Тарана, а на світанку,&lt;br /&gt;</w:t>
        <w:br/>
        <w:t>Либонь, і рушили туди?&lt;br /&gt;</w:t>
        <w:br/>
        <w:t>Вагнер (здивовано).&lt;br /&gt;</w:t>
        <w:br/>
        <w:t>Куди?&lt;br /&gt;</w:t>
        <w:br/>
        <w:t>До Тарана?..&lt;br /&gt;</w:t>
        <w:br/>
        <w:t>Подорожній&lt;br /&gt;</w:t>
        <w:br/>
        <w:t>Ви кликали мене?&lt;br /&gt;</w:t>
        <w:br/>
        <w:t>Вагнер&lt;br /&gt;</w:t>
        <w:br/>
        <w:t>Що вам до Тарана?&lt;br /&gt;</w:t>
        <w:br/>
        <w:t>Крамаренко&lt;br /&gt;</w:t>
        <w:br/>
        <w:t>Питав мене&lt;br /&gt;</w:t>
        <w:br/>
        <w:t>Про панну він Сусанну.&lt;br /&gt;</w:t>
        <w:br/>
        <w:t>Вагнер&lt;br /&gt;</w:t>
        <w:br/>
        <w:t>(пильно дивиться на Подорожнього).&lt;br /&gt;</w:t>
        <w:br/>
        <w:t>Хто есте?&lt;br /&gt;</w:t>
        <w:br/>
        <w:t>Подорожній&lt;br /&gt;</w:t>
        <w:br/>
        <w:t>Ви кликали мене?&lt;br /&gt;</w:t>
        <w:br/>
        <w:t>Вагнер (дражливо).&lt;br /&gt;</w:t>
        <w:br/>
        <w:t>Я кликав вас...&lt;br /&gt;</w:t>
        <w:br/>
        <w:t>Чутки про вас непевні я дістав.&lt;br /&gt;</w:t>
        <w:br/>
        <w:t>Подорожній&lt;br /&gt;</w:t>
        <w:br/>
        <w:t>Можлива річ.&lt;br /&gt;</w:t>
        <w:br/>
        <w:t>Вагнер (спалахнувши).&lt;br /&gt;</w:t>
        <w:br/>
        <w:t>г Ви розумієте? —&lt;br /&gt;</w:t>
        <w:br/>
        <w:t>Непевні.&lt;br /&gt;</w:t>
        <w:br/>
        <w:t>Подорожній&lt;br /&gt;</w:t>
        <w:br/>
        <w:t>Так, я розумію.&lt;br /&gt;</w:t>
        <w:br/>
        <w:t>Вагнер&lt;br /&gt;</w:t>
        <w:br/>
        <w:t>Ви&lt;br /&gt;</w:t>
        <w:br/>
        <w:t>Кохаєте химерную ідею —&lt;br /&gt;</w:t>
        <w:br/>
        <w:t>І нам в замірах наших на шляху&lt;br /&gt;</w:t>
        <w:br/>
        <w:t>Намислили тут стати. Стережіться!&lt;br /&gt;</w:t>
        <w:br/>
        <w:t>Іти бажаю непохитно я:&lt;br /&gt;</w:t>
        <w:br/>
        <w:t>Зустрінемось, то буде грім.&lt;br /&gt;</w:t>
        <w:br/>
        <w:t>Подорожній&lt;br /&gt;</w:t>
        <w:br/>
        <w:t>О, так!&lt;br /&gt;</w:t>
        <w:br/>
        <w:t>Багато в хмарі блискавиць і грому,&lt;br /&gt;</w:t>
        <w:br/>
        <w:t>Але ми знаєм всі також і те,&lt;br /&gt;</w:t>
        <w:br/>
        <w:t>Що десь за хмарою сіяє сонце.&lt;br /&gt;</w:t>
        <w:br/>
        <w:t>Вагнер (дражливо).&lt;br /&gt;</w:t>
        <w:br/>
        <w:t>Слова! Ми ж люди діла, а не слів,&lt;br /&gt;</w:t>
        <w:br/>
        <w:t>І певний шлях поперед нас послався.&lt;br /&gt;</w:t>
        <w:br/>
        <w:t>Немає інших, не повинно бути!&lt;br /&gt;</w:t>
        <w:br/>
        <w:t>Подорожній&lt;br /&gt;</w:t>
        <w:br/>
        <w:t>У кожного є шлях свій у житті:&lt;br /&gt;</w:t>
        <w:br/>
        <w:t>Кому усипано його квітками,&lt;br /&gt;</w:t>
        <w:br/>
        <w:t>Осяяно блискучими огнями:&lt;br /&gt;</w:t>
        <w:br/>
        <w:t>їх подорож тріумфом є гучним.&lt;br /&gt;</w:t>
        <w:br/>
        <w:t>А іншим він колючими тернами&lt;br /&gt;</w:t>
        <w:br/>
        <w:t>Послався ген — в принадну далечінь,&lt;br /&gt;</w:t>
        <w:br/>
        <w:t>Повився мороком і закишів,&lt;br /&gt;</w:t>
        <w:br/>
        <w:t>Замість квіток, отрутним, хижим гадом.&lt;br /&gt;</w:t>
        <w:br/>
        <w:t>І темно навкруги...&lt;br /&gt;</w:t>
        <w:br/>
        <w:t>Вагнер (нервово ходить).&lt;br /&gt;</w:t>
        <w:br/>
        <w:t>Зблукаєтесь, глядіть.&lt;br /&gt;</w:t>
        <w:br/>
        <w:t>Подорожній (з захватом).&lt;br /&gt;</w:t>
        <w:br/>
        <w:t>О, ні! Негаснущим огнем у пітьмі&lt;br /&gt;</w:t>
        <w:br/>
        <w:t>Пал серця їх їм світить до мети.&lt;br /&gt;</w:t>
        <w:br/>
        <w:t>На крилах мрій орлом далекозорим&lt;br /&gt;</w:t>
        <w:br/>
        <w:t>Пружкий їх розум Всесвіт облетить.&lt;br /&gt;</w:t>
        <w:br/>
        <w:t>І прийде час: зіллються їх бажання&lt;br /&gt;</w:t>
        <w:br/>
        <w:t>В один акорд могутній, одностайний,&lt;br /&gt;</w:t>
        <w:br/>
        <w:t>І світ вітатиме новий глагол.&lt;br /&gt;</w:t>
        <w:br/>
        <w:t>Під ноги вам ласкава доля квіти&lt;br /&gt;</w:t>
        <w:br/>
        <w:t>Все кидає з усмішкою раба,&lt;br /&gt;</w:t>
        <w:br/>
        <w:t>Позад же вас, де ви пройшли,— руїна,&lt;br /&gt;</w:t>
        <w:br/>
        <w:t>На ній злочин голодним виє звірем.&lt;br /&gt;</w:t>
        <w:br/>
        <w:t>Поперед тих — колючий терен, скелі:&lt;br /&gt;</w:t>
        <w:br/>
        <w:t>Що не ступінь, то слід од них кривавий&lt;br /&gt;</w:t>
        <w:br/>
        <w:t>Огневим цвітом землю укриває&lt;br /&gt;</w:t>
        <w:br/>
        <w:t>І до мети готує путь страшну.&lt;br /&gt;</w:t>
        <w:br/>
        <w:t>Ваш шлях — то шлях обраних, наш — усіх,&lt;br /&gt;</w:t>
        <w:br/>
        <w:t>Коли ж, як хмари дві, зійдуться грізно&lt;br /&gt;</w:t>
        <w:br/>
        <w:t>І викрешуть огонь — чия провина?&lt;br /&gt;</w:t>
        <w:br/>
        <w:t>Вагнер&lt;br /&gt;</w:t>
        <w:br/>
        <w:t>Ат, чув не раз мізерную бридню!&lt;br /&gt;</w:t>
        <w:br/>
        <w:t>І не мене вам нею здивувати,&lt;br /&gt;</w:t>
        <w:br/>
        <w:t>І не мене вам нею зупинити.&lt;br /&gt;</w:t>
        <w:br/>
        <w:t>Моя мета й заміри непохитні.&lt;br /&gt;</w:t>
        <w:br/>
        <w:t>Не раю вам ставати на шляху,&lt;br /&gt;</w:t>
        <w:br/>
        <w:t>Бо не на те я дужою рукою&lt;br /&gt;</w:t>
        <w:br/>
        <w:t>Пустелю цю у місто обернув&lt;br /&gt;</w:t>
        <w:br/>
        <w:t>І там, де вив голодний вовк вночі,&lt;br /&gt;</w:t>
        <w:br/>
        <w:t>Машин слухняних дужий хор&lt;br /&gt;</w:t>
        <w:br/>
        <w:t>Співать примусив пісню перемоги.&lt;br /&gt;</w:t>
        <w:br/>
        <w:t>Подорожній&lt;br /&gt;</w:t>
        <w:br/>
        <w:t>Навіщо зупинять?.. Ви йдіть своїм,&lt;br /&gt;</w:t>
        <w:br/>
        <w:t>А ми своїм шляхом. Якщо ж зійдуться,&lt;br /&gt;</w:t>
        <w:br/>
        <w:t>То буде грім...&lt;br /&gt;</w:t>
        <w:br/>
        <w:t>Вагнер (тупнувши ногою).&lt;br /&gt;</w:t>
        <w:br/>
        <w:t>Я прошу вас мовчати!&lt;br /&gt;</w:t>
        <w:br/>
        <w:t>Ви хто єсте? Приплентач беззахисний,&lt;br /&gt;</w:t>
        <w:br/>
        <w:t>Кому подав я руку запомоги.&lt;br /&gt;</w:t>
        <w:br/>
        <w:t>То як же смієте здіймати руку&lt;br /&gt;</w:t>
        <w:br/>
        <w:t>На те й на тих, хто дав вам образ людський?&lt;br /&gt;</w:t>
        <w:br/>
        <w:t>Подорожній&lt;br /&gt;</w:t>
        <w:br/>
        <w:t>Я тільки йду своїм шляхом.&lt;br /&gt;</w:t>
        <w:br/>
        <w:t>Вагнер&lt;br /&gt;</w:t>
        <w:br/>
        <w:t>Глядіть,&lt;br /&gt;</w:t>
        <w:br/>
        <w:t>Щоб він у прірву швидко вас не справив.&lt;br /&gt;</w:t>
        <w:br/>
        <w:t>А поки що я вас попереджаю:&lt;br /&gt;</w:t>
        <w:br/>
        <w:t>Ще крок один, непевний рух і слово —&lt;br /&gt;</w:t>
        <w:br/>
        <w:t>І вам нема чого робити тут.&lt;br /&gt;</w:t>
        <w:br/>
        <w:t>Я все сказав і знайте — це востаннє:&lt;br /&gt;</w:t>
        <w:br/>
        <w:t>Вже більше вас сюди я не покличу.&lt;br /&gt;</w:t>
        <w:br/>
        <w:t>Розмову скінчено.&lt;br /&gt;</w:t>
        <w:br/>
        <w:t>Подорожній&lt;br /&gt;</w:t>
        <w:br/>
        <w:t>Прощайте.&lt;br /&gt;</w:t>
        <w:br/>
        <w:t>Вагнер&lt;br /&gt;</w:t>
        <w:br/>
        <w:t>Йдіть.&lt;br /&gt;</w:t>
        <w:br/>
        <w:t>Подорожній виходить, Вагнер ходить по кімнаті.&lt;br /&gt;</w:t>
        <w:br/>
        <w:t>Нахабство... голови дурні!..&lt;br /&gt;</w:t>
        <w:br/>
        <w:t>(До Крамаренка).&lt;br /&gt;</w:t>
        <w:br/>
        <w:t>Ви чули?&lt;br /&gt;</w:t>
        <w:br/>
        <w:t>Крамаренко&lt;br /&gt;</w:t>
        <w:br/>
        <w:t>Все чув, але... навіщо хвилюватись?&lt;br /&gt;</w:t>
        <w:br/>
        <w:t>Звичайний мрійник це.&lt;br /&gt;</w:t>
        <w:br/>
        <w:t>Вагнер&lt;br /&gt;</w:t>
        <w:br/>
        <w:t>Зараза це.&lt;br /&gt;</w:t>
        <w:br/>
        <w:t>Уваги не зверніть — страшною&lt;br /&gt;</w:t>
        <w:br/>
        <w:t>Скрізь пошестю розійдуться оті&lt;br /&gt;</w:t>
        <w:br/>
        <w:t>Його ворожі мрії. (Зупиняється).&lt;br /&gt;</w:t>
        <w:br/>
        <w:t>Ви, либонь,&lt;br /&gt;</w:t>
        <w:br/>
        <w:t>Про панночку Сусанну щось згадали?&lt;br /&gt;</w:t>
        <w:br/>
        <w:t>Крамаренко&lt;br /&gt;</w:t>
        <w:br/>
        <w:t>Так, він звідтіль, од млину, простував&lt;br /&gt;</w:t>
        <w:br/>
        <w:t>До неї...&lt;br /&gt;</w:t>
        <w:br/>
        <w:t>Вагнер&lt;br /&gt;</w:t>
        <w:br/>
        <w:t>Чудно... Я не розумію,&lt;br /&gt;</w:t>
        <w:br/>
        <w:t>Що спільного у них?&lt;br /&gt;</w:t>
        <w:br/>
        <w:t>Крамаренко&lt;br /&gt;</w:t>
        <w:br/>
        <w:t>Він не казав.&lt;br /&gt;</w:t>
        <w:br/>
        <w:t>Вагнер&lt;br /&gt;</w:t>
        <w:br/>
        <w:t>Це дивно... А проте... вона, Сусанна,—&lt;br /&gt;</w:t>
        <w:br/>
        <w:t>Химерна голова і в мрії теж&lt;br /&gt;</w:t>
        <w:br/>
        <w:t>Уся поринула. Ви з чим прийшли?&lt;br /&gt;</w:t>
        <w:br/>
        <w:t>Крамаренко&lt;br /&gt;</w:t>
        <w:br/>
        <w:t>(розгортає один з принесених планів).&lt;br /&gt;</w:t>
        <w:br/>
        <w:t>Про млин хотів порадитися з вами.&lt;br /&gt;</w:t>
        <w:br/>
        <w:t>Робив я розвідку і зміркував,&lt;br /&gt;</w:t>
        <w:br/>
        <w:t>Що кращого для водокачки місця,&lt;br /&gt;</w:t>
        <w:br/>
        <w:t>Як те, де млин стоїть, нема ніде.&lt;br /&gt;</w:t>
        <w:br/>
        <w:t>Вагнер&lt;br /&gt;</w:t>
        <w:br/>
        <w:t>(уважно розглядає план місцевості).&lt;br /&gt;</w:t>
        <w:br/>
        <w:t>А тут... чому не можна тут поставить?..&lt;br /&gt;</w:t>
        <w:br/>
        <w:t>Крамаренко&lt;br /&gt;</w:t>
        <w:br/>
        <w:t>Зверніть увагу: плесо тута.&lt;br /&gt;</w:t>
        <w:br/>
        <w:t>Вагнер&lt;br /&gt;</w:t>
        <w:br/>
        <w:t>Ну,&lt;br /&gt;</w:t>
        <w:br/>
        <w:t>То що, як плесо?&lt;br /&gt;</w:t>
        <w:br/>
        <w:t>Крамаренко&lt;br /&gt;</w:t>
        <w:br/>
        <w:t>Завше небезпека&lt;br /&gt;</w:t>
        <w:br/>
        <w:t>Намулів і мілизн, що йдуть звідсіль,&lt;br /&gt;</w:t>
        <w:br/>
        <w:t>Од греблі і од млину. Вир лютує,&lt;br /&gt;</w:t>
        <w:br/>
        <w:t>Рве дно, рве береги і зносить ввесь пісок&lt;br /&gt;</w:t>
        <w:br/>
        <w:t>Сюди... Тому ж і плесо тут з'явилось.&lt;br /&gt;</w:t>
        <w:br/>
        <w:t>Вагнер&lt;br /&gt;</w:t>
        <w:br/>
        <w:t>А як поглибити;* розчистить дно?</w:t>
      </w:r>
    </w:p>
    <w:p>
      <w:r>
        <w:br/>
        <w:t>Нічого не поможе. Щовесни&lt;br /&gt;</w:t>
        <w:br/>
        <w:t>Нам довелося б це робити.</w:t>
      </w:r>
    </w:p>
    <w:p>
      <w:r>
        <w:br/>
        <w:t>Ну?&lt;br /&gt;</w:t>
        <w:br/>
        <w:t>К рам а р е н ко&lt;br /&gt;</w:t>
        <w:br/>
        <w:t>І водокачка наша нам утроє&lt;br /&gt;</w:t>
        <w:br/>
        <w:t>Обійдеться тоді.&lt;br /&gt;</w:t>
        <w:br/>
        <w:t>Вагнер&lt;br /&gt;</w:t>
        <w:br/>
        <w:t>Хм... Як так — не треба.&lt;br /&gt;</w:t>
        <w:br/>
        <w:t>Крамаренко&lt;br /&gt;</w:t>
        <w:br/>
        <w:t>Пробачте ви мені, але все це&lt;br /&gt;</w:t>
        <w:br/>
        <w:t>Мене дивує трохи. Чом не тут,&lt;br /&gt;</w:t>
        <w:br/>
        <w:t>Де млин старий, нікому не потрібний,&lt;br /&gt;</w:t>
        <w:br/>
        <w:t>Не збудувати нам того, що треба?&lt;br /&gt;</w:t>
        <w:br/>
        <w:t>Глибоке дно, низький скелистий берег,&lt;br /&gt;</w:t>
        <w:br/>
        <w:t>І грунт камінний тут міцний, як криця.&lt;br /&gt;</w:t>
        <w:br/>
        <w:t>Напівзруйновану ми цюю греблю&lt;br /&gt;</w:t>
        <w:br/>
        <w:t>Підправимо як слід, зміцним бетоном&lt;br /&gt;</w:t>
        <w:br/>
        <w:t>І — кращого нам нічого й бажати.&lt;br /&gt;</w:t>
        <w:br/>
        <w:t>Вагнер (гостро).&lt;br /&gt;</w:t>
        <w:br/>
        <w:t>А млин? а мельник?&lt;br /&gt;</w:t>
        <w:br/>
        <w:t>Крамаренко (озирається).&lt;br /&gt;</w:t>
        <w:br/>
        <w:t>Млин? Чому той млин&lt;br /&gt;</w:t>
        <w:br/>
        <w:t>Нам мусить стать на перешкоді? Ми&lt;br /&gt;</w:t>
        <w:br/>
        <w:t>Дідка того, що там живе в тій пустці,&lt;br /&gt;</w:t>
        <w:br/>
        <w:t>Кудись переведемо до казарми.&lt;br /&gt;</w:t>
        <w:br/>
        <w:t>Повірте ви, що буде там не гірш&lt;br /&gt;</w:t>
        <w:br/>
        <w:t>Йому з робітниками. Він старий&lt;br /&gt;</w:t>
        <w:br/>
        <w:t>Зробився, як дитина, й потребує&lt;br /&gt;</w:t>
        <w:br/>
        <w:t>Вже догляду давно...&lt;br /&gt;</w:t>
        <w:br/>
        <w:t>Вагнер (озирається).&lt;br /&gt;</w:t>
        <w:br/>
        <w:t>Ссе... мовчіть про це.&lt;br /&gt;</w:t>
        <w:br/>
        <w:t>Вона почує. Я ж її запевнив,&lt;br /&gt;</w:t>
        <w:br/>
        <w:t>Що все гаразд в млині, що Дід радий,&lt;br /&gt;</w:t>
        <w:br/>
        <w:t>Веселий її щастям.&lt;br /&gt;</w:t>
        <w:br/>
        <w:t>Крамаренко&lt;br /&gt;</w:t>
        <w:br/>
        <w:t>Ваша воля.&lt;br /&gt;</w:t>
        <w:br/>
        <w:t>Вагнер&lt;br /&gt;</w:t>
        <w:br/>
        <w:t>Йому не пробували ви казати&lt;br /&gt;</w:t>
        <w:br/>
        <w:t>Про це?&lt;br /&gt;</w:t>
        <w:br/>
        <w:t>Крамаренко&lt;br /&gt;</w:t>
        <w:br/>
        <w:t>Не хоче й слухати: тікає&lt;br /&gt;</w:t>
        <w:br/>
        <w:t>У млин — сердитий, зляканий. Замкнеться&lt;br /&gt;</w:t>
        <w:br/>
        <w:t>І більш на мову не дається він.&lt;br /&gt;</w:t>
        <w:br/>
        <w:t>Вагнер&lt;br /&gt;</w:t>
        <w:br/>
        <w:t>От бачите.&lt;br /&gt;</w:t>
        <w:br/>
        <w:t>Крамаренко&lt;br /&gt;</w:t>
        <w:br/>
        <w:t>А що ж робити мусим?&lt;br /&gt;</w:t>
        <w:br/>
        <w:t>Заводові вода потрібна? так?..&lt;br /&gt;</w:t>
        <w:br/>
        <w:t>Чому ж повинні ми офірувати&lt;br /&gt;</w:t>
        <w:br/>
        <w:t>Конечними потребами безглуздим&lt;br /&gt;</w:t>
        <w:br/>
        <w:t>Дідка благого вибаганкам?&lt;br /&gt;</w:t>
        <w:br/>
        <w:t>Вагнер&lt;br /&gt;</w:t>
        <w:br/>
        <w:t>Так...&lt;br /&gt;</w:t>
        <w:br/>
        <w:t>(Ходить нервово по кімнаті, вагаючись).&lt;br /&gt;</w:t>
        <w:br/>
        <w:t>Так місця іншого нема?&lt;br /&gt;</w:t>
        <w:br/>
        <w:t>Крамаренко&lt;br /&gt;</w:t>
        <w:br/>
        <w:t>Нема.&lt;br /&gt;</w:t>
        <w:br/>
        <w:t>Вагнер (зважившись).&lt;br /&gt;</w:t>
        <w:br/>
        <w:t>Робіть, як маєте за корисніше.&lt;br /&gt;</w:t>
        <w:br/>
        <w:t>Дідка пристройте десь в гурті, а млин&lt;br /&gt;</w:t>
        <w:br/>
        <w:t>Розкидайте — й негайно до роботи.&lt;br /&gt;</w:t>
        <w:br/>
        <w:t>А там... збудуйте ви... також негайно,&lt;br /&gt;</w:t>
        <w:br/>
        <w:t>Окрему хату для старого.&lt;br /&gt;</w:t>
        <w:br/>
        <w:t>Крамаренко&lt;br /&gt;</w:t>
        <w:br/>
        <w:t>Нащо?&lt;br /&gt;</w:t>
        <w:br/>
        <w:t>Йому й в робітницькій не кепсько буде.&lt;br /&gt;</w:t>
        <w:br/>
        <w:t>Вагнер (дивлячись кудись убік).&lt;br /&gt;</w:t>
        <w:br/>
        <w:t>Оселите із ним Мар'яну...&lt;br /&gt;</w:t>
        <w:br/>
        <w:t>Крамаренко (здивовано).&lt;br /&gt;</w:t>
        <w:br/>
        <w:t>Казку?&lt;br /&gt;</w:t>
        <w:br/>
        <w:t>Вагнер&lt;br /&gt;</w:t>
        <w:br/>
        <w:t>Так, Казку.&lt;br /&gt;</w:t>
        <w:br/>
        <w:t>Крамаренко&lt;br /&gt;</w:t>
        <w:br/>
        <w:t>Доглядать за дідом я&lt;br /&gt;</w:t>
        <w:br/>
        <w:t>Знайду когось без неї.&lt;br /&gt;</w:t>
        <w:br/>
        <w:t>Вагнер&lt;br /&gt;</w:t>
        <w:br/>
        <w:t>Ні, вона&lt;br /&gt;</w:t>
        <w:br/>
        <w:t>Повинна вийти звідсіль незабаром.&lt;br /&gt;</w:t>
        <w:br/>
        <w:t>Ви розумієте мене? — повинна.&lt;br /&gt;</w:t>
        <w:br/>
        <w:t>За кілька часу маю взяти шлюб&lt;br /&gt;</w:t>
        <w:br/>
        <w:t>Я з панною Марією.&lt;br /&gt;</w:t>
        <w:br/>
        <w:t>Крамаренко&lt;br /&gt;</w:t>
        <w:br/>
        <w:t>Ах... так?&lt;br /&gt;</w:t>
        <w:br/>
        <w:t>То інша річ... (Підводиться).&lt;br /&gt;</w:t>
        <w:br/>
        <w:t>Я все зроблю. Прощайте!&lt;br /&gt;</w:t>
        <w:br/>
        <w:t>Вагнер (ходячи в задумі).&lt;br /&gt;</w:t>
        <w:br/>
        <w:t>А? що?.. Ідіть, ідіть... робіть, як краще.&lt;br /&gt;</w:t>
        <w:br/>
        <w:t>Крамаренко ВИХОДИТЬ. Вагнер ЯКИЙ час ХОДИТЬ&lt;br /&gt;</w:t>
        <w:br/>
        <w:t>з кутка в куток у похмурій задумі.&lt;br /&gt;</w:t>
        <w:br/>
        <w:t>Трохим (входить).&lt;br /&gt;</w:t>
        <w:br/>
        <w:t>Вам, пане, лист. (Віддає й виходить).&lt;br /&gt;</w:t>
        <w:br/>
        <w:t>Вагнер (розриває конверт і читає).&lt;br /&gt;</w:t>
        <w:br/>
        <w:t>"...Слідом за посланим і ми до вас&lt;br /&gt;</w:t>
        <w:br/>
        <w:t>Приїдемо у гості — дочки й я.&lt;br /&gt;</w:t>
        <w:br/>
        <w:t>Вже вибачте, що так наскоком..."&lt;br /&gt;</w:t>
        <w:br/>
        <w:t>(Злісно мне лист і кидає до кошика).&lt;br /&gt;</w:t>
        <w:br/>
        <w:t>Чорррт!..&lt;br /&gt;</w:t>
        <w:br/>
        <w:t>Цього лиш бракувало, щоб вони&lt;br /&gt;</w:t>
        <w:br/>
        <w:t>Зустрілись тут.&lt;br /&gt;</w:t>
        <w:br/>
        <w:t>Дзвонить. Входить Трохим.&lt;br /&gt;</w:t>
        <w:br/>
        <w:t>Хай прийде Марта зараз!&lt;br /&gt;</w:t>
        <w:br/>
        <w:t>Трохим вклоняється й виходить.&lt;br /&gt;</w:t>
        <w:br/>
        <w:t>Ат... чорт!.. Та як же не доречі гості!&lt;br /&gt;</w:t>
        <w:br/>
        <w:t>(Ходить по кімнаті схвильований,&lt;br /&gt;</w:t>
        <w:br/>
        <w:t>потім сідає за стіл і перегортає&lt;br /&gt;</w:t>
        <w:br/>
        <w:t>папери).&lt;br /&gt;</w:t>
        <w:br/>
        <w:t>Марта (входить).&lt;br /&gt;</w:t>
        <w:br/>
        <w:t>Ви кликали мене, мій пане?&lt;br /&gt;</w:t>
        <w:br/>
        <w:t>Вагнер (ніяково, але суворо).&lt;br /&gt;</w:t>
        <w:br/>
        <w:t>Так,&lt;br /&gt;</w:t>
        <w:br/>
        <w:t>Я кликав... Так... Де Казка?&lt;br /&gt;</w:t>
        <w:br/>
        <w:t>Марта&lt;br /&gt;</w:t>
        <w:br/>
        <w:t>Прилягла.&lt;br /&gt;</w:t>
        <w:br/>
        <w:t>Все вас чекала...&lt;br /&gt;</w:t>
        <w:br/>
        <w:t>Вагнер&lt;br /&gt;</w:t>
        <w:br/>
        <w:t>Ну, гаразд... Ти от що...&lt;br /&gt;</w:t>
        <w:br/>
        <w:t>За кілька часу в гості пан Таран&lt;br /&gt;</w:t>
        <w:br/>
        <w:t>До мене з паннами прибуде... Чуєш?&lt;br /&gt;</w:t>
        <w:br/>
        <w:t>Марта&lt;br /&gt;</w:t>
        <w:br/>
        <w:t>То ваша наречена, пане?&lt;br /&gt;</w:t>
        <w:br/>
        <w:t>Вагнер (вражений, озирається).&lt;br /&gt;</w:t>
        <w:br/>
        <w:t>Що?!&lt;br /&gt;</w:t>
        <w:br/>
        <w:t>То ти це знаєш?&lt;br /&gt;</w:t>
        <w:br/>
        <w:t>Марта&lt;br /&gt;</w:t>
        <w:br/>
        <w:t>Хто ж про це не знає?&lt;br /&gt;</w:t>
        <w:br/>
        <w:t>Усі про це балакають давно.&lt;br /&gt;</w:t>
        <w:br/>
        <w:t>Вагнер&lt;br /&gt;</w:t>
        <w:br/>
        <w:t>(підвівшись, упалим голосом).&lt;br /&gt;</w:t>
        <w:br/>
        <w:t>А... Казка?&lt;br /&gt;</w:t>
        <w:br/>
        <w:t>Марта&lt;br /&gt;</w:t>
        <w:br/>
        <w:t>О, крий Боже! Пильнувала,&lt;br /&gt;</w:t>
        <w:br/>
        <w:t>Щоб хто їй не сказав, я паче ока.&lt;br /&gt;</w:t>
        <w:br/>
        <w:t>Вагнер (з пільгою).&lt;br /&gt;</w:t>
        <w:br/>
        <w:t>За це я дякую і не забуду.&lt;br /&gt;</w:t>
        <w:br/>
        <w:t>Марта&lt;br /&gt;</w:t>
        <w:br/>
        <w:t>А далі ж що?&lt;br /&gt;</w:t>
        <w:br/>
        <w:t>Вагнер&lt;br /&gt;</w:t>
        <w:br/>
        <w:t>А далі з дідом вдвох&lt;br /&gt;</w:t>
        <w:br/>
        <w:t>її оселимо десь осторонь.&lt;br /&gt;</w:t>
        <w:br/>
        <w:t>Потроху ти до цього підготуєш.&lt;br /&gt;</w:t>
        <w:br/>
        <w:t>Поплаче трохи — там і перестане.</w:t>
      </w:r>
    </w:p>
    <w:p>
      <w:r>
        <w:br/>
        <w:t>Ох, ні... не так вона кохає пана,&lt;br /&gt;</w:t>
        <w:br/>
        <w:t>Щоб наглую розлуку пережити.&lt;br /&gt;</w:t>
        <w:br/>
        <w:t>Марта (крутить головою).&lt;br /&gt;</w:t>
        <w:br/>
        <w:t>гак вона к&lt;br /&gt;</w:t>
        <w:br/>
        <w:t>&gt; розлуку&lt;br /&gt;</w:t>
        <w:br/>
        <w:t>Вагнер</w:t>
      </w:r>
    </w:p>
    <w:p>
      <w:r>
        <w:br/>
        <w:t>&amp;#9632; (спалахнувши, тупає ногою).&lt;br /&gt;</w:t>
        <w:br/>
        <w:t>Так мусить бути! чуєш?.. Хоч там що!..&lt;br /&gt;</w:t>
        <w:br/>
        <w:t>(По хвилі).&lt;br /&gt;</w:t>
        <w:br/>
        <w:t>Ти думаєш, мені не тяжке це.&lt;br /&gt;</w:t>
        <w:br/>
        <w:t>Але... що ж маємо робить? Не все&lt;br /&gt;</w:t>
        <w:br/>
        <w:t>Так робиться, як ми того бажали б,&lt;br /&gt;</w:t>
        <w:br/>
        <w:t>А так, як нам велить життя.&lt;br /&gt;</w:t>
        <w:br/>
        <w:t>М а р т а&lt;br /&gt;</w:t>
        <w:br/>
        <w:t>Не знаю,&lt;br /&gt;</w:t>
        <w:br/>
        <w:t>Казати що і з чого починати.&lt;br /&gt;</w:t>
        <w:br/>
        <w:t>Вагнер&lt;br /&gt;</w:t>
        <w:br/>
        <w:t>її до думки ти привчи поволі,&lt;br /&gt;</w:t>
        <w:br/>
        <w:t>Що так повинно було конче статись.&lt;br /&gt;</w:t>
        <w:br/>
        <w:t>Що це не зрада, ні... що я, крім неї,&lt;br /&gt;</w:t>
        <w:br/>
        <w:t>Нікого не кохав і не кохаю...&lt;br /&gt;</w:t>
        <w:br/>
        <w:t>Що, може, там, в убогій обстанові,&lt;br /&gt;</w:t>
        <w:br/>
        <w:t>її краса принадами новими,&lt;br /&gt;</w:t>
        <w:br/>
        <w:t>Як райський квіт, для мене процвіте.&lt;br /&gt;</w:t>
        <w:br/>
        <w:t>Це не слова...&lt;br /&gt;</w:t>
        <w:br/>
        <w:t>Марта (вжахнувшись).&lt;br /&gt;</w:t>
        <w:br/>
        <w:t>А пані молода?&lt;br /&gt;</w:t>
        <w:br/>
        <w:t>Вагнер (дивлячись у вікно).&lt;br /&gt;</w:t>
        <w:br/>
        <w:t>Ах, пані... так... Але вона все хвора:&lt;br /&gt;</w:t>
        <w:br/>
        <w:t>Краси життя я з нею не зазнаю.&lt;br /&gt;</w:t>
        <w:br/>
        <w:t>(Замислюється. По хвилі).&lt;br /&gt;</w:t>
        <w:br/>
        <w:t>Вони приїдуть скоро, то гляди ж,&lt;br /&gt;</w:t>
        <w:br/>
        <w:t>Щоб Казка їх не бачила. Я швидко&lt;br /&gt;</w:t>
        <w:br/>
        <w:t>Спроваджу їх. її ти не пускай,&lt;br /&gt;</w:t>
        <w:br/>
        <w:t>Щось вигадай...&lt;br /&gt;</w:t>
        <w:br/>
        <w:t>Марта&lt;br /&gt;</w:t>
        <w:br/>
        <w:t>Гаразд, подбаю я.&lt;br /&gt;</w:t>
        <w:br/>
        <w:t>Зітхає й виходить. Вагнер ходить який час&lt;br /&gt;</w:t>
        <w:br/>
        <w:t>нервово по кімнаті, потім сідає за стіл&lt;br /&gt;</w:t>
        <w:br/>
        <w:t>і переглядає папери, одбираючи деякі, щоб захопити&lt;br /&gt;</w:t>
        <w:br/>
        <w:t>з собою. Входить, ігідкрадаючись навшпиньках,&lt;br /&gt;</w:t>
        <w:br/>
        <w:t>Мар'яна; за нею зупиняється на порозі обурена&lt;br /&gt;</w:t>
        <w:br/>
        <w:t>й схвильована Марта. Мар'яна підходить ззаду&lt;br /&gt;</w:t>
        <w:br/>
        <w:t>до Вагнера й затуляє йому долонями очі.&lt;br /&gt;</w:t>
        <w:br/>
        <w:t>Марта махає рукою й зникає.&lt;br /&gt;</w:t>
        <w:br/>
        <w:t>Вагнер (бере її за руку).&lt;br /&gt;</w:t>
        <w:br/>
        <w:t>Це ти, моя красо?&lt;br /&gt;</w:t>
        <w:br/>
        <w:t>Оповиває стан її рукою й садовить собі на коліна.&lt;br /&gt;</w:t>
        <w:br/>
        <w:t>Мар'яна (сміється).&lt;br /&gt;</w:t>
        <w:br/>
        <w:t>А що — злякала?&lt;br /&gt;</w:t>
        <w:br/>
        <w:t>Вагнер (ніжно).&lt;br /&gt;</w:t>
        <w:br/>
        <w:t>Злякала? ти? Чи може ж тихий сон,&lt;br /&gt;</w:t>
        <w:br/>
        <w:t>Торкнувшись ніжно вік, вжахнути нас?&lt;br /&gt;</w:t>
        <w:br/>
        <w:t>О, ні! Навіє мрію легкокрилу&lt;br /&gt;</w:t>
        <w:br/>
        <w:t>І ніч оберне в казку чарівну!&lt;br /&gt;</w:t>
        <w:br/>
        <w:t>Чи може ж срібний місяцевий промінь,&lt;br /&gt;</w:t>
        <w:br/>
        <w:t>Цілуючи вночі нечутно вії,&lt;br /&gt;</w:t>
        <w:br/>
        <w:t>Злякати нас і казку перервать?&lt;br /&gt;</w:t>
        <w:br/>
        <w:t>О, ні! Рій привидів, іще не знаних,&lt;br /&gt;</w:t>
        <w:br/>
        <w:t>Знадних, бажаних збудить перед нас,&lt;br /&gt;</w:t>
        <w:br/>
        <w:t>Сплете в танку рухливім їх в гірлянду&lt;br /&gt;</w:t>
        <w:br/>
        <w:t>І зачарує нас.&lt;br /&gt;</w:t>
        <w:br/>
        <w:t>Мар'яна (надувши устоньки).&lt;br /&gt;</w:t>
        <w:br/>
        <w:t>Ти, певне, чув,&lt;br /&gt;</w:t>
        <w:br/>
        <w:t>Як двері одхиляла, й не злякавсь.&lt;br /&gt;</w:t>
        <w:br/>
        <w:t>Вагнер (пригортає її).&lt;br /&gt;</w:t>
        <w:br/>
        <w:t>Пустушко ти моя!.. Так, так, я чув,&lt;br /&gt;</w:t>
        <w:br/>
        <w:t>Як чує ніч, що прийде день ясний.&lt;br /&gt;</w:t>
        <w:br/>
        <w:t>Мар'яна (тупає ногою).&lt;br /&gt;</w:t>
        <w:br/>
        <w:t>Не хочу ніч!&lt;br /&gt;</w:t>
        <w:br/>
        <w:t>Вагнер&lt;br /&gt;</w:t>
        <w:br/>
        <w:t>Ти день, я — ніч.&lt;br /&gt;</w:t>
        <w:br/>
        <w:t>Мар'яна&lt;br /&gt;</w:t>
        <w:br/>
        <w:t>Не хочу.&lt;br /&gt;</w:t>
        <w:br/>
        <w:t>Хай ясно буде в нас на серці!&lt;br /&gt;</w:t>
        <w:br/>
        <w:t>Вагнер (з болем).&lt;br /&gt;</w:t>
        <w:br/>
        <w:t>Ох,&lt;br /&gt;</w:t>
        <w:br/>
        <w:t>Не знаєш, серце, ти, яка тут ніч&lt;br /&gt;</w:t>
        <w:br/>
        <w:t>В душі моїй!..&lt;br /&gt;</w:t>
        <w:br/>
        <w:t>Мар'яна (з жахом).&lt;br /&gt;</w:t>
        <w:br/>
        <w:t>Що сталося з тобою?&lt;br /&gt;</w:t>
        <w:br/>
        <w:t>Вагнер&lt;br /&gt;</w:t>
        <w:br/>
        <w:t>О, поки що нічого.&lt;br /&gt;</w:t>
        <w:br/>
        <w:t>Мар'яна&lt;br /&gt;</w:t>
        <w:br/>
        <w:t>Тут хтось був&lt;br /&gt;</w:t>
        <w:br/>
        <w:t>І в серце влив отрути.&lt;br /&gt;</w:t>
        <w:br/>
        <w:t>Вагнер&lt;br /&gt;</w:t>
        <w:br/>
        <w:t>Не було&lt;br /&gt;</w:t>
        <w:br/>
        <w:t>Нікого тут. Та люди й не страшні.&lt;br /&gt;</w:t>
        <w:br/>
        <w:t>Страшніша нам, голубко, неминучість.&lt;br /&gt;</w:t>
        <w:br/>
        <w:t>Скажи, кохаєш дуже ти мене?&lt;br /&gt;</w:t>
        <w:br/>
        <w:t>Мар'яна мовчить.&lt;br /&gt;</w:t>
        <w:br/>
        <w:t>Кохаєш, знаю я... тому і мучусь...&lt;br /&gt;</w:t>
        <w:br/>
        <w:t>Мар'яна, почувши це, одсахнулася.&lt;br /&gt;</w:t>
        <w:br/>
        <w:t>Стривай, чого ти так?&lt;br /&gt;</w:t>
        <w:br/>
        <w:t>Мар'яна дослухається до звуків сопілки,&lt;br /&gt;</w:t>
        <w:br/>
        <w:t>що раптом почулись із саду крізь вікно.&lt;br /&gt;</w:t>
        <w:br/>
        <w:t>Мар'яно, зоре!..&lt;br /&gt;</w:t>
        <w:br/>
        <w:t>Мар'яна&lt;br /&gt;</w:t>
        <w:br/>
        <w:t>Ти мучишся, що покохав мене?&lt;br /&gt;</w:t>
        <w:br/>
        <w:t>Вагнер (підходить до неї).&lt;br /&gt;</w:t>
        <w:br/>
        <w:t>Не те... Не варт любові я твоєї!&lt;br /&gt;</w:t>
        <w:br/>
        <w:t>Не можу я кохати безоглядно,&lt;br /&gt;</w:t>
        <w:br/>
        <w:t>Як ти мене.&lt;br /&gt;</w:t>
        <w:br/>
        <w:t>Мар'яна&lt;br /&gt;</w:t>
        <w:br/>
        <w:t>Ти більш мене не любиш,&lt;br /&gt;</w:t>
        <w:br/>
        <w:t>Як то було колись, я почуваю,—&lt;br /&gt;</w:t>
        <w:br/>
        <w:t>А то чому б в твоєму серці ніч&lt;br /&gt;</w:t>
        <w:br/>
        <w:t>Так розгорнула раптом крила:.&lt;br /&gt;</w:t>
        <w:br/>
        <w:t>Вагнер&lt;br /&gt;</w:t>
        <w:br/>
        <w:t>Ні,&lt;br /&gt;</w:t>
        <w:br/>
        <w:t>Не те... І як могла та чорна думка&lt;br /&gt;</w:t>
        <w:br/>
        <w:t>В твоїй вродитися голівці?&lt;br /&gt;</w:t>
        <w:br/>
        <w:t>Мар'яна&lt;br /&gt;</w:t>
        <w:br/>
        <w:t>В серці:&lt;br /&gt;</w:t>
        <w:br/>
        <w:t>Воно раніш од голови все знає,&lt;br /&gt;</w:t>
        <w:br/>
        <w:t>Бо в'яне там, де відгуку нема.&lt;br /&gt;</w:t>
        <w:br/>
        <w:t>Вагнер&lt;br /&gt;</w:t>
        <w:br/>
        <w:t>Що кажеш ти?! Невже не палко б'ється&lt;br /&gt;</w:t>
        <w:br/>
        <w:t>Моє назустріч серденьку твоєму?&lt;br /&gt;</w:t>
        <w:br/>
        <w:t>Схились сюди, до мене пригорнись:&lt;br /&gt;</w:t>
        <w:br/>
        <w:t>Невже в устах моїх не той огонь,&lt;br /&gt;</w:t>
        <w:br/>
        <w:t>Що так палав раніш завжди до тебе&lt;br /&gt;</w:t>
        <w:br/>
        <w:t>І на щоках запалював троянди?&lt;br /&gt;</w:t>
        <w:br/>
        <w:t>І в очі глянь... Погаснуть хай навіки,&lt;br /&gt;</w:t>
        <w:br/>
        <w:t>Коли хоч іскра зрад...&lt;br /&gt;</w:t>
        <w:br/>
        <w:t>(Раптом замовкає, задумливо).&lt;br /&gt;</w:t>
        <w:br/>
        <w:t>Немає зради...&lt;br /&gt;</w:t>
        <w:br/>
        <w:t>Не зрада це...&lt;br /&gt;</w:t>
        <w:br/>
        <w:t>Мар'яна (тривожно).&lt;br /&gt;</w:t>
        <w:br/>
        <w:t>Чого ти?&lt;br /&gt;</w:t>
        <w:br/>
        <w:t>Вагнер&lt;br /&gt;</w:t>
        <w:br/>
        <w:t>Ні, не зрада...&lt;br /&gt;</w:t>
        <w:br/>
        <w:t>Але... але... не знаю, що... О Боже!&lt;br /&gt;</w:t>
        <w:br/>
        <w:t>Яка страшенна підлість!..&lt;br /&gt;</w:t>
        <w:br/>
        <w:t>Стоїть якусь мить, ухопившись за голову,&lt;br /&gt;</w:t>
        <w:br/>
        <w:t>потім хутко бере папери з столу й мовчки виходить.&lt;br /&gt;</w:t>
        <w:br/>
        <w:t>Мар'яна (робить рух до дверей).&lt;br /&gt;</w:t>
        <w:br/>
        <w:t>Любий мій!&lt;br /&gt;</w:t>
        <w:br/>
        <w:t>Навіщо знов лишаєш свою Казку&lt;br /&gt;</w:t>
        <w:br/>
        <w:t>В самотині?.. Пішов і не оглянувсь.&lt;br /&gt;</w:t>
        <w:br/>
        <w:t>Стоїть у задумі, потім підходить і сідає край&lt;br /&gt;</w:t>
        <w:br/>
        <w:t>вікна, вся опанована журними думками.&lt;br /&gt;</w:t>
        <w:br/>
        <w:t>Із саду лине тихий", розпачливий спів сопілки.&lt;br /&gt;</w:t>
        <w:br/>
        <w:t>Марта (входить).&lt;br /&gt;</w:t>
        <w:br/>
        <w:t>І знов ти журишся, Мар'яно?&lt;br /&gt;</w:t>
        <w:br/>
        <w:t>Мар'яна (стенувшись).&lt;br /&gt;</w:t>
        <w:br/>
        <w:t>Ні,&lt;br /&gt;</w:t>
        <w:br/>
        <w:t>Це не журба... Од щастя спочиваю.&lt;br /&gt;</w:t>
        <w:br/>
        <w:t>Щаслива ж, Марто, я... а щастя що?&lt;br /&gt;</w:t>
        <w:br/>
        <w:t>Воно — як квіти пишні, запашні:&lt;br /&gt;</w:t>
        <w:br/>
        <w:t>їх пахощами повна ця оселя,&lt;br /&gt;</w:t>
        <w:br/>
        <w:t>Як щастям повна вщерть моя душа.&lt;br /&gt;</w:t>
        <w:br/>
        <w:t>Але...&lt;br /&gt;</w:t>
        <w:br/>
        <w:t>Марта&lt;br /&gt;</w:t>
        <w:br/>
        <w:t>Але...&lt;br /&gt;</w:t>
        <w:br/>
        <w:t>Мар'яна&lt;br /&gt;</w:t>
        <w:br/>
        <w:t>Після квіток розкішних,&lt;br /&gt;</w:t>
        <w:br/>
        <w:t>Так часом заманеться хоч торкнутись&lt;br /&gt;</w:t>
        <w:br/>
        <w:t>Устами до квіток простеньких, степових,&lt;br /&gt;</w:t>
        <w:br/>
        <w:t>Що вітром пахнуть вільним, і очами&lt;br /&gt;</w:t>
        <w:br/>
        <w:t>Голубить їх, мов діточок маленьких,&lt;br /&gt;</w:t>
        <w:br/>
        <w:t>В яких душа прозора, як вода&lt;br /&gt;</w:t>
        <w:br/>
        <w:t>На плесі... (Прояснівши).&lt;br /&gt;</w:t>
        <w:br/>
        <w:t>Так, вода прозора там...&lt;br /&gt;</w:t>
        <w:br/>
        <w:t>Марта (пильно дивиться на неї).&lt;br /&gt;</w:t>
        <w:br/>
        <w:t>Мар'яно, хвора ти, я бачу... Стій...&lt;br /&gt;</w:t>
        <w:br/>
        <w:t>Голівка не болить у тебе?&lt;br /&gt;</w:t>
        <w:br/>
        <w:t>(Прикладає до чола Мар'яні долоню).&lt;br /&gt;</w:t>
        <w:br/>
        <w:t>Мар'яна (озирнувшись).&lt;br /&gt;</w:t>
        <w:br/>
        <w:t>Ні...&lt;br /&gt;</w:t>
        <w:br/>
        <w:t>А що я вас спитаю, Марто?..&lt;br /&gt;</w:t>
        <w:br/>
        <w:t>Як я сюди втікла — в млині зостався&lt;br /&gt;</w:t>
        <w:br/>
        <w:t>Мій дід старий, благенький, як дитина.&lt;br /&gt;</w:t>
        <w:br/>
        <w:t>Не чули ви — живий ще він? не вмер,&lt;br /&gt;</w:t>
        <w:br/>
        <w:t>Нудьгуючи за мною?&lt;br /&gt;</w:t>
        <w:br/>
        <w:t>Марта&lt;br /&gt;</w:t>
        <w:br/>
        <w:t>Ти про це&lt;br /&gt;</w:t>
        <w:br/>
        <w:t>Не говори ніколи: пан не любить&lt;br /&gt;</w:t>
        <w:br/>
        <w:t>І навіть згадувать заборонив.&lt;br /&gt;</w:t>
        <w:br/>
        <w:t>Мар'яна&lt;br /&gt;</w:t>
        <w:br/>
        <w:t>Чому заборонив?&lt;br /&gt;</w:t>
        <w:br/>
        <w:t>Марта&lt;br /&gt;</w:t>
        <w:br/>
        <w:t>Бо не про теє&lt;br /&gt;</w:t>
        <w:br/>
        <w:t>Повинна думати Мар'яна. Нащо&lt;br /&gt;</w:t>
        <w:br/>
        <w:t>Дарма тривожити і краять серце?&lt;br /&gt;</w:t>
        <w:br/>
        <w:t>Тепера пані ти...&lt;br /&gt;</w:t>
        <w:br/>
        <w:t>Мар'яна&lt;br /&gt;</w:t>
        <w:br/>
        <w:t>Я мельниківна.&lt;br /&gt;</w:t>
        <w:br/>
        <w:t>Марта&lt;br /&gt;</w:t>
        <w:br/>
        <w:t>Була колись... Минулося...&lt;br /&gt;</w:t>
        <w:br/>
        <w:t>Мар'яна&lt;br /&gt;</w:t>
        <w:br/>
        <w:t>Я — Казка.&lt;br /&gt;</w:t>
        <w:br/>
        <w:t>Густав мене так зве. Куди пішов він?&lt;br /&gt;</w:t>
        <w:br/>
        <w:t>Чому так часто ходить?.. Щось мені&lt;br /&gt;</w:t>
        <w:br/>
        <w:t>Так сумно, Марто... А Юрко в саду&lt;br /&gt;</w:t>
        <w:br/>
        <w:t>Ще жалібніш співа, немов ховає&lt;br /&gt;</w:t>
        <w:br/>
        <w:t>Своє він щастя. Так, то він хоронить&lt;br /&gt;</w:t>
        <w:br/>
        <w:t>Своє кохання... Він любив мене,&lt;br /&gt;</w:t>
        <w:br/>
        <w:t>А я... Скажіть, Густав мене ще любить?&lt;br /&gt;</w:t>
        <w:br/>
        <w:t>Марта&lt;br /&gt;</w:t>
        <w:br/>
        <w:t>Сама ти добре знаєш...&lt;br /&gt;</w:t>
        <w:br/>
        <w:t>Мар'яна&lt;br /&gt;</w:t>
        <w:br/>
        <w:t>А чому ж&lt;br /&gt;</w:t>
        <w:br/>
        <w:t>Усе частіш од мене він тікає?&lt;br /&gt;</w:t>
        <w:br/>
        <w:t>Марта&lt;br /&gt;</w:t>
        <w:br/>
        <w:t>Клопіт йому чимало єсть без тебе.&lt;br /&gt;</w:t>
        <w:br/>
        <w:t>Мар'яна&lt;br /&gt;</w:t>
        <w:br/>
        <w:t>Не те... не те... Ох, чую, що не те?..&lt;br /&gt;</w:t>
        <w:br/>
        <w:t>Нам люба Казка раз, удруге, втретє,&lt;br /&gt;</w:t>
        <w:br/>
        <w:t>А далі вже і надокучить.&lt;br /&gt;</w:t>
        <w:br/>
        <w:t>Марта&lt;br /&gt;</w:t>
        <w:br/>
        <w:t>Ат!&lt;br /&gt;</w:t>
        <w:br/>
        <w:t>Він інженір — і діла та клопіт&lt;br /&gt;</w:t>
        <w:br/>
        <w:t>Занадто є у нього: ціле місто&lt;br /&gt;</w:t>
        <w:br/>
        <w:t>Він тут спорудив у степу глухім,&lt;br /&gt;</w:t>
        <w:br/>
        <w:t>То треба ж раду дать.&lt;br /&gt;</w:t>
        <w:br/>
        <w:t>Мар'яна (запалившись).&lt;br /&gt;</w:t>
        <w:br/>
        <w:t>Бодай .вона,&lt;br /&gt;</w:t>
        <w:br/>
        <w:t>Огнем споруда тая пойнялась,&lt;br /&gt;</w:t>
        <w:br/>
        <w:t>Коли нам застує вона любитись!&lt;br /&gt;</w:t>
        <w:br/>
        <w:t>Марта (махає на неї руками).&lt;br /&gt;</w:t>
        <w:br/>
        <w:t>Мар'яно, схаменись!..&lt;br /&gt;</w:t>
        <w:br/>
        <w:t>Мар'яна&lt;br /&gt;</w:t>
        <w:br/>
        <w:t>Бодай вона&lt;br /&gt;</w:t>
        <w:br/>
        <w:t>Запалася навіки!.. Я одна&lt;br /&gt;</w:t>
        <w:br/>
        <w:t>Зосталася б тоді у нього. Він&lt;br /&gt;</w:t>
        <w:br/>
        <w:t>Тоді не кидав би мене саму&lt;br /&gt;</w:t>
        <w:br/>
        <w:t>З нудьгою, смутком і думками, він&lt;br /&gt;</w:t>
        <w:br/>
        <w:t>Не проміняв би...&lt;br /&gt;</w:t>
        <w:br/>
        <w:t>Марта (підводиться).&lt;br /&gt;</w:t>
        <w:br/>
        <w:t>Ти дурне верзеш:&lt;br /&gt;</w:t>
        <w:br/>
        <w:t>Чи можна ж цілий вік йому сидіти,&lt;br /&gt;</w:t>
        <w:br/>
        <w:t>Та бути нянькою тобі, коли&lt;br /&gt;</w:t>
        <w:br/>
        <w:t>Десь кличе діло, служба і клопоти?&lt;br /&gt;</w:t>
        <w:br/>
        <w:t>Дитина ти, зростала у степу,&lt;br /&gt;</w:t>
        <w:br/>
        <w:t>І далі млину, далі греблі й річки&lt;br /&gt;</w:t>
        <w:br/>
        <w:t>Не бачила ні світу, ні людей.</w:t>
      </w:r>
    </w:p>
    <w:p>
      <w:r>
        <w:br/>
        <w:t>Так... так... зростала у степу... еге,&lt;br /&gt;</w:t>
        <w:br/>
        <w:t>В степу... Я —Казка.&lt;br /&gt;</w:t>
        <w:br/>
        <w:t>Мар'яна (замислено).&lt;br /&gt;</w:t>
        <w:br/>
        <w:t>іростала з&lt;br /&gt;</w:t>
        <w:br/>
        <w:t>— Казка.&lt;br /&gt;</w:t>
        <w:br/>
        <w:t>Марта</w:t>
      </w:r>
    </w:p>
    <w:p>
      <w:r>
        <w:br/>
        <w:t>Краще йди приляж.&lt;br /&gt;</w:t>
        <w:br/>
        <w:t>Піду я постелю. (Виходить).&lt;br /&gt;</w:t>
        <w:br/>
        <w:t>Мар'яна&lt;br /&gt;</w:t>
        <w:br/>
        <w:t>А Казка вабить&lt;br /&gt;</w:t>
        <w:br/>
        <w:t>І раз, і двічі, потім надокучить...&lt;br /&gt;</w:t>
        <w:br/>
        <w:t>(Здригається).&lt;br /&gt;</w:t>
        <w:br/>
        <w:t>Невже?., так хутко?.. Ні, не може бути.&lt;br /&gt;</w:t>
        <w:br/>
        <w:t>Проте... вже кілька день, як я ще сплю,&lt;br /&gt;</w:t>
        <w:br/>
        <w:t>Зникає він невідомо куди,&lt;br /&gt;</w:t>
        <w:br/>
        <w:t>Приходить тільки ніччю, а то й зовсім&lt;br /&gt;</w:t>
        <w:br/>
        <w:t>Ночує десь не дома. Я ж — сама...&lt;br /&gt;</w:t>
        <w:br/>
        <w:t>Сама... (Дослухається).&lt;br /&gt;</w:t>
        <w:br/>
        <w:t>Як сумно грає він в цей вечір.&lt;br /&gt;</w:t>
        <w:br/>
        <w:t>О, Юрку... Юрку... гарний, милий, любий...&lt;br /&gt;</w:t>
        <w:br/>
        <w:t>Прийди... розваж... дай серденьку поради.&lt;br /&gt;</w:t>
        <w:br/>
        <w:t>Чи чуєш, як твоя Мар'яна квилить,&lt;br /&gt;</w:t>
        <w:br/>
        <w:t>Мов чайка та над річкою підбита,&lt;br /&gt;</w:t>
        <w:br/>
        <w:t>Немов твоя сопілонька тужлива?&lt;br /&gt;</w:t>
        <w:br/>
        <w:t>Знов дослухається; сопілку чути виразніш.&lt;br /&gt;</w:t>
        <w:br/>
        <w:t>Мар'яна, прояснівши, схоплюється й жадливо&lt;br /&gt;</w:t>
        <w:br/>
        <w:t>дивиться в одчинене вікно — вся порив,&lt;br /&gt;</w:t>
        <w:br/>
        <w:t>вся зустріч.&lt;br /&gt;</w:t>
        <w:br/>
        <w:t>Іде... сюди підходить він... Юрко!..&lt;br /&gt;</w:t>
        <w:br/>
        <w:t>Юрко!.. А може, то мені почулось?..&lt;br /&gt;</w:t>
        <w:br/>
        <w:t>В понурих скель пустун всесвітній вітер&lt;br /&gt;</w:t>
        <w:br/>
        <w:t>Украв той спів і на легеньких крилах&lt;br /&gt;</w:t>
        <w:br/>
        <w:t>Приніс мені жаданий подарунок...&lt;br /&gt;</w:t>
        <w:br/>
        <w:t>І квітів пах з степів зеленобарвних,&lt;br /&gt;</w:t>
        <w:br/>
        <w:t>І рокіт хвиль в каміннях мовчазних,&lt;br /&gt;</w:t>
        <w:br/>
        <w:t>Зітхання вечора і плач отари...&lt;br /&gt;</w:t>
        <w:br/>
        <w:t>А може... серце плаче то самітнє&lt;br /&gt;</w:t>
        <w:br/>
        <w:t>За тим, що більш не вернеться ніколи?&lt;br /&gt;</w:t>
        <w:br/>
        <w:t>(Знов дослухається).&lt;br /&gt;</w:t>
        <w:br/>
        <w:t>Ні, ні... То він, Юрко, сюди підходить.&lt;br /&gt;</w:t>
        <w:br/>
        <w:t>Я чую вже ходу...&lt;br /&gt;</w:t>
        <w:br/>
        <w:t>Раптом гра уривається; вона нагинається&lt;br /&gt;</w:t>
        <w:br/>
        <w:t>до вікна й хутко одскакує; вікном стрибає&lt;br /&gt;</w:t>
        <w:br/>
        <w:t>в кімнату чабан Юрко.&lt;br /&gt;</w:t>
        <w:br/>
        <w:t>Юрко!.. Юрко!..&lt;br /&gt;</w:t>
        <w:br/>
        <w:t>(Обнімає й цілує, потім крутить його&lt;br /&gt;</w:t>
        <w:br/>
        <w:t>по кімнаті).&lt;br /&gt;</w:t>
        <w:br/>
        <w:t>Прийшов, прийшов, прийшов!..&lt;br /&gt;</w:t>
        <w:br/>
        <w:t>Юрко дивиться на неї поглядом, повним кохання&lt;br /&gt;</w:t>
        <w:br/>
        <w:t>й муки. Він не пручається; коли ж вона перестає,&lt;br /&gt;</w:t>
        <w:br/>
        <w:t>то він бере її за руку і, показуючи у вікно,&lt;br /&gt;</w:t>
        <w:br/>
        <w:t>тягне, благаюче.&lt;br /&gt;</w:t>
        <w:br/>
        <w:t>Ось постривай!&lt;br /&gt;</w:t>
        <w:br/>
        <w:t>Скажи, як млин? дідусь іще живий?&lt;br /&gt;</w:t>
        <w:br/>
        <w:t>Юрко киває головою й знов тягне за собою.&lt;br /&gt;</w:t>
        <w:br/>
        <w:t>Куди? Стривай! ти. сядь тут біля ніг&lt;br /&gt;</w:t>
        <w:br/>
        <w:t>Та розкажи, що діється у вас.&lt;br /&gt;</w:t>
        <w:br/>
        <w:t>Він дивиться на неї з докором, потім,&lt;br /&gt;</w:t>
        <w:br/>
        <w:t>зважившись, сідає на підлозі коло ніг її&lt;br /&gt;</w:t>
        <w:br/>
        <w:t>і, дивлячись їй у вічі, починає грати на сопілці&lt;br /&gt;</w:t>
        <w:br/>
        <w:t>сумну-сумну мелодію, що врешті нагадує&lt;br /&gt;</w:t>
        <w:br/>
        <w:t>тяжкий плач.&lt;br /&gt;</w:t>
        <w:br/>
        <w:t>Мар'яна&lt;br /&gt;</w:t>
        <w:br/>
        <w:t>(уважно слухає, ніби розмову).&lt;br /&gt;</w:t>
        <w:br/>
        <w:t>Краса степів поволі умирає,&lt;br /&gt;</w:t>
        <w:br/>
        <w:t>І там, де вітер, як орел, гуляв,&lt;br /&gt;</w:t>
        <w:br/>
        <w:t>Туман задушливий висить, як хмара.&lt;br /&gt;</w:t>
        <w:br/>
        <w:t>Грай, грай... я слухаю, я розумію.&lt;br /&gt;</w:t>
        <w:br/>
        <w:t>Як ніч-краса на землю тихо сходить,&lt;br /&gt;</w:t>
        <w:br/>
        <w:t>Огні і огнища палають всюди,&lt;br /&gt;</w:t>
        <w:br/>
        <w:t>І гаснуть зір привітнії лампади...&lt;br /&gt;</w:t>
        <w:br/>
        <w:t>Замовкли співи степу чарівні&lt;br /&gt;</w:t>
        <w:br/>
        <w:t>За гомоном людським, машинним ревом.&lt;br /&gt;</w:t>
        <w:br/>
        <w:t>І пишнії барвисті килими&lt;br /&gt;</w:t>
        <w:br/>
        <w:t>В руйновище і смітник обернулись.&lt;br /&gt;</w:t>
        <w:br/>
        <w:t>Грай, грай. А млин, старенький млин&lt;br /&gt;</w:t>
        <w:br/>
        <w:t>Ущух навік і журно похилився,&lt;br /&gt;</w:t>
        <w:br/>
        <w:t>Мов дід старий під тягарем життя.&lt;br /&gt;</w:t>
        <w:br/>
        <w:t>Сміється дід, зелений дідько плаче,&lt;br /&gt;</w:t>
        <w:br/>
        <w:t>А я щаслива тут... (Замислюється).&lt;br /&gt;</w:t>
        <w:br/>
        <w:t>Щаслива? я?..&lt;br /&gt;</w:t>
        <w:br/>
        <w:t>Схоплюється. Юрко уриває гру.&lt;br /&gt;</w:t>
        <w:br/>
        <w:t>Авжеж щаслива я, і годі плакать.&lt;br /&gt;</w:t>
        <w:br/>
        <w:t>Іти? Куди? А він, Густав коханий?&lt;br /&gt;</w:t>
        <w:br/>
        <w:t>Ось незабаром прийде він сюди,&lt;br /&gt;</w:t>
        <w:br/>
        <w:t>І сум розтане мій у бризках сміху.&lt;br /&gt;</w:t>
        <w:br/>
        <w:t>А ти іди і Дідові розкажеш,&lt;br /&gt;</w:t>
        <w:br/>
        <w:t>Що тут живе Мар'яна, мов цариця,&lt;br /&gt;</w:t>
        <w:br/>
        <w:t>Що я свого Густава ублагаю,&lt;br /&gt;</w:t>
        <w:br/>
        <w:t>І візьме Діда він сюди й тебе.&lt;br /&gt;</w:t>
        <w:br/>
        <w:t>І знову будеш тут ти, коло мене...&lt;br /&gt;</w:t>
        <w:br/>
        <w:t>Замислюється. Юрко знов награє.&lt;br /&gt;</w:t>
        <w:br/>
        <w:t>Що кажеш ти? Він млин зруйнує?&lt;br /&gt;</w:t>
        <w:br/>
        <w:t>О, ні, вигадуєш! мене він любить!&lt;br /&gt;</w:t>
        <w:br/>
        <w:t>Що? що? (з жахом).&lt;br /&gt;</w:t>
        <w:br/>
        <w:t>Мене не любить більше він?&lt;br /&gt;</w:t>
        <w:br/>
        <w:t>(Замислюється).&lt;br /&gt;</w:t>
        <w:br/>
        <w:t>Не любить більш?&lt;br /&gt;</w:t>
        <w:br/>
        <w:t>(Стенувщись).&lt;br /&gt;</w:t>
        <w:br/>
        <w:t>Ой, Юрку, брешеш ти!..&lt;br /&gt;</w:t>
        <w:br/>
        <w:t>(Свариться на нього пальцем).&lt;br /&gt;</w:t>
        <w:br/>
        <w:t>Юрко, ображений, перестає грати й схоплюється&lt;br /&gt;</w:t>
        <w:br/>
        <w:t>на ноги, очі йому палають.&lt;br /&gt;</w:t>
        <w:br/>
        <w:t>Мар'яна (сміється).&lt;br /&gt;</w:t>
        <w:br/>
        <w:t>Ага, впіймала на брехні!.. А що!&lt;br /&gt;</w:t>
        <w:br/>
        <w:t>(Бере його за плечі й крутить по кімнаті,&lt;br /&gt;</w:t>
        <w:br/>
        <w:t>пританцьовуючи ).&lt;br /&gt;</w:t>
        <w:br/>
        <w:t>Він любить, любить, любить...&lt;br /&gt;</w:t>
        <w:br/>
        <w:t>Марта (на порозі, вжахнувшись).&lt;br /&gt;</w:t>
        <w:br/>
        <w:t>Свят, свят, свят!&lt;br /&gt;</w:t>
        <w:br/>
        <w:t>Юрко, угледівши її, вистрибує&lt;br /&gt;</w:t>
        <w:br/>
        <w:t>вікном у сад.&lt;br /&gt;</w:t>
        <w:br/>
        <w:t>Марта (отямившись).&lt;br /&gt;</w:t>
        <w:br/>
        <w:t>Це ж хто? це ж що?&lt;br /&gt;</w:t>
        <w:br/>
        <w:t>Мар'яна&lt;br /&gt;</w:t>
        <w:br/>
        <w:t>(регоче, підбігає до неї, хапає&lt;br /&gt;</w:t>
        <w:br/>
        <w:t>за стан і крутить по кімнаті).&lt;br /&gt;</w:t>
        <w:br/>
        <w:t>Юрко, Юрко, Юрко!..&lt;br /&gt;</w:t>
        <w:br/>
        <w:t>Юрко чабан...&lt;br /&gt;</w:t>
        <w:br/>
        <w:t>Марта&lt;br /&gt;</w:t>
        <w:br/>
        <w:t>(пручається й вислизає з рук).&lt;br /&gt;</w:t>
        <w:br/>
        <w:t>Чабан? Це так, це так!&lt;br /&gt;</w:t>
        <w:br/>
        <w:t>Це гарне товариство! Ох, Мар'яно,&lt;br /&gt;</w:t>
        <w:br/>
        <w:t>Вже, певне, глузд голівку твою кинув.&lt;br /&gt;</w:t>
        <w:br/>
        <w:t>Подякуй Богу, що не пан, а я&lt;br /&gt;</w:t>
        <w:br/>
        <w:t>В цю мить сюди до тебе нагодилась.&lt;br /&gt;</w:t>
        <w:br/>
        <w:t>Це так... це так...&lt;br /&gt;</w:t>
        <w:br/>
        <w:t>Мар'яна&lt;br /&gt;</w:t>
        <w:br/>
        <w:t>А що хіба?&lt;br /&gt;</w:t>
        <w:br/>
        <w:t>Марта&lt;br /&gt;</w:t>
        <w:br/>
        <w:t>А те,&lt;br /&gt;</w:t>
        <w:br/>
        <w:t>Що перепало б і тобі й мені.&lt;br /&gt;</w:t>
        <w:br/>
        <w:t>Найпаче ж Марті, щоб пильніш дивилась.&lt;br /&gt;</w:t>
        <w:br/>
        <w:t>У панських горницях — чабан! Ну-ну!&lt;br /&gt;</w:t>
        <w:br/>
        <w:t>Чи хто чував такеє, чи видав?&lt;br /&gt;</w:t>
        <w:br/>
        <w:t>Отару б ще пригнав сюди в кімнату...&lt;br /&gt;</w:t>
        <w:br/>
        <w:t>(Нахиляється й розглядає підлогу).&lt;br /&gt;</w:t>
        <w:br/>
        <w:t>Не набруднив своїми постолами?..&lt;br /&gt;</w:t>
        <w:br/>
        <w:t>Мар'яна&lt;br /&gt;</w:t>
        <w:br/>
        <w:t>А знаєте, що вам скажу я, Марто?&lt;br /&gt;</w:t>
        <w:br/>
        <w:t>Марта&lt;br /&gt;</w:t>
        <w:br/>
        <w:t>Щось вигадала знову?&lt;br /&gt;</w:t>
        <w:br/>
        <w:t>Мар'яна&lt;br /&gt;</w:t>
        <w:br/>
        <w:t>Ні, давно&lt;br /&gt;</w:t>
        <w:br/>
        <w:t>Вже думаю про теє.&lt;br /&gt;</w:t>
        <w:br/>
        <w:t>Марта&lt;br /&gt;</w:t>
        <w:br/>
        <w:t>Та про що ж?&lt;br /&gt;</w:t>
        <w:br/>
        <w:t>Мар' яна&lt;br /&gt;</w:t>
        <w:br/>
        <w:t>А як гадаєте, він згоден буде?&lt;br /&gt;</w:t>
        <w:br/>
        <w:t>Марта&lt;br /&gt;</w:t>
        <w:br/>
        <w:t>Та хто й на що?&lt;br /&gt;</w:t>
        <w:br/>
        <w:t>Мар' яна&lt;br /&gt;</w:t>
        <w:br/>
        <w:t>Густав,— щоб Діда взять&lt;br /&gt;</w:t>
        <w:br/>
        <w:t>Сюди, до нас, а з ним Юрка? авжеж?&lt;br /&gt;</w:t>
        <w:br/>
        <w:t>Фу-фу, як заревів би Водяник!..&lt;br /&gt;</w:t>
        <w:br/>
        <w:t>Марта (спліскує руками).&lt;br /&gt;</w:t>
        <w:br/>
        <w:t>О Господи! ти зовсім божевільна.&lt;br /&gt;</w:t>
        <w:br/>
        <w:t>Та де ж це видано, щоб в панський дім&lt;br /&gt;</w:t>
        <w:br/>
        <w:t>Пускали жить якогось мужика,&lt;br /&gt;</w:t>
        <w:br/>
        <w:t>А з ним, старим, ще й чабана в додачу?&lt;br /&gt;</w:t>
        <w:br/>
        <w:t>Ввесь дім вони за тиждень засмердять.&lt;br /&gt;</w:t>
        <w:br/>
        <w:t>Мар'яна (розчаровано).&lt;br /&gt;</w:t>
        <w:br/>
        <w:t>А я ж... мене пустили?..&lt;br /&gt;</w:t>
        <w:br/>
        <w:t>Марта&lt;br /&gt;</w:t>
        <w:br/>
        <w:t>Ти не те...&lt;br /&gt;</w:t>
        <w:br/>
        <w:t>Не те... Пан знав, кого пускав і за що.&lt;br /&gt;</w:t>
        <w:br/>
        <w:t>Та коли б я красу такую мала,&lt;br /&gt;</w:t>
        <w:br/>
        <w:t>Здається... ат!.. (Махає рукою).&lt;br /&gt;</w:t>
        <w:br/>
        <w:t>Та що там і казать!&lt;br /&gt;</w:t>
        <w:br/>
        <w:t>А ти про теє думку залиши.&lt;br /&gt;</w:t>
        <w:br/>
        <w:t>Як хочеш з дідом жить, то йди до нього.&lt;br /&gt;</w:t>
        <w:br/>
        <w:t>Мар'яна&lt;br /&gt;</w:t>
        <w:br/>
        <w:t>А як же без Густава?..&lt;br /&gt;</w:t>
        <w:br/>
        <w:t>Марта&lt;br /&gt;</w:t>
        <w:br/>
        <w:t>Що Густав!&lt;br /&gt;</w:t>
        <w:br/>
        <w:t>Він знайде й там, як будеш ти потрібна.&lt;br /&gt;</w:t>
        <w:br/>
        <w:t>Мар'яна (задумано).&lt;br /&gt;</w:t>
        <w:br/>
        <w:t>Він знайде й там...&lt;br /&gt;</w:t>
        <w:br/>
        <w:t>Марта</w:t>
      </w:r>
    </w:p>
    <w:p>
      <w:r>
        <w:br/>
        <w:t>Мар'яна&lt;br /&gt;</w:t>
        <w:br/>
        <w:t>Не пустить він.&lt;br /&gt;</w:t>
        <w:br/>
        <w:t>Марта&lt;br /&gt;</w:t>
        <w:br/>
        <w:t>Чого не пустить? — пустить. А пішла б?&lt;br /&gt;</w:t>
        <w:br/>
        <w:t>Мар'яна (задумано).&lt;br /&gt;</w:t>
        <w:br/>
        <w:t>Пішла б хоч на хвилиночку побачить...&lt;br /&gt;</w:t>
        <w:br/>
        <w:t>Марта&lt;br /&gt;</w:t>
        <w:br/>
        <w:t>Чого там на хвилиночку — назавше.&lt;br /&gt;</w:t>
        <w:br/>
        <w:t>Ґдід радий би був... і той... чабан.&lt;br /&gt;</w:t>
        <w:br/>
        <w:t>І пан би їздив, як покличеш. Хочеш —&lt;br /&gt;</w:t>
        <w:br/>
        <w:t>Його про це я попрохаю... Добре?&lt;br /&gt;</w:t>
        <w:br/>
        <w:t>Мар'яна мовчить у задумі.&lt;br /&gt;</w:t>
        <w:br/>
        <w:t>Трохим&lt;br /&gt;</w:t>
        <w:br/>
        <w:t>(входить, прибирає на столі, скоса&lt;br /&gt;</w:t>
        <w:br/>
        <w:t>сердито позираючи на них).&lt;br /&gt;</w:t>
        <w:br/>
        <w:t>Ішли б звідсіль... Хтось, може, нагодиться&lt;br /&gt;</w:t>
        <w:br/>
        <w:t>До пана раптом... і перепаде&lt;br /&gt;</w:t>
        <w:br/>
        <w:t>Мені за непорядок. В кабінеті&lt;br /&gt;</w:t>
        <w:br/>
        <w:t>Бабам не полатається... Усе&lt;br /&gt;</w:t>
        <w:br/>
        <w:t>Повинно буть на місці на своїм...&lt;br /&gt;</w:t>
        <w:br/>
        <w:t>Коли ти жінка, то й сиди десь-інде,&lt;br /&gt;</w:t>
        <w:br/>
        <w:t>А кабінет для тих, хто діло робить...&lt;br /&gt;</w:t>
        <w:br/>
        <w:t>Марта&lt;br /&gt;</w:t>
        <w:br/>
        <w:t>У, діло... ач, який знайшовсь трудящий!&lt;br /&gt;</w:t>
        <w:br/>
        <w:t>Із'їли кабінет твій діловий.&lt;br /&gt;</w:t>
        <w:br/>
        <w:t>Ходім, Мар'яно, годі міркувати...&lt;br /&gt;</w:t>
        <w:br/>
        <w:t>(Виходять).&lt;br /&gt;</w:t>
        <w:br/>
        <w:t>Трохим&lt;br /&gt;</w:t>
        <w:br/>
        <w:t>(прибравши в кабінеті, сідає в крісло&lt;br /&gt;</w:t>
        <w:br/>
        <w:t>за стіл, бере сигару із скриньки&lt;br /&gt;</w:t>
        <w:br/>
        <w:t>й закурює).&lt;br /&gt;</w:t>
        <w:br/>
        <w:t>Хе-хе, трудящий... Що то баба! їй,&lt;br /&gt;</w:t>
        <w:br/>
        <w:t>Як віхтем або віником не ТЄЄЇ..&lt;br /&gt;</w:t>
        <w:br/>
        <w:t>Еге... то-то вже і не той... Дурна!&lt;br /&gt;</w:t>
        <w:br/>
        <w:t>Хіба їй зрозуміть, що з паном ми&lt;br /&gt;</w:t>
        <w:br/>
        <w:t>Працюємо... працюєм головою...&lt;br /&gt;</w:t>
        <w:br/>
        <w:t>А це не жарт... еге... того... наука!..&lt;br /&gt;</w:t>
        <w:br/>
        <w:t>Куди ж їй з бабським розумом це знати!..&lt;br /&gt;</w:t>
        <w:br/>
        <w:t>Понятія нема... Горшки їй той... (По хвилі).&lt;br /&gt;</w:t>
        <w:br/>
        <w:t>Колись ми з паном...&lt;br /&gt;</w:t>
        <w:br/>
        <w:t>Дзвінок. Трохим повертає голову.&lt;br /&gt;</w:t>
        <w:br/>
        <w:t>Наче дзвонить хтось?&lt;br /&gt;</w:t>
        <w:br/>
        <w:t>Отак, як бачиш... день у день... еге...&lt;br /&gt;</w:t>
        <w:br/>
        <w:t>І побалакати нема часу.&lt;br /&gt;</w:t>
        <w:br/>
        <w:t>Поволі підводиться й виходить у передпокій.&lt;br /&gt;</w:t>
        <w:br/>
        <w:t>За хвильку у кабінет увіходять панна Марія&lt;br /&gt;</w:t>
        <w:br/>
        <w:t>і панна Сусанна.&lt;br /&gt;</w:t>
        <w:br/>
        <w:t>Марія (до Трохима).&lt;br /&gt;</w:t>
        <w:br/>
        <w:t>Татусь пішов до пана у контору,&lt;br /&gt;</w:t>
        <w:br/>
        <w:t>А нам звелів його тут почекати.&lt;br /&gt;</w:t>
        <w:br/>
        <w:t>Трохим (вибачливо^.&lt;br /&gt;</w:t>
        <w:br/>
        <w:t>Це можна, можна. Знаю ж я, хто ви,&lt;br /&gt;</w:t>
        <w:br/>
        <w:t>Тому і дозволяю. Нареченій&lt;br /&gt;</w:t>
        <w:br/>
        <w:t>Ясного пана нашого і тут...&lt;br /&gt;</w:t>
        <w:br/>
        <w:t>І в кабінеті можна... атож які.. (Сідає).&lt;br /&gt;</w:t>
        <w:br/>
        <w:t>Я знав старого Тарана...&lt;br /&gt;</w:t>
        <w:br/>
        <w:t>Марія й Сусанна перезираються здивовано.&lt;br /&gt;</w:t>
        <w:br/>
        <w:t>Марія&lt;br /&gt;</w:t>
        <w:br/>
        <w:t>Ви йдіть,&lt;br /&gt;</w:t>
        <w:br/>
        <w:t>А ми самі підождемо їх тут.&lt;br /&gt;</w:t>
        <w:br/>
        <w:t>Трохим (підводиться).&lt;br /&gt;</w:t>
        <w:br/>
        <w:t>Гаразд, гаразд... Розважити хотів,&lt;br /&gt;</w:t>
        <w:br/>
        <w:t>Поки пани повернуться з контори.&lt;br /&gt;</w:t>
        <w:br/>
        <w:t>Якщо ж ви той, то... я й того... піду.&lt;br /&gt;</w:t>
        <w:br/>
        <w:t>(Виходить).&lt;br /&gt;</w:t>
        <w:br/>
        <w:t>Марія любовно розглядає кабінет.&lt;br /&gt;</w:t>
        <w:br/>
        <w:t>Марія&lt;br /&gt;</w:t>
        <w:br/>
        <w:t>Тут, за оцим столом, працює він...&lt;br /&gt;</w:t>
        <w:br/>
        <w:t>Як згорне білий день шумливі крила,&lt;br /&gt;</w:t>
        <w:br/>
        <w:t>І ніч задумлива покриє землю,&lt;br /&gt;</w:t>
        <w:br/>
        <w:t>Зашепче сад тихенько під вікном;&lt;br /&gt;</w:t>
        <w:br/>
        <w:t>Вія творить тут в натхненній самоті&lt;br /&gt;</w:t>
        <w:br/>
        <w:t>Сам на сам з творчими думкамй*-Лут,&lt;br /&gt;</w:t>
        <w:br/>
        <w:t>У тишині, в захиснім цім куточку,&lt;br /&gt;</w:t>
        <w:br/>
        <w:t>Душі його присутність відчуваю.&lt;br /&gt;</w:t>
        <w:br/>
        <w:t>І творчі образи, як привиди незримі,&lt;br /&gt;</w:t>
        <w:br/>
        <w:t>Розмову тихую з його душею,&lt;br /&gt;</w:t>
        <w:br/>
        <w:t>Я чую, тут ведуть.&lt;br /&gt;</w:t>
        <w:br/>
        <w:t>Сусанна&lt;br /&gt;</w:t>
        <w:br/>
        <w:t>(ввесь час суворий вигляд має).&lt;br /&gt;</w:t>
        <w:br/>
        <w:t>То мрійний вечір&lt;br /&gt;</w:t>
        <w:br/>
        <w:t>Спустивсь на сад, шепочеться із ним.&lt;br /&gt;</w:t>
        <w:br/>
        <w:t>Марія&lt;br /&gt;</w:t>
        <w:br/>
        <w:t>Із пітьми небуття у зриму дійсність&lt;br /&gt;</w:t>
        <w:br/>
        <w:t>Він викликав їх розумом палким&lt;br /&gt;</w:t>
        <w:br/>
        <w:t>І оживив, служить своїм замірам&lt;br /&gt;</w:t>
        <w:br/>
        <w:t>Примусив їх, як дужий володар.&lt;br /&gt;</w:t>
        <w:br/>
        <w:t>Ти чуєш, сестро, стогін їх журливий?&lt;br /&gt;</w:t>
        <w:br/>
        <w:t>Сусанна&lt;br /&gt;</w:t>
        <w:br/>
        <w:t>То в горницях порожніх і просторих&lt;br /&gt;</w:t>
        <w:br/>
        <w:t>Хода легенька наша одгукнулась&lt;br /&gt;</w:t>
        <w:br/>
        <w:t>Журливою луною...&lt;br /&gt;</w:t>
        <w:br/>
        <w:t>Марія (не слухаючи).&lt;br /&gt;</w:t>
        <w:br/>
        <w:t>Ось перо,&lt;br /&gt;</w:t>
        <w:br/>
        <w:t>Великих дум постійний виконавець.&lt;br /&gt;</w:t>
        <w:br/>
        <w:t>Ось тут папір натхнення дожидає.&lt;br /&gt;</w:t>
        <w:br/>
        <w:t>А ось сувій із планом докладним,—&lt;br /&gt;</w:t>
        <w:br/>
        <w:t>Це творчості етап передостанній.&lt;br /&gt;</w:t>
        <w:br/>
        <w:t>(Бере фотографію).&lt;br /&gt;</w:t>
        <w:br/>
        <w:t>А ось... Це ж хто?.. Укохана сестра&lt;br /&gt;</w:t>
        <w:br/>
        <w:t>В простецькім убранні і у віночку...&lt;br /&gt;</w:t>
        <w:br/>
        <w:t>Прекрасна, як весна...&lt;br /&gt;</w:t>
        <w:br/>
        <w:t>Сусанна&lt;br /&gt;</w:t>
        <w:br/>
        <w:t>Сестра? Не знаю...&lt;br /&gt;</w:t>
        <w:br/>
        <w:t>На нього щось не схожа.&lt;br /&gt;</w:t>
        <w:br/>
        <w:t>Марія&lt;br /&gt;</w:t>
        <w:br/>
        <w:t>О, не завжди&lt;br /&gt;</w:t>
        <w:br/>
        <w:t>Сестра на брата схожа.&lt;br /&gt;</w:t>
        <w:br/>
        <w:t>Сусанн а&lt;br /&gt;</w:t>
        <w:br/>
        <w:t>Я не чула,&lt;br /&gt;</w:t>
        <w:br/>
        <w:t>Що в нього є сестра... Він не казав.</w:t>
      </w:r>
    </w:p>
    <w:p>
      <w:r>
        <w:br/>
        <w:t>Марія (тривожно).&lt;br /&gt;</w:t>
        <w:br/>
        <w:t>А хто ж?..</w:t>
      </w:r>
    </w:p>
    <w:p>
      <w:r>
        <w:br/>
        <w:t>Ти глянь, яким огнем, жагою&lt;br /&gt;</w:t>
        <w:br/>
        <w:t>Палають очі дівчини цієї.&lt;br /&gt;</w:t>
        <w:br/>
        <w:t>То що?&lt;br /&gt;</w:t>
        <w:br/>
        <w:t>Сусанна&lt;br /&gt;</w:t>
        <w:br/>
        <w:t>Вони печуть, чарують, ваблять,&lt;br /&gt;</w:t>
        <w:br/>
        <w:t>І одірватися од них — дарма,&lt;br /&gt;</w:t>
        <w:br/>
        <w:t>Дай гляну ще!.. Яка краси безодня!&lt;br /&gt;</w:t>
        <w:br/>
        <w:t>Дивитись в них — то є вже щастя. Ні,&lt;br /&gt;</w:t>
        <w:br/>
        <w:t>Це не сестра. Щоб мати перед себе&lt;br /&gt;</w:t>
        <w:br/>
        <w:t>Повсякчас образ цей і не забути,&lt;br /&gt;</w:t>
        <w:br/>
        <w:t>Що то сестра — цього не може бути...&lt;br /&gt;</w:t>
        <w:br/>
        <w:t>Коли ж то правда, що сестра вона,&lt;br /&gt;</w:t>
        <w:br/>
        <w:t>То... я не знаю... він про гріх забув.&lt;br /&gt;</w:t>
        <w:br/>
        <w:t>Яка краса!..&lt;br /&gt;</w:t>
        <w:br/>
        <w:t>Входить тихенько Мар'яна й стає на дверях.&lt;br /&gt;</w:t>
        <w:br/>
        <w:t>Марія (вгледівши її).&lt;br /&gt;</w:t>
        <w:br/>
        <w:t>Це ж хто?..&lt;br /&gt;</w:t>
        <w:br/>
        <w:t>С у с а н н а (пошепки).&lt;br /&gt;</w:t>
        <w:br/>
        <w:t>Вона... вона...&lt;br /&gt;</w:t>
        <w:br/>
        <w:t>Мар'яна (привітно посміхаючись).&lt;br /&gt;</w:t>
        <w:br/>
        <w:t>Добривечір!..&lt;br /&gt;</w:t>
        <w:br/>
        <w:t>Марія&lt;br /&gt;</w:t>
        <w:br/>
        <w:t>Ви ж хто єсте?&lt;br /&gt;</w:t>
        <w:br/>
        <w:t>Мар' ян а&lt;br /&gt;</w:t>
        <w:br/>
        <w:t>Я?.. Казка.&lt;br /&gt;</w:t>
        <w:br/>
        <w:t>Сусанна (здивовано).&lt;br /&gt;</w:t>
        <w:br/>
        <w:t>Ви Казка?&lt;br /&gt;</w:t>
        <w:br/>
        <w:t>Марія (дивиться на сестру).&lt;br /&gt;</w:t>
        <w:br/>
        <w:t>Казка?.. Чудно як... мов у сні.&lt;br /&gt;</w:t>
        <w:br/>
        <w:t>М ар' я н а&lt;br /&gt;</w:t>
        <w:br/>
        <w:t>Гуєтав мене так зве.&lt;br /&gt;</w:t>
        <w:br/>
        <w:t>М а р і я (хитнувшись).&lt;br /&gt;</w:t>
        <w:br/>
        <w:t>Густав?&lt;br /&gt;</w:t>
        <w:br/>
        <w:t>Сусанна (суворо).&lt;br /&gt;</w:t>
        <w:br/>
        <w:t>Хто ж ви?&lt;br /&gt;</w:t>
        <w:br/>
        <w:t>Сестра йому?..&lt;br /&gt;</w:t>
        <w:br/>
        <w:t>Мар'яна&lt;br /&gt;</w:t>
        <w:br/>
        <w:t>О, ні, я не сестра.&lt;br /&gt;</w:t>
        <w:br/>
        <w:t>Я — Казка. Думала, що він прийшов,&lt;br /&gt;</w:t>
        <w:br/>
        <w:t>І йшла сюди, бо маю щось такеє&lt;br /&gt;</w:t>
        <w:br/>
        <w:t>Сказать йому, від чого вже ніколи&lt;br /&gt;</w:t>
        <w:br/>
        <w:t>Він не забуде більш своєї Казки.&lt;br /&gt;</w:t>
        <w:br/>
        <w:t>(Підходить до сестер).&lt;br /&gt;</w:t>
        <w:br/>
        <w:t>Тихенько будем ми тут розмовляти,&lt;br /&gt;</w:t>
        <w:br/>
        <w:t>Бо Марта, сидячи там, задрімала:&lt;br /&gt;</w:t>
        <w:br/>
        <w:t>Вона прийти сюди заборонила&lt;br /&gt;</w:t>
        <w:br/>
        <w:t>Мені: в Густава, каже, є робота,&lt;br /&gt;</w:t>
        <w:br/>
        <w:t>А ти йому там будеш заважати,—&lt;br /&gt;</w:t>
        <w:br/>
        <w:t>То ми тихесенько, щоб не почула.&lt;br /&gt;</w:t>
        <w:br/>
        <w:t>Марія (ледве промовляючи).&lt;br /&gt;</w:t>
        <w:br/>
        <w:t>Він... любить вас?&lt;br /&gt;</w:t>
        <w:br/>
        <w:t>Мар'яна&lt;br /&gt;</w:t>
        <w:br/>
        <w:t>Казав, що дуже любить...&lt;br /&gt;</w:t>
        <w:br/>
        <w:t>Любив, це знаю я,—любив він так,&lt;br /&gt;</w:t>
        <w:br/>
        <w:t>Як промінь золотий кохає квітка,&lt;br /&gt;</w:t>
        <w:br/>
        <w:t>Як усміх зір душа самітна любить.&lt;br /&gt;</w:t>
        <w:br/>
        <w:t>Коли дививсь — квітки в душі цвіли,&lt;br /&gt;</w:t>
        <w:br/>
        <w:t>Коли сміявсь і говорив,—то в серці&lt;br /&gt;</w:t>
        <w:br/>
        <w:t>Бриніли співи чарівні назустріч,&lt;br /&gt;</w:t>
        <w:br/>
        <w:t>І ніч здавалася рожевим ранком.&lt;br /&gt;</w:t>
        <w:br/>
        <w:t>Але... я — Казка. (Замислюється). Так,&lt;br /&gt;</w:t>
        <w:br/>
        <w:t>Я тільки — Казка.&lt;br /&gt;</w:t>
        <w:br/>
        <w:t>А всяка казка нам надокучає,&lt;br /&gt;</w:t>
        <w:br/>
        <w:t>Коли не раз, не два її ти чуєш.&lt;br /&gt;</w:t>
        <w:br/>
        <w:t>Дива її нас більше не цікавлять,&lt;br /&gt;</w:t>
        <w:br/>
        <w:t>Бо знаєш їх усі ти наперед.&lt;br /&gt;</w:t>
        <w:br/>
        <w:t>Я — Казка та, яку він знає всю,&lt;br /&gt;</w:t>
        <w:br/>
        <w:t>Тому і нудиться, шука нової,&lt;br /&gt;</w:t>
        <w:br/>
        <w:t>І усміх лагідний його до мене,&lt;br /&gt;</w:t>
        <w:br/>
        <w:t>Мов заграва після грози далека — .&lt;br /&gt;</w:t>
        <w:br/>
        <w:t>Ясна, блискуча, та... холодна... Так...&lt;br /&gt;</w:t>
        <w:br/>
        <w:t>(Стенувшись, весело).&lt;br /&gt;</w:t>
        <w:br/>
        <w:t>Але... нову я Казку дам йому!&lt;br /&gt;</w:t>
        <w:br/>
        <w:t>І він навіки мій... ні, краще наш,&lt;br /&gt;</w:t>
        <w:br/>
        <w:t>Бо Казка та в мені.&lt;br /&gt;</w:t>
        <w:br/>
        <w:t>Марія (упалим голосом).&lt;br /&gt;</w:t>
        <w:br/>
        <w:t>Яка ж? яка?&lt;br /&gt;</w:t>
        <w:br/>
        <w:t>Мар'яна&lt;br /&gt;</w:t>
        <w:br/>
        <w:t>(нахиляється до них і шепоче).&lt;br /&gt;</w:t>
        <w:br/>
        <w:t>Дитина це — його й моя: допіру&lt;br /&gt;</w:t>
        <w:br/>
        <w:t>Під серцем я своїм її почула,&lt;br /&gt;</w:t>
        <w:br/>
        <w:t>Прийшла йому сказать, та...&lt;br /&gt;</w:t>
        <w:br/>
        <w:t>Марія&lt;br /&gt;</w:t>
        <w:br/>
        <w:t>(падає непритомна на руки Су санні).&lt;br /&gt;</w:t>
        <w:br/>
        <w:t>Ах!..&lt;br /&gt;</w:t>
        <w:br/>
        <w:t>Сусанна&lt;br /&gt;</w:t>
        <w:br/>
        <w:t>(обережно кладе її на канапу;&lt;br /&gt;</w:t>
        <w:br/>
        <w:t>до Мар'яни).&lt;br /&gt;</w:t>
        <w:br/>
        <w:t>Води, води! Гей, хто там!..&lt;br /&gt;</w:t>
        <w:br/>
        <w:t>Входять Таран і Вагнер.&lt;br /&gt;</w:t>
        <w:br/>
        <w:t>Таран (кидається до дочки).&lt;br /&gt;</w:t>
        <w:br/>
        <w:t>Що таке?&lt;br /&gt;</w:t>
        <w:br/>
        <w:t>Маріє, пташечко... (До Сусанни).&lt;br /&gt;</w:t>
        <w:br/>
        <w:t>Що сталось тут?&lt;br /&gt;</w:t>
        <w:br/>
        <w:t>Вагнер&lt;br /&gt;</w:t>
        <w:br/>
        <w:t>(зрозумівши все, розлютований,&lt;br /&gt;</w:t>
        <w:br/>
        <w:t>кидається на Мар'яну).&lt;br /&gt;</w:t>
        <w:br/>
        <w:t>Тебе убить замало!..&lt;br /&gt;</w:t>
        <w:br/>
        <w:t>Мар'яна&lt;br /&gt;</w:t>
        <w:br/>
        <w:t>(з жахом простягає руки, скрикнувши).&lt;br /&gt;</w:t>
        <w:br/>
        <w:t>Ах! уб'є...&lt;br /&gt;</w:t>
        <w:br/>
        <w:t>Він вб'є мене!,, Юрко! дідусю! пробі!..&lt;br /&gt;</w:t>
        <w:br/>
        <w:t>Падає важко на підлогу, непритомна.&lt;br /&gt;</w:t>
        <w:br/>
        <w:t>Вагнер (хапається за голову),&lt;br /&gt;</w:t>
        <w:br/>
        <w:t>Ах!., все загибло!..&lt;br /&gt;</w:t>
        <w:br/>
        <w:t>Таран налив тим часом з карафи води і вкупі&lt;br /&gt;</w:t>
        <w:br/>
        <w:t>з Сусанною одволав Марію. Вони підводять&lt;br /&gt;</w:t>
        <w:br/>
        <w:t>її під руки й мовчки виходять усі троє. Вагнер&lt;br /&gt;</w:t>
        <w:br/>
        <w:t>робить рух бігти за ними з поясненням, та,&lt;br /&gt;</w:t>
        <w:br/>
        <w:t>роздумавши, раптом зупиняється. По хвилі&lt;br /&gt;</w:t>
        <w:br/>
        <w:t>він дзвонить; коли входить лакей, він з жахливим&lt;br /&gt;</w:t>
        <w:br/>
        <w:t>спокоєм, не дивлячись сам на Мар'яну, показує&lt;br /&gt;</w:t>
        <w:br/>
        <w:t>на неї здивованому лакеєві рукою й наказує:&lt;br /&gt;</w:t>
        <w:br/>
        <w:t>Геть прибрать звідсіль!..</w:t>
      </w:r>
    </w:p>
    <w:p>
      <w:r>
        <w:br/>
        <w:t>НІ</w:t>
      </w:r>
    </w:p>
    <w:p>
      <w:r>
        <w:br/>
        <w:t>Декорація 2-го розділу. В кабінеті не прибрано:&lt;br /&gt;</w:t>
        <w:br/>
        <w:t>папери розкидано по стільцях, на канапі,&lt;br /&gt;</w:t>
        <w:br/>
        <w:t>на підлозі; на столі недопиті й порожні пляшки,&lt;br /&gt;</w:t>
        <w:br/>
        <w:t>рештки закусок, чарки.&lt;br /&gt;</w:t>
        <w:br/>
        <w:t>Ніч. Підпилий Вагнер сидить біля столу,&lt;br /&gt;</w:t>
        <w:br/>
        <w:t>Трохим коло порога, теж напідпитку.&lt;br /&gt;</w:t>
        <w:br/>
        <w:t>Вагнер&lt;br /&gt;</w:t>
        <w:br/>
        <w:t>Вона видужує, ти кажеш?&lt;br /&gt;</w:t>
        <w:br/>
        <w:t>Трохим&lt;br /&gt;</w:t>
        <w:br/>
        <w:t>Так,&lt;br /&gt;</w:t>
        <w:br/>
        <w:t>Мій пане. З ліжка вже встає.&lt;br /&gt;</w:t>
        <w:br/>
        <w:t>Змарніла тільки дуже. Глянув був —&lt;br /&gt;</w:t>
        <w:br/>
        <w:t>Та аж злякавсь. Та то нічого, пане,—&lt;br /&gt;</w:t>
        <w:br/>
        <w:t>Вони живучі...&lt;br /&gt;</w:t>
        <w:br/>
        <w:t>Вагнер&lt;br /&gt;</w:t>
        <w:br/>
        <w:t>Хто?&lt;br /&gt;</w:t>
        <w:br/>
        <w:t>Трохим&lt;br /&gt;</w:t>
        <w:br/>
        <w:t>Та ці дівчата.&lt;br /&gt;</w:t>
        <w:br/>
        <w:t>Скажіть ласкаве слово, посміхніться —&lt;br /&gt;</w:t>
        <w:br/>
        <w:t>І знов на лицях рожі розцвітуть.&lt;br /&gt;</w:t>
        <w:br/>
        <w:t>Ось я гукну її сюди... хе-хе!..&lt;br /&gt;</w:t>
        <w:br/>
        <w:t>Побавитись вже можна... хе-хе-хе!..&lt;br /&gt;</w:t>
        <w:br/>
        <w:t>Вагнер (схоплюється).&lt;br /&gt;</w:t>
        <w:br/>
        <w:t>Що?! Смієш, гаде, ти!&lt;br /&gt;</w:t>
        <w:br/>
        <w:t>Трохим (злякано,).&lt;br /&gt;</w:t>
        <w:br/>
        <w:t>Пробачте, пане.&lt;br /&gt;</w:t>
        <w:br/>
        <w:t>Вагнер&lt;br /&gt;</w:t>
        <w:br/>
        <w:t>Щоб завтра тут її вже не було!&lt;br /&gt;</w:t>
        <w:br/>
        <w:t>Трохим&lt;br /&gt;</w:t>
        <w:br/>
        <w:t>Я слухаю, мій пане.&lt;br /&gt;</w:t>
        <w:br/>
        <w:t>Вагнер (тре чоло).&lt;br /&gt;</w:t>
        <w:br/>
        <w:t>Стій!., а я?..&lt;br /&gt;</w:t>
        <w:br/>
        <w:t>А що ж мені лишається тоді?..&lt;br /&gt;</w:t>
        <w:br/>
        <w:t>Скрізь порожньо... ні втіхи, ні мети...&lt;br /&gt;</w:t>
        <w:br/>
        <w:t>Трохим (фамільярно).&lt;br /&gt;</w:t>
        <w:br/>
        <w:t>От єрунда! та ми таку красулю&lt;br /&gt;</w:t>
        <w:br/>
        <w:t>Вам викопаєм, що аж-аж! Моргніть&lt;br /&gt;</w:t>
        <w:br/>
        <w:t>Ви тільки... хе-хе-хе... то враз я вам&lt;br /&gt;</w:t>
        <w:br/>
        <w:t>Десяток приведу...&lt;br /&gt;</w:t>
        <w:br/>
        <w:t>Вагнер (несамовито).&lt;br /&gt;</w:t>
        <w:br/>
        <w:t>Що ти сказав?!&lt;br /&gt;</w:t>
        <w:br/>
        <w:t>Що ти сказав, розсукин сину...&lt;br /&gt;</w:t>
        <w:br/>
        <w:t>Трохим (злякано).&lt;br /&gt;</w:t>
        <w:br/>
        <w:t>Я...&lt;br /&gt;</w:t>
        <w:br/>
        <w:t>Вагнер&lt;br /&gt;</w:t>
        <w:br/>
        <w:t>Ах ти ж, мерзото! Геть пішов!&lt;br /&gt;</w:t>
        <w:br/>
        <w:t>Трохим&lt;br /&gt;</w:t>
        <w:br/>
        <w:t>Та я ж..&lt;br /&gt;</w:t>
        <w:br/>
        <w:t>Вагнер&lt;br /&gt;</w:t>
        <w:br/>
        <w:t>(хапає револьвер зо столу).&lt;br /&gt;</w:t>
        <w:br/>
        <w:t>Застрелю, проклятий...&lt;br /&gt;</w:t>
        <w:br/>
        <w:t>Трохим зникає; на дверях трохи не збиває з ніг&lt;br /&gt;</w:t>
        <w:br/>
        <w:t>Крамаренка, що входить і стає коло порога,&lt;br /&gt;</w:t>
        <w:br/>
        <w:t>здивований.&lt;br /&gt;</w:t>
        <w:br/>
        <w:t>Крамаренко&lt;br /&gt;</w:t>
        <w:br/>
        <w:t>Що сталось тут?&lt;br /&gt;</w:t>
        <w:br/>
        <w:t>Вагнер&lt;br /&gt;</w:t>
        <w:br/>
        <w:t>(потроху приходить до пам'яті й кладе&lt;br /&gt;</w:t>
        <w:br/>
        <w:t>револьвер на місце).&lt;br /&gt;</w:t>
        <w:br/>
        <w:t>Нічого... Вчу поштивості слугу.&lt;br /&gt;</w:t>
        <w:br/>
        <w:t>(Підходить до столу, наливає й п'є).&lt;br /&gt;</w:t>
        <w:br/>
        <w:t>Вам дивно? так?&lt;br /&gt;</w:t>
        <w:br/>
        <w:t>Крамаренко&lt;br /&gt;</w:t>
        <w:br/>
        <w:t>Я вас не пізнаю.&lt;br /&gt;</w:t>
        <w:br/>
        <w:t>Вагнер (регоче).&lt;br /&gt;</w:t>
        <w:br/>
        <w:t>О, так!.. Лишивсь на хвилях я, мій друже,—&lt;br /&gt;</w:t>
        <w:br/>
        <w:t>Вітрила подрано й стерна нема.&lt;br /&gt;</w:t>
        <w:br/>
        <w:t>. Крамаренко&lt;br /&gt;</w:t>
        <w:br/>
        <w:t>Невчасно ж як зневіривсь пан директор.&lt;br /&gt;</w:t>
        <w:br/>
        <w:t>Тепера, як ніколи, тут потрібна&lt;br /&gt;</w:t>
        <w:br/>
        <w:t>Його залізна воля...&lt;br /&gt;</w:t>
        <w:br/>
        <w:t>Вагнер (сміється).&lt;br /&gt;</w:t>
        <w:br/>
        <w:t>Що? залізна?..&lt;br /&gt;</w:t>
        <w:br/>
        <w:t>Була, та загула... Чому ж невчасно?&lt;br /&gt;</w:t>
        <w:br/>
        <w:t>Крамаренко&lt;br /&gt;</w:t>
        <w:br/>
        <w:t>Самі ви знаєте, що вже давно&lt;br /&gt;</w:t>
        <w:br/>
        <w:t>На нашім обрії зловісні хмари&lt;br /&gt;</w:t>
        <w:br/>
        <w:t>Збираються у гурт. Неспокій скрізь.&lt;br /&gt;</w:t>
        <w:br/>
        <w:t>Дістав відомості, що коло річки&lt;br /&gt;</w:t>
        <w:br/>
        <w:t>Збираються робітники на раду,&lt;br /&gt;</w:t>
        <w:br/>
        <w:t>Щоб під серпанком ночі зміркувать,&lt;br /&gt;</w:t>
        <w:br/>
        <w:t>Підрахувати свої сили.&lt;br /&gt;</w:t>
        <w:br/>
        <w:t>Вагнер&lt;br /&gt;</w:t>
        <w:br/>
        <w:t>Ну?&lt;br /&gt;</w:t>
        <w:br/>
        <w:t>То що?&lt;br /&gt;</w:t>
        <w:br/>
        <w:t>Крамаренко&lt;br /&gt;</w:t>
        <w:br/>
        <w:t>А те, що це недобрим тхне,&lt;br /&gt;</w:t>
        <w:br/>
        <w:t>Завод, і шахти, й все у небезпеці.&lt;br /&gt;</w:t>
        <w:br/>
        <w:t>Вагнер&lt;br /&gt;</w:t>
        <w:br/>
        <w:t>Хай гине все, мені тепер байдуже.&lt;br /&gt;</w:t>
        <w:br/>
        <w:t>І прощу цим мене не турбувати.&lt;br /&gt;</w:t>
        <w:br/>
        <w:t>(Наливає й п'є).&lt;br /&gt;</w:t>
        <w:br/>
        <w:t>Крамаренко (знизує плечима).&lt;br /&gt;</w:t>
        <w:br/>
        <w:t>Хотів іще переказати вам...&lt;br /&gt;</w:t>
        <w:br/>
        <w:t>Вагнер&lt;br /&gt;</w:t>
        <w:br/>
        <w:t>' Про що?&lt;br /&gt;</w:t>
        <w:br/>
        <w:t>Крамаренко&lt;br /&gt;</w:t>
        <w:br/>
        <w:t>Дізнався з певних я джерел,&lt;br /&gt;</w:t>
        <w:br/>
        <w:t>Що, крім відомих нам, у справі цій&lt;br /&gt;</w:t>
        <w:br/>
        <w:t>Дочка старого Тарана взяла&lt;br /&gt;</w:t>
        <w:br/>
        <w:t>Теж участь не останню.&lt;br /&gt;</w:t>
        <w:br/>
        <w:t>Вагнер&lt;br /&gt;</w:t>
        <w:br/>
        <w:t>Що?! Яка?&lt;br /&gt;</w:t>
        <w:br/>
        <w:t>Крамаренко&lt;br /&gt;</w:t>
        <w:br/>
        <w:t>Сусанна.&lt;br /&gt;</w:t>
        <w:br/>
        <w:t>Вагнер .&lt;br /&gt;</w:t>
        <w:br/>
        <w:t>Приверзлося вам?&lt;br /&gt;</w:t>
        <w:br/>
        <w:t>Крамаренко&lt;br /&gt;</w:t>
        <w:br/>
        <w:t>О, ні,&lt;br /&gt;</w:t>
        <w:br/>
        <w:t>Напевне я дізнавсь.&lt;br /&gt;</w:t>
        <w:br/>
        <w:t>Вагнер&lt;br /&gt;</w:t>
        <w:br/>
        <w:t>Не розумію...&lt;br /&gt;</w:t>
        <w:br/>
        <w:t>Крамаренко&lt;br /&gt;</w:t>
        <w:br/>
        <w:t>І я також.&lt;br /&gt;</w:t>
        <w:br/>
        <w:t>Вагнер&lt;br /&gt;</w:t>
        <w:br/>
        <w:t>Змагатись проти себе&lt;br /&gt;</w:t>
        <w:br/>
        <w:t>Самої, проти власних інтересів?..&lt;br /&gt;</w:t>
        <w:br/>
        <w:t>Проте... нехай усі чорти зберуться,&lt;br /&gt;</w:t>
        <w:br/>
        <w:t>А з ними пан Таран за ватажка,&lt;br /&gt;</w:t>
        <w:br/>
        <w:t>Мені однаково тепер... Ви чули?&lt;br /&gt;</w:t>
        <w:br/>
        <w:t>Мені однаково, і дайте спокій!..&lt;br /&gt;</w:t>
        <w:br/>
        <w:t>(Виходить).&lt;br /&gt;</w:t>
        <w:br/>
        <w:t>Крамаренко&lt;br /&gt;</w:t>
        <w:br/>
        <w:t>(дивиться йому вслід і розводить&lt;br /&gt;</w:t>
        <w:br/>
        <w:t>руками).&lt;br /&gt;</w:t>
        <w:br/>
        <w:t>Убий — нічого я не розумію!&lt;br /&gt;</w:t>
        <w:br/>
        <w:t>Трохим (входить, похитуючись).&lt;br /&gt;</w:t>
        <w:br/>
        <w:t>Куди це пан, не знаєте?&lt;br /&gt;</w:t>
        <w:br/>
        <w:t>Крамаренко (махнувши рукою).&lt;br /&gt;</w:t>
        <w:br/>
        <w:t>Не знаю.&lt;br /&gt;</w:t>
        <w:br/>
        <w:t>Сам чорт нічого тут не розбере.&lt;br /&gt;</w:t>
        <w:br/>
        <w:t>Ну, що ж, нехай. Робитиму своє,&lt;br /&gt;</w:t>
        <w:br/>
        <w:t>А далі видно буде. (Виходить)і&lt;br /&gt;</w:t>
        <w:br/>
        <w:t>Трохим&lt;br /&gt;</w:t>
        <w:br/>
        <w:t>(підходить до столу, наливає й п'є).&lt;br /&gt;</w:t>
        <w:br/>
        <w:t>Знов, пішов.&lt;br /&gt;</w:t>
        <w:br/>
        <w:t>Куритиме всю ніч. А п'є він добре,&lt;br /&gt;</w:t>
        <w:br/>
        <w:t>Ніколи я не сподівавсь.&lt;br /&gt;</w:t>
        <w:br/>
        <w:t>(Знов наливає й п'є, потім сідає&lt;br /&gt;</w:t>
        <w:br/>
        <w:t>в крісло).&lt;br /&gt;</w:t>
        <w:br/>
        <w:t>Погано&lt;br /&gt;</w:t>
        <w:br/>
        <w:t>Одно: що і вночі нема спокою:&lt;br /&gt;</w:t>
        <w:br/>
        <w:t>Як тільки задрімаєш — він з гостями,&lt;br /&gt;</w:t>
        <w:br/>
        <w:t>Гляди, й заявиться... пішла робота!..&lt;br /&gt;</w:t>
        <w:br/>
        <w:t>Посміхається, мурмотить щось і потроху засипає.&lt;br /&gt;</w:t>
        <w:br/>
        <w:t>Яку хвилину на сцені тихо. Потім на дверях&lt;br /&gt;</w:t>
        <w:br/>
        <w:t>з'являється Мар'яна — бліда як смерть,&lt;br /&gt;</w:t>
        <w:br/>
        <w:t>з хоробливим виразом очей.&lt;br /&gt;</w:t>
        <w:br/>
        <w:t>Мар'яна (оглядає кімнату).&lt;br /&gt;</w:t>
        <w:br/>
        <w:t>Нема... (Побачивши Трохима).&lt;br /&gt;</w:t>
        <w:br/>
        <w:t>Це ж хто?..&lt;br /&gt;</w:t>
        <w:br/>
        <w:t>(Підходить, зрадівши, до нього, але,&lt;br /&gt;</w:t>
        <w:br/>
        <w:t>впізнавши, відходить, розчарована,&lt;br /&gt;</w:t>
        <w:br/>
        <w:t>до вікна й стоїть, утопивши погляд&lt;br /&gt;</w:t>
        <w:br/>
        <w:t>у сад, звідкіль чути тиху гру Юркову).&lt;br /&gt;</w:t>
        <w:br/>
        <w:t>Гай, грай... я не піду...&lt;br /&gt;</w:t>
        <w:br/>
        <w:t>Іще не край... іще надія гріє.&lt;br /&gt;</w:t>
        <w:br/>
        <w:t>Гра уривається.&lt;br /&gt;</w:t>
        <w:br/>
        <w:t>Давно-давно, неначе цілий рік,&lt;br /&gt;</w:t>
        <w:br/>
        <w:t>Як бачила його тоді востаннє...&lt;br /&gt;</w:t>
        <w:br/>
        <w:t>Ба ні... коли лежала в забутті,&lt;br /&gt;</w:t>
        <w:br/>
        <w:t>До мене він лагідно так схилявся&lt;br /&gt;</w:t>
        <w:br/>
        <w:t>І в серце зазирав, бажав дізнатись,&lt;br /&gt;</w:t>
        <w:br/>
        <w:t>Чи гніваюсь. Як очі розкривала,&lt;br /&gt;</w:t>
        <w:br/>
        <w:t>Зникав його бажаний, любий образ —&lt;br /&gt;</w:t>
        <w:br/>
        <w:t>В якімсь тумані розтавав, і я&lt;br /&gt;</w:t>
        <w:br/>
        <w:t>Воліла б вік не прокидатись,&lt;br /&gt;</w:t>
        <w:br/>
        <w:t>Щоб тільки він стояв передо мною, .&lt;br /&gt;</w:t>
        <w:br/>
        <w:t>Щоб променем блискучим все зоріли&lt;br /&gt;</w:t>
        <w:br/>
        <w:t>Мені його, коханням повні, очі.&lt;br /&gt;</w:t>
        <w:br/>
        <w:t>Благаюче дивилися вони,&lt;br /&gt;</w:t>
        <w:br/>
        <w:t>Опрощення чекали... Любий! милий 1&lt;br /&gt;</w:t>
        <w:br/>
        <w:t>Коханий мій Густаве! я люблю&lt;br /&gt;</w:t>
        <w:br/>
        <w:t>Тебе іще палкіше після того,&lt;br /&gt;</w:t>
        <w:br/>
        <w:t>Як гнівом ввесь до мене ти зайнявсь,&lt;br /&gt;</w:t>
        <w:br/>
        <w:t>Бо знаю ж я: так степ широкий, пишний&lt;br /&gt;</w:t>
        <w:br/>
        <w:t>Під час бурхливої грози палає&lt;br /&gt;</w:t>
        <w:br/>
        <w:t>І вздовж, і вшир страшними блискавками&lt;br /&gt;</w:t>
        <w:br/>
        <w:t>І глушить дужим гуркотом громів.&lt;br /&gt;</w:t>
        <w:br/>
        <w:t>А пройде мить — то безліччю квіток&lt;br /&gt;</w:t>
        <w:br/>
        <w:t>Сміється вже до сонечка крізь сльози.&lt;br /&gt;</w:t>
        <w:br/>
        <w:t>(Озирається).&lt;br /&gt;</w:t>
        <w:br/>
        <w:t>Де ж він? (Розглядає уважно обстановку).&lt;br /&gt;</w:t>
        <w:br/>
        <w:t>Який гармидер тут! Він п'є?&lt;br /&gt;</w:t>
        <w:br/>
        <w:t>Навіщо п'є? (Замислюється).&lt;br /&gt;</w:t>
        <w:br/>
        <w:t>Так, так... не раз я чула&lt;br /&gt;</w:t>
        <w:br/>
        <w:t>Гук бенкету крізь стіни, сміх&lt;br /&gt;</w:t>
        <w:br/>
        <w:t>Його товаришів. Але... стривай...&lt;br /&gt;</w:t>
        <w:br/>
        <w:t>Його ніколи сміху я не чула...&lt;br /&gt;</w:t>
        <w:br/>
        <w:t>Не чула... ні... О любий мій Густаве!&lt;br /&gt;</w:t>
        <w:br/>
        <w:t>Залить пекучу тугу він бажає,&lt;br /&gt;</w:t>
        <w:br/>
        <w:t>Похмільним чадом отруїть нудьгу,&lt;br /&gt;</w:t>
        <w:br/>
        <w:t>Що радість нагло так пожерла враз,&lt;br /&gt;</w:t>
        <w:br/>
        <w:t>Ясную радість, сміх веселий, щастя;&lt;br /&gt;</w:t>
        <w:br/>
        <w:t>Які недавно ще тут панували.&lt;br /&gt;</w:t>
        <w:br/>
        <w:t>(З жахом).&lt;br /&gt;</w:t>
        <w:br/>
        <w:t>Невже минулося?.. Як тяжко... ах!..&lt;br /&gt;</w:t>
        <w:br/>
        <w:t>(Ломить руки).&lt;br /&gt;</w:t>
        <w:br/>
        <w:t>Трохим (прокидається).&lt;br /&gt;</w:t>
        <w:br/>
        <w:t>Диви... я трохи не заснув... Це так...&lt;br /&gt;</w:t>
        <w:br/>
        <w:t>Занадто випив... голова болить.&lt;br /&gt;</w:t>
        <w:br/>
        <w:t>Погано на похмілля. З паном вдень&lt;br /&gt;</w:t>
        <w:br/>
        <w:t>Ми здорово того... Хіба іще,&lt;br /&gt;</w:t>
        <w:br/>
        <w:t>Щоб голова не той...&lt;br /&gt;</w:t>
        <w:br/>
        <w:t>(Наливає в чарку вина й помічає&lt;br /&gt;</w:t>
        <w:br/>
        <w:t>Мар'яну).&lt;br /&gt;</w:t>
        <w:br/>
        <w:t>Свят, свят!.. Хто тут?&lt;br /&gt;</w:t>
        <w:br/>
        <w:t>(Відступає до дверей, переляканий).&lt;br /&gt;</w:t>
        <w:br/>
        <w:t>Мар'яна&lt;br /&gt;</w:t>
        <w:br/>
        <w:t>Це я... чого злякався?..&lt;br /&gt;</w:t>
        <w:br/>
        <w:t>Трохим (махає руками).&lt;br /&gt;</w:t>
        <w:br/>
        <w:t>Згинь, маро!&lt;br /&gt;</w:t>
        <w:br/>
        <w:t>Хоче тікати за двері, але в цей час&lt;br /&gt;</w:t>
        <w:br/>
        <w:t>входить Марта.&lt;br /&gt;</w:t>
        <w:br/>
        <w:t>Марта (сплеснувши долонями).&lt;br /&gt;</w:t>
        <w:br/>
        <w:t>Ось гляньте, де вона!.. Тобі ж не можна&lt;br /&gt;</w:t>
        <w:br/>
        <w:t>Не то ходити, навіть ворухнутись.&lt;br /&gt;</w:t>
        <w:br/>
        <w:t>Чи ти при пам'яті, Мар'яно?&lt;br /&gt;</w:t>
        <w:br/>
        <w:t>Трохим (переміняючи тон).&lt;br /&gt;</w:t>
        <w:br/>
        <w:t>Так,&lt;br /&gt;</w:t>
        <w:br/>
        <w:t>Коли лежати звелено,— лежи,&lt;br /&gt;</w:t>
        <w:br/>
        <w:t>А не тиняйсь. Ану лиш геть звідсіль!&lt;br /&gt;</w:t>
        <w:br/>
        <w:t>За вас-не буду той... Як прийде пан...&lt;br /&gt;</w:t>
        <w:br/>
        <w:t>Мар'яна (прояснівши).&lt;br /&gt;</w:t>
        <w:br/>
        <w:t>Коли він прийде?&lt;br /&gt;</w:t>
        <w:br/>
        <w:t>Трохим&lt;br /&gt;</w:t>
        <w:br/>
        <w:t>Діло не твоє.&lt;br /&gt;</w:t>
        <w:br/>
        <w:t>Коли потрібна будеш, то покличе.&lt;br /&gt;</w:t>
        <w:br/>
        <w:t>Ох, лютий він на тебе...&lt;br /&gt;</w:t>
        <w:br/>
        <w:t>Мар'яна (міниться на обличчі).&lt;br /&gt;</w:t>
        <w:br/>
        <w:t>Що? на мене&lt;br /&gt;</w:t>
        <w:br/>
        <w:t>Він лютий?&lt;br /&gt;</w:t>
        <w:br/>
        <w:t>Марта (до Трохима).&lt;br /&gt;</w:t>
        <w:br/>
        <w:t>Слухай, не плещи дурниць!&lt;br /&gt;</w:t>
        <w:br/>
        <w:t>Ходім звідсіль, Мар'яно.&lt;br /&gt;</w:t>
        <w:br/>
        <w:t>Мар'яна&lt;br /&gt;</w:t>
        <w:br/>
        <w:t>Лютий?., він?..&lt;br /&gt;</w:t>
        <w:br/>
        <w:t>За що?&lt;br /&gt;</w:t>
        <w:br/>
        <w:t>Марта&lt;br /&gt;</w:t>
        <w:br/>
        <w:t>Ат... слухай ти його дурного!&lt;br /&gt;</w:t>
        <w:br/>
        <w:t>Трохим&lt;br /&gt;</w:t>
        <w:br/>
        <w:t>Сама дурна!.. Кажу, що знаю я.&lt;br /&gt;</w:t>
        <w:br/>
        <w:t>За що... Вона не знає, бач, того...&lt;br /&gt;</w:t>
        <w:br/>
        <w:t>Марта&lt;br /&gt;</w:t>
        <w:br/>
        <w:t>Мовчи, кажу! Ходім, Мар'яно, ляжеш.&lt;br /&gt;</w:t>
        <w:br/>
        <w:t>Мар'яна&lt;br /&gt;</w:t>
        <w:br/>
        <w:t>Стривай. (До Трохима).&lt;br /&gt;</w:t>
        <w:br/>
        <w:t>Скажи, не муч — не знаю ж я.&lt;br /&gt;</w:t>
        <w:br/>
        <w:t>Трохим&lt;br /&gt;</w:t>
        <w:br/>
        <w:t>За те...&lt;br /&gt;</w:t>
        <w:br/>
        <w:t>Марта (перебиває).&lt;br /&gt;</w:t>
        <w:br/>
        <w:t>Мовчи!.. Ходім...&lt;br /&gt;</w:t>
        <w:br/>
        <w:t>Мар' яна&lt;br /&gt;</w:t>
        <w:br/>
        <w:t>Стривай!.. За що?&lt;br /&gt;</w:t>
        <w:br/>
        <w:t>Трохим&lt;br /&gt;</w:t>
        <w:br/>
        <w:t>За те, що той... що наречену пана&lt;br /&gt;</w:t>
        <w:br/>
        <w:t>Образила ти чимсь...&lt;br /&gt;</w:t>
        <w:br/>
        <w:t>Мар'яна (хитнувшись).&lt;br /&gt;</w:t>
        <w:br/>
        <w:t>Що?.. Наречену?&lt;br /&gt;</w:t>
        <w:br/>
        <w:t>. Стривай... (Тре чоло).&lt;br /&gt;</w:t>
        <w:br/>
        <w:t>Так, так... пригадую я щось...&lt;br /&gt;</w:t>
        <w:br/>
        <w:t>Та панночка — його то наречена?..&lt;br /&gt;</w:t>
        <w:br/>
        <w:t>То правда?.. Ні... о, ні... не може бути.&lt;br /&gt;</w:t>
        <w:br/>
        <w:t>В Густава наречена?.. Ні... А я ж?..&lt;br /&gt;</w:t>
        <w:br/>
        <w:t>Трохим (зневажливо).&lt;br /&gt;</w:t>
        <w:br/>
        <w:t>Ти? Чи не думала за пані стати?&lt;br /&gt;</w:t>
        <w:br/>
        <w:t>Диви!.. Не мав пак кращої за тебе.&lt;br /&gt;</w:t>
        <w:br/>
        <w:t>Повія ти... Погравсь, і буде з тебе...&lt;br /&gt;</w:t>
        <w:br/>
        <w:t>Мар'яна (спалахнувши).&lt;br /&gt;</w:t>
        <w:br/>
        <w:t>Ти брешеш, гаде!..&lt;br /&gt;</w:t>
        <w:br/>
        <w:t>(Б'є його по обличчі рукою).&lt;br /&gt;</w:t>
        <w:br/>
        <w:t>Трохим&lt;br /&gt;</w:t>
        <w:br/>
        <w:t>(хапається за щоку й тікає до дверей).&lt;br /&gt;</w:t>
        <w:br/>
        <w:t>Ти! гляди! не дуже!..&lt;br /&gt;</w:t>
        <w:br/>
        <w:t>Мар'яна (стомлено).&lt;br /&gt;</w:t>
        <w:br/>
        <w:t>Ах, що ж це я?.. Неправда ж, Марто, це?&lt;br /&gt;</w:t>
        <w:br/>
        <w:t>Цей пес збрехав?&lt;br /&gt;</w:t>
        <w:br/>
        <w:t>Марта (бере її під руку).&lt;br /&gt;</w:t>
        <w:br/>
        <w:t>Авжеж, моя дитино.&lt;br /&gt;</w:t>
        <w:br/>
        <w:t>ХОДІМ, голубонько, до спочивальні.&lt;br /&gt;</w:t>
        <w:br/>
        <w:t>Ти вся тремтиш. Не треба хвилюватись.&lt;br /&gt;</w:t>
        <w:br/>
        <w:t>(До Трохима).&lt;br /&gt;</w:t>
        <w:br/>
        <w:t>Дістав, що заробив: здобрій на тім.&lt;br /&gt;</w:t>
        <w:br/>
        <w:t>(Виходять).&lt;br /&gt;</w:t>
        <w:br/>
        <w:t>Трохим (погрожує услід кулаком).&lt;br /&gt;</w:t>
        <w:br/>
        <w:t>Паскуди! Ну, стривайте! я вам той...&lt;br /&gt;</w:t>
        <w:br/>
        <w:t>Цього не подарую. (Бере чарку й хоче пити).&lt;br /&gt;</w:t>
        <w:br/>
        <w:t>З передпокою чути дзвінок.&lt;br /&gt;</w:t>
        <w:br/>
        <w:t>Так, як бач,—&lt;br /&gt;</w:t>
        <w:br/>
        <w:t>Нема ані хвилиночки спокою. (Виходить).&lt;br /&gt;</w:t>
        <w:br/>
        <w:t>По хвилі в кабінет увіходить Сусанна&lt;br /&gt;</w:t>
        <w:br/>
        <w:t>під густим вуалем.&lt;br /&gt;</w:t>
        <w:br/>
        <w:t>Сусанна&lt;br /&gt;</w:t>
        <w:br/>
        <w:t>Де ж пан Густав?&lt;br /&gt;</w:t>
        <w:br/>
        <w:t>Трохим&lt;br /&gt;</w:t>
        <w:br/>
        <w:t>Його немає, панно.&lt;br /&gt;</w:t>
        <w:br/>
        <w:t>Сусанна&lt;br /&gt;</w:t>
        <w:br/>
        <w:t>Сама гаразд я бачу це. Але —&lt;br /&gt;</w:t>
        <w:br/>
        <w:t>Де він? — питаю я тебе.&lt;br /&gt;</w:t>
        <w:br/>
        <w:t>Трохим&lt;br /&gt;</w:t>
        <w:br/>
        <w:t>Не знаю.&lt;br /&gt;</w:t>
        <w:br/>
        <w:t>Хіба пан каже, де буває він!&lt;br /&gt;</w:t>
        <w:br/>
        <w:t>Сусанна&lt;br /&gt;</w:t>
        <w:br/>
        <w:t>То, може, хоч сказав, чи скоро буде?&lt;br /&gt;</w:t>
        <w:br/>
        <w:t>Трохим&lt;br /&gt;</w:t>
        <w:br/>
        <w:t>Повинен бути, але хто зна...&lt;br /&gt;</w:t>
        <w:br/>
        <w:t>Сусанна&lt;br /&gt;</w:t>
        <w:br/>
        <w:t>Я&lt;br /&gt;</w:t>
        <w:br/>
        <w:t>Його пожду.&lt;br /&gt;</w:t>
        <w:br/>
        <w:t>Трохим&lt;br /&gt;</w:t>
        <w:br/>
        <w:t>Та, може ж, довго він.&lt;br /&gt;</w:t>
        <w:br/>
        <w:t>Сусанна&lt;br /&gt;</w:t>
        <w:br/>
        <w:t>Усе одно... мені потрібен він. (Сідає).&lt;br /&gt;</w:t>
        <w:br/>
        <w:t>А це ж... чого це тут такий гармидер?&lt;br /&gt;</w:t>
        <w:br/>
        <w:t>Не кабінет — якийсь шинок. Він п'є?&lt;br /&gt;</w:t>
        <w:br/>
        <w:t>Трохим&lt;br /&gt;</w:t>
        <w:br/>
        <w:t>Хто? пан? Бува... як пити хоче — п'є.&lt;br /&gt;</w:t>
        <w:br/>
        <w:t>Води він не вжива...&lt;br /&gt;</w:t>
        <w:br/>
        <w:t>Сусанна&lt;br /&gt;</w:t>
        <w:br/>
        <w:t>Хитруй, хитруй!..&lt;br /&gt;</w:t>
        <w:br/>
        <w:t>Стривай!.. Скажи мені: та досі тут?&lt;br /&gt;</w:t>
        <w:br/>
        <w:t>Трохим&lt;br /&gt;</w:t>
        <w:br/>
        <w:t>Яка?&lt;br /&gt;</w:t>
        <w:br/>
        <w:t>Сусанна&lt;br /&gt;</w:t>
        <w:br/>
        <w:t>Не знаєш ти?.. Та... Казка.&lt;br /&gt;</w:t>
        <w:br/>
        <w:t>Трохим (вдає, що не розуміє).&lt;br /&gt;</w:t>
        <w:br/>
        <w:t>Не знаю, далебі, про що ви той... —&lt;br /&gt;</w:t>
        <w:br/>
        <w:t>Сусанна&lt;br /&gt;</w:t>
        <w:br/>
        <w:t>Про дівку ту, що тут жила у пана.&lt;br /&gt;</w:t>
        <w:br/>
        <w:t>Вона у нього досі?&lt;br /&gt;</w:t>
        <w:br/>
        <w:t>Трохим&lt;br /&gt;</w:t>
        <w:br/>
        <w:t>Щось не той...&lt;br /&gt;</w:t>
        <w:br/>
        <w:t>Ось пан приїде, я спитаю.&lt;br /&gt;</w:t>
        <w:br/>
        <w:t>Сусанна&lt;br /&gt;</w:t>
        <w:br/>
        <w:t>Дурень!&lt;br /&gt;</w:t>
        <w:br/>
        <w:t>Сама зумію в пана я спитать.&lt;br /&gt;</w:t>
        <w:br/>
        <w:t>Трохим&lt;br /&gt;</w:t>
        <w:br/>
        <w:t>Я слухаю... Ну, от і той... і добре...&lt;br /&gt;</w:t>
        <w:br/>
        <w:t>Прибрати ці пляшки — вони порожні.&lt;br /&gt;</w:t>
        <w:br/>
        <w:t>(Прибирає на столі).&lt;br /&gt;</w:t>
        <w:br/>
        <w:t>А то пан гніватиметься.&lt;br /&gt;</w:t>
        <w:br/>
        <w:t>Сусанна&lt;br /&gt;</w:t>
        <w:br/>
        <w:t>А повні?&lt;br /&gt;</w:t>
        <w:br/>
        <w:t>Трохим&lt;br /&gt;</w:t>
        <w:br/>
        <w:t>Навіщо ж повні? скажуть — приберем,&lt;br /&gt;</w:t>
        <w:br/>
        <w:t>А ні, то будуть тут.&lt;br /&gt;</w:t>
        <w:br/>
        <w:t>Сусанна (киває на пляшки).&lt;br /&gt;</w:t>
        <w:br/>
        <w:t>І часто це&lt;br /&gt;</w:t>
        <w:br/>
        <w:t>У вас буває так?&lt;br /&gt;</w:t>
        <w:br/>
        <w:t>Трохим&lt;br /&gt;</w:t>
        <w:br/>
        <w:t>Що пан не дома?&lt;br /&gt;</w:t>
        <w:br/>
        <w:t>Авжеж... роботи ж в нього...&lt;br /&gt;</w:t>
        <w:br/>
        <w:t>Сусанна&lt;br /&gt;</w:t>
        <w:br/>
        <w:t>Ну, одначе.&lt;br /&gt;</w:t>
        <w:br/>
        <w:t>Він муштру добру дав тобі: і слова&lt;br /&gt;</w:t>
        <w:br/>
        <w:t>Не видереш із тебе.&lt;br /&gt;</w:t>
        <w:br/>
        <w:t>Трохим&lt;br /&gt;</w:t>
        <w:br/>
        <w:t>Воля панська&lt;br /&gt;</w:t>
        <w:br/>
        <w:t>Питати, наша ж відповісти.&lt;br /&gt;</w:t>
        <w:br/>
        <w:t>Сусанна&lt;br /&gt;</w:t>
        <w:br/>
        <w:t>Годі!&lt;br /&gt;</w:t>
        <w:br/>
        <w:t>Іди собі, сама тут почекаю.&lt;br /&gt;</w:t>
        <w:br/>
        <w:t>Трохим виходить. Сусанна розшукує на етажерці&lt;br /&gt;</w:t>
        <w:br/>
        <w:t>портрет Мар'яни, підходить до вікна й розглядає.&lt;br /&gt;</w:t>
        <w:br/>
        <w:t>По хвилі з передпокою чути дзвінок, голоси,&lt;br /&gt;</w:t>
        <w:br/>
        <w:t>сміх, навіть хтось починає романс,&lt;br /&gt;</w:t>
        <w:br/>
        <w:t>але раптом гомін уривається. В кімнату входить&lt;br /&gt;</w:t>
        <w:br/>
        <w:t>Вагнер. Сусанна кладе портрет на місце&lt;br /&gt;</w:t>
        <w:br/>
        <w:t>і йде назустріч Вагнерові.&lt;br /&gt;</w:t>
        <w:br/>
        <w:t>Вагнер&lt;br /&gt;</w:t>
        <w:br/>
        <w:t>Чому завдячувати мушу...&lt;br /&gt;</w:t>
        <w:br/>
        <w:t>Сусанна&lt;br /&gt;</w:t>
        <w:br/>
        <w:t>Я&lt;br /&gt;</w:t>
        <w:br/>
        <w:t>На кілька слів до вас... я од сестри...&lt;br /&gt;</w:t>
        <w:br/>
        <w:t>З наказу тата...&lt;br /&gt;</w:t>
        <w:br/>
        <w:t>Вагнер&lt;br /&gt;</w:t>
        <w:br/>
        <w:t>Зараз засвічу...&lt;br /&gt;</w:t>
        <w:br/>
        <w:t>(Шукає сірники).&lt;br /&gt;</w:t>
        <w:br/>
        <w:t>Сусанна&lt;br /&gt;</w:t>
        <w:br/>
        <w:t>Не треба, прошу вас: я зараз їду.&lt;br /&gt;</w:t>
        <w:br/>
        <w:t>Скажіть мені: сестру любили ви?&lt;br /&gt;</w:t>
        <w:br/>
        <w:t>Вагнер (здивовано).&lt;br /&gt;</w:t>
        <w:br/>
        <w:t>Навіщо знати Це, коли вже край&lt;br /&gt;</w:t>
        <w:br/>
        <w:t>Всьому? І взагалі... не розумію...&lt;br /&gt;</w:t>
        <w:br/>
        <w:t>Сусанна&lt;br /&gt;</w:t>
        <w:br/>
        <w:t>Відповідать повинні ви хоча б тому,&lt;br /&gt;</w:t>
        <w:br/>
        <w:t>Що ще не край. Вона кохає вас.&lt;br /&gt;</w:t>
        <w:br/>
        <w:t>Під час недуги — у нестямі, в сні —&lt;br /&gt;</w:t>
        <w:br/>
        <w:t>Вона ім'я все ваше промовляла,&lt;br /&gt;</w:t>
        <w:br/>
        <w:t>її свідомості найперший промінь&lt;br /&gt;</w:t>
        <w:br/>
        <w:t>Не татові належав, не мені,&lt;br /&gt;</w:t>
        <w:br/>
        <w:t>А вам. Вона кохає вас. Всю душу,&lt;br /&gt;</w:t>
        <w:br/>
        <w:t>І серце, й розум в те кохання вклала,&lt;br /&gt;</w:t>
        <w:br/>
        <w:t>Живе лиш згадкою про вас, і те,&lt;br /&gt;</w:t>
        <w:br/>
        <w:t>Що сталося, для неї — тільки сон:&lt;br /&gt;</w:t>
        <w:br/>
        <w:t>Прокинулась — і дійсністю жива,&lt;br /&gt;</w:t>
        <w:br/>
        <w:t>А дійсність тая — в вас, і тільки в вас.&lt;br /&gt;</w:t>
        <w:br/>
        <w:t>Скажіть же ви мені правдиво, щиро:&lt;br /&gt;</w:t>
        <w:br/>
        <w:t>Любили ви сестру тоді, як з нею&lt;br /&gt;</w:t>
        <w:br/>
        <w:t>Хотіли одружитися. Як так,&lt;br /&gt;</w:t>
        <w:br/>
        <w:t>То ще одно: чи любите і досі?&lt;br /&gt;</w:t>
        <w:br/>
        <w:t>Вагнер&lt;br /&gt;</w:t>
        <w:br/>
        <w:t>На це дозвольте не відповідати.&lt;br /&gt;</w:t>
        <w:br/>
        <w:t>Сусанна&lt;br /&gt;</w:t>
        <w:br/>
        <w:t>Повинні ви.&lt;br /&gt;</w:t>
        <w:br/>
        <w:t>Вагнер (спалахнувши).&lt;br /&gt;</w:t>
        <w:br/>
        <w:t>Повинностей ніяких&lt;br /&gt;</w:t>
        <w:br/>
        <w:t>Не визнаю ні перед ким, а тільки&lt;br /&gt;</w:t>
        <w:br/>
        <w:t>Перед самим собою.&lt;br /&gt;</w:t>
        <w:br/>
        <w:t>Сусанна (гостро).&lt;br /&gt;</w:t>
        <w:br/>
        <w:t>Я примушу&lt;br /&gt;</w:t>
        <w:br/>
        <w:t>Вас дати відповідь, потрібну нам.&lt;br /&gt;</w:t>
        <w:br/>
        <w:t>Вагнер&lt;br /&gt;</w:t>
        <w:br/>
        <w:t>Примусите? мене? (Регоче).&lt;br /&gt;</w:t>
        <w:br/>
        <w:t>Сусанна&lt;br /&gt;</w:t>
        <w:br/>
        <w:t>Веселість вашу&lt;br /&gt;</w:t>
        <w:br/>
        <w:t>Лишіть надалі, прошу вас. Мені ж&lt;br /&gt;</w:t>
        <w:br/>
        <w:t>Відповідайте зараз.&lt;br /&gt;</w:t>
        <w:br/>
        <w:t>Вагнер&lt;br /&gt;</w:t>
        <w:br/>
        <w:t>Ані слова&lt;br /&gt;</w:t>
        <w:br/>
        <w:t>Я не скажу.&lt;br /&gt;</w:t>
        <w:br/>
        <w:t>Сусанна&lt;br /&gt;</w:t>
        <w:br/>
        <w:t>Ви скажете усе.&lt;br /&gt;</w:t>
        <w:br/>
        <w:t>(Дістає з гамана револьвер&lt;br /&gt;</w:t>
        <w:br/>
        <w:t>і цілиться у Вагнера).&lt;br /&gt;</w:t>
        <w:br/>
        <w:t>Уб'ю, як пса.&lt;br /&gt;</w:t>
        <w:br/>
        <w:t>Вагнер (спокійно).&lt;br /&gt;</w:t>
        <w:br/>
        <w:t>Облиште ваші жарти.&lt;br /&gt;</w:t>
        <w:br/>
        <w:t>Сусанна&lt;br /&gt;</w:t>
        <w:br/>
        <w:t>Побачите самі, що це не жарт:&lt;br /&gt;</w:t>
        <w:br/>
        <w:t>Коли не скажете...&lt;br /&gt;</w:t>
        <w:br/>
        <w:t>Вагнер&lt;br /&gt;</w:t>
        <w:br/>
        <w:t>Для мене жарт...&lt;br /&gt;</w:t>
        <w:br/>
        <w:t>Сховайте ваш револьвер: не мене&lt;br /&gt;</w:t>
        <w:br/>
        <w:t>Лякати вам. Хто втратив все, що мав,&lt;br /&gt;</w:t>
        <w:br/>
        <w:t>На смерть той дивиться, як на рятунок,&lt;br /&gt;</w:t>
        <w:br/>
        <w:t>Ви знати хочете, чи я кохав&lt;br /&gt;</w:t>
        <w:br/>
        <w:t>Марію, вашу любую сестру?&lt;br /&gt;</w:t>
        <w:br/>
        <w:t>То слухайте ж: кохав.&lt;br /&gt;</w:t>
        <w:br/>
        <w:t>Сусанна&lt;br /&gt;</w:t>
        <w:br/>
        <w:t>Кохали? так?&lt;br /&gt;</w:t>
        <w:br/>
        <w:t>Навіщо ж...&lt;br /&gt;</w:t>
        <w:br/>
        <w:t>Вагнер (перебиває).&lt;br /&gt;</w:t>
        <w:br/>
        <w:t>Знаю я, про що ви, й я&lt;br /&gt;</w:t>
        <w:br/>
        <w:t>Скажу вам все, щоб раз скінчить назавжди.&lt;br /&gt;</w:t>
        <w:br/>
        <w:t>А вас прошу поставитись розважно&lt;br /&gt;</w:t>
        <w:br/>
        <w:t>До того, що скажу.&lt;br /&gt;</w:t>
        <w:br/>
        <w:t>Сусанна (ховає револьвер).&lt;br /&gt;</w:t>
        <w:br/>
        <w:t>Я вся — увага.&lt;br /&gt;</w:t>
        <w:br/>
        <w:t>Вагнер (тре чоло).&lt;br /&gt;</w:t>
        <w:br/>
        <w:t>Марію я люблю... Люблю, як владу&lt;br /&gt;</w:t>
        <w:br/>
        <w:t>Кохає той, хто уродивсь для неї,&lt;br /&gt;</w:t>
        <w:br/>
        <w:t>Як той артист-маляр кохає барви,&lt;br /&gt;</w:t>
        <w:br/>
        <w:t>Як той поет красу чарівну слів,&lt;br /&gt;</w:t>
        <w:br/>
        <w:t>Як кожний із творців кохає творчість.&lt;br /&gt;</w:t>
        <w:br/>
        <w:t>Без неї я — звичайний син юрби,&lt;br /&gt;</w:t>
        <w:br/>
        <w:t>Слуга нікчемний тих, кому дано&lt;br /&gt;</w:t>
        <w:br/>
        <w:t>Творить життя, послугач, наймит їх.&lt;br /&gt;</w:t>
        <w:br/>
        <w:t>А з нею — сам творець, життя господар.&lt;br /&gt;</w:t>
        <w:br/>
        <w:t>То як же не кохать її мені?&lt;br /&gt;</w:t>
        <w:br/>
        <w:t>Сусанна&lt;br /&gt;</w:t>
        <w:br/>
        <w:t>А та... другая ж як? не розумію...&lt;br /&gt;</w:t>
        <w:br/>
        <w:t>То двох кохаєте, виходить, ви?&lt;br /&gt;</w:t>
        <w:br/>
        <w:t>Вагнер (помовчавши).&lt;br /&gt;</w:t>
        <w:br/>
        <w:t>Кохаю двох?.. Ні, ні... Мета єдина&lt;br /&gt;</w:t>
        <w:br/>
        <w:t>Завжди мені зоріла вдалині.&lt;br /&gt;</w:t>
        <w:br/>
        <w:t>Вагань не знав я, йшов нехибно&lt;br /&gt;</w:t>
        <w:br/>
        <w:t>І на шляху своїм всі перепони&lt;br /&gt;</w:t>
        <w:br/>
        <w:t>Я переміг, здавалося. Але... ^&lt;br /&gt;</w:t>
        <w:br/>
        <w:t>Красі немає меж, вона усюдиі&lt;br /&gt;</w:t>
        <w:br/>
        <w:t>Одній красі я слугував ввесь час.&lt;br /&gt;</w:t>
        <w:br/>
        <w:t>Мов зачарований, до неї йшов,&lt;br /&gt;</w:t>
        <w:br/>
        <w:t>Бо іншої не знав. Коли ж у вас&lt;br /&gt;</w:t>
        <w:br/>
        <w:t>Передо мною простяглись степів&lt;br /&gt;</w:t>
        <w:br/>
        <w:t>Краса і простір вільний,—затремтів&lt;br /&gt;</w:t>
        <w:br/>
        <w:t>Я, в саме серце вражений красою,&lt;br /&gt;</w:t>
        <w:br/>
        <w:t>Не знаною ніколи ще мені,&lt;br /&gt;</w:t>
        <w:br/>
        <w:t>Я крик здивовання й утіхи стис&lt;br /&gt;</w:t>
        <w:br/>
        <w:t>І ледве втримав од руїни те,&lt;br /&gt;</w:t>
        <w:br/>
        <w:t>Що здавна пестив я в своїй душі,&lt;br /&gt;</w:t>
        <w:br/>
        <w:t>А в ній, ви знаєте, квітник розвів&lt;br /&gt;</w:t>
        <w:br/>
        <w:t>Я неабиякий із власних мрій,&lt;br /&gt;</w:t>
        <w:br/>
        <w:t>Із власних замірів: йому ім'я —&lt;br /&gt;</w:t>
        <w:br/>
        <w:t>Культура й поступ. Дужим рухом волі&lt;br /&gt;</w:t>
        <w:br/>
        <w:t>Спокусу одігнав, хоч бачив я,&lt;br /&gt;</w:t>
        <w:br/>
        <w:t>Що в дикій тій красі з прадавніх літ&lt;br /&gt;</w:t>
        <w:br/>
        <w:t>Заховано страшну урочу силу.&lt;br /&gt;</w:t>
        <w:br/>
        <w:t>На неї я холодними очима&lt;br /&gt;</w:t>
        <w:br/>
        <w:t>Спокійно подививсь, як той, кому стерном&lt;br /&gt;</w:t>
        <w:br/>
        <w:t>Повинен бути розум, а не серце.&lt;br /&gt;</w:t>
        <w:br/>
        <w:t>Я зміркував, що їй прийшов загин —&lt;br /&gt;</w:t>
        <w:br/>
        <w:t>Красі первісній тій, що понад нею&lt;br /&gt;</w:t>
        <w:br/>
        <w:t>Вже має смерть крилом своїм холодним.&lt;br /&gt;</w:t>
        <w:br/>
        <w:t>Але ж... цілком уникнути спокуси&lt;br /&gt;</w:t>
        <w:br/>
        <w:t>Не зміг... Ви розумієте мене?&lt;br /&gt;</w:t>
        <w:br/>
        <w:t>Побачивши найкращу квітку степу,&lt;br /&gt;</w:t>
        <w:br/>
        <w:t>Я, не вагаючись, зірвав її.&lt;br /&gt;</w:t>
        <w:br/>
        <w:t>Я пережив прекрасну, дивну казку...&lt;br /&gt;</w:t>
        <w:br/>
        <w:t>Сусанна&lt;br /&gt;</w:t>
        <w:br/>
        <w:t>Пережили?&lt;br /&gt;</w:t>
        <w:br/>
        <w:t>Вагнер&lt;br /&gt;</w:t>
        <w:br/>
        <w:t>О так, вже пережив.&lt;br /&gt;</w:t>
        <w:br/>
        <w:t>Коли б жорстоко так був не спіткнувсь&lt;br /&gt;</w:t>
        <w:br/>
        <w:t>Я на своїм шляху, мети б досяг.&lt;br /&gt;</w:t>
        <w:br/>
        <w:t>Тепера — порожньо ьсе навкруги.&lt;br /&gt;</w:t>
        <w:br/>
        <w:t>Загрожували ви мене убити?&lt;br /&gt;</w:t>
        <w:br/>
        <w:t>Живому трупові не страшно вмерти.&lt;br /&gt;</w:t>
        <w:br/>
        <w:t>Мета моя погасла так неждано,&lt;br /&gt;</w:t>
        <w:br/>
        <w:t>І смерть тепер мені — бажана гостя.&lt;br /&gt;</w:t>
        <w:br/>
        <w:t>Сусан н а&lt;br /&gt;</w:t>
        <w:br/>
        <w:t>А Казка ж як?&lt;br /&gt;</w:t>
        <w:br/>
        <w:t>Вагнер&lt;br /&gt;</w:t>
        <w:br/>
        <w:t>. Умерла. Вмерла й та,&lt;br /&gt;</w:t>
        <w:br/>
        <w:t>Яку і сам хотів я утворить.&lt;br /&gt;</w:t>
        <w:br/>
        <w:t>Сусанна (вжахнувшись).&lt;br /&gt;</w:t>
        <w:br/>
        <w:t>Вона умерла?!&lt;br /&gt;</w:t>
        <w:br/>
        <w:t>Вагнер&lt;br /&gt;</w:t>
        <w:br/>
        <w:t>Так.&lt;br /&gt;</w:t>
        <w:br/>
        <w:t>Сусанна (обурено).&lt;br /&gt;</w:t>
        <w:br/>
        <w:t>І ви... і ви...&lt;br /&gt;</w:t>
        <w:br/>
        <w:t>Вагнер (показує на пляшки).&lt;br /&gt;</w:t>
        <w:br/>
        <w:t>Справляю похорон.&lt;br /&gt;</w:t>
        <w:br/>
        <w:t>Сусанна&lt;br /&gt;</w:t>
        <w:br/>
        <w:t>Сердешна Казка!..-&lt;br /&gt;</w:t>
        <w:br/>
        <w:t>Сердешна і сестра, що вас кохає.&lt;br /&gt;</w:t>
        <w:br/>
        <w:t>Все те, що чула зараз я од вас,&lt;br /&gt;</w:t>
        <w:br/>
        <w:t>Перекажу Марусі. Тільки знайте:&lt;br /&gt;</w:t>
        <w:br/>
        <w:t>Життя сестри в руках у вас... коли&lt;br /&gt;</w:t>
        <w:br/>
        <w:t>Наважитесь життям тим гратись ви,&lt;br /&gt;</w:t>
        <w:br/>
        <w:t>Тоді помщусь сама я вже. Прощайте,&lt;br /&gt;</w:t>
        <w:br/>
        <w:t>Сестра вас жде.&lt;br /&gt;</w:t>
        <w:br/>
        <w:t>Вагнер&lt;br /&gt;</w:t>
        <w:br/>
        <w:t>А ви?.. Цей тон холодний.&lt;br /&gt;</w:t>
        <w:br/>
        <w:t>Як крига... нащо він?&lt;br /&gt;</w:t>
        <w:br/>
        <w:t>Сусанна (ще холодніш).&lt;br /&gt;</w:t>
        <w:br/>
        <w:t>А вам же що&lt;br /&gt;</w:t>
        <w:br/>
        <w:t>До того?.. Вас сестра чекає, я ж...&lt;br /&gt;</w:t>
        <w:br/>
        <w:t>Всіма я фібрами душі своєї&lt;br /&gt;</w:t>
        <w:br/>
        <w:t>Ненавиджу і зневажаю вас.&lt;br /&gt;</w:t>
        <w:br/>
        <w:t>Вагнер&lt;br /&gt;</w:t>
        <w:br/>
        <w:t>Мене? За що ж? за що?&lt;br /&gt;</w:t>
        <w:br/>
        <w:t>Сусанна&lt;br /&gt;</w:t>
        <w:br/>
        <w:t>Сказати вам?..&lt;br /&gt;</w:t>
        <w:br/>
        <w:t>За те, що казку вбити ви прийшли.&lt;br /&gt;</w:t>
        <w:br/>
        <w:t>За те, що натомість лишили бруд,&lt;br /&gt;</w:t>
        <w:br/>
        <w:t>Бридоту і руїни...&lt;br /&gt;</w:t>
        <w:br/>
        <w:t>Вагнер (випростуючись).&lt;br /&gt;</w:t>
        <w:br/>
        <w:t>Це неправда!&lt;br /&gt;</w:t>
        <w:br/>
        <w:t>Створив нову я казку тут...&lt;br /&gt;</w:t>
        <w:br/>
        <w:t>Сусанна&lt;br /&gt;</w:t>
        <w:br/>
        <w:t>Для себе,&lt;br /&gt;</w:t>
        <w:br/>
        <w:t>її в тих одібравши, хто тепер&lt;br /&gt;</w:t>
        <w:br/>
        <w:t>Слугує вам...&lt;br /&gt;</w:t>
        <w:br/>
        <w:t>Вагнер&lt;br /&gt;</w:t>
        <w:br/>
        <w:t>Життя для дужих, панно,&lt;br /&gt;</w:t>
        <w:br/>
        <w:t>Для тих, хто взять його здолає...&lt;br /&gt;</w:t>
        <w:br/>
        <w:t>Сусанна&lt;br /&gt;</w:t>
        <w:br/>
        <w:t>Так,&lt;br /&gt;</w:t>
        <w:br/>
        <w:t>Але — хто дужий той, це ще питання.&lt;br /&gt;</w:t>
        <w:br/>
        <w:t>Ми ще зустрінемось, я сподіваюсь,&lt;br /&gt;</w:t>
        <w:br/>
        <w:t>І там побачимо, хто є той дужий.&lt;br /&gt;</w:t>
        <w:br/>
        <w:t>Вагнер&lt;br /&gt;</w:t>
        <w:br/>
        <w:t>Де ж, де?&lt;br /&gt;</w:t>
        <w:br/>
        <w:t>Сусанна&lt;br /&gt;</w:t>
        <w:br/>
        <w:t>На цих руїнах, у пожежі&lt;br /&gt;</w:t>
        <w:br/>
        <w:t>Почуєте ви перше слово казки&lt;br /&gt;</w:t>
        <w:br/>
        <w:t>Нової вже... Ну, я спішу... прощайте.&lt;br /&gt;</w:t>
        <w:br/>
        <w:t>Сама піду, не треба проводжати.&lt;br /&gt;</w:t>
        <w:br/>
        <w:t>(Виходить).&lt;br /&gt;</w:t>
        <w:br/>
        <w:t>Вагнер (стоїть в задумі).&lt;br /&gt;</w:t>
        <w:br/>
        <w:t>Нікчемнії химери!.. Раб життя&lt;br /&gt;</w:t>
        <w:br/>
        <w:t>В творці пролізти хоче, ха-ха-ха!&lt;br /&gt;</w:t>
        <w:br/>
        <w:t>О, тільки дайте тут запанувати,&lt;br /&gt;</w:t>
        <w:br/>
        <w:t>То вже дізнаєтесь, хто дужчий з нас.&lt;br /&gt;</w:t>
        <w:br/>
        <w:t>Руїни... хе!.. Вона культури царство&lt;br /&gt;</w:t>
        <w:br/>
        <w:t>Руїною, бридотою назвала...&lt;br /&gt;</w:t>
        <w:br/>
        <w:t>Вона загрожує мені... ну-ну!&lt;br /&gt;</w:t>
        <w:br/>
        <w:t>Побачимо... побачим... ха-ха-ха!&lt;br /&gt;</w:t>
        <w:br/>
        <w:t>Анелька&lt;br /&gt;</w:t>
        <w:br/>
        <w:t>(висовує голову з других дверей).&lt;br /&gt;</w:t>
        <w:br/>
        <w:t>Чи вам подобається це, панове!..&lt;br /&gt;</w:t>
        <w:br/>
        <w:t>Він сам, і сам з собою розмовляє.&lt;br /&gt;</w:t>
        <w:br/>
        <w:t>(Входить, за нею Фа ні, потім перший&lt;br /&gt;</w:t>
        <w:br/>
        <w:t>і другий гості).&lt;br /&gt;</w:t>
        <w:br/>
        <w:t>А ми там сидимо й нудьгуєм. Гарний&lt;br /&gt;</w:t>
        <w:br/>
        <w:t>Господар з тебе, нічого сказать!&lt;br /&gt;</w:t>
        <w:br/>
        <w:t>Перший гість (напідпитку).&lt;br /&gt;</w:t>
        <w:br/>
        <w:t>А й справді свинство! Ти сидиш, страждаєш&lt;br /&gt;</w:t>
        <w:br/>
        <w:t>Од спраги, він же тут не має й гадки.&lt;br /&gt;</w:t>
        <w:br/>
        <w:t>(Підходить до столу, наливає й п'є.&lt;br /&gt;</w:t>
        <w:br/>
        <w:t>Фані оглядає кабінет і речі — на столі,&lt;br /&gt;</w:t>
        <w:br/>
        <w:t>на етажерці).&lt;br /&gt;</w:t>
        <w:br/>
        <w:t>Анелька (також п'є).&lt;br /&gt;</w:t>
        <w:br/>
        <w:t>Це ж хто до тебе пізно так?&lt;br /&gt;</w:t>
        <w:br/>
        <w:t>Другий гість&lt;br /&gt;</w:t>
        <w:br/>
        <w:t>(кидає пенсне на носа, він теж&lt;br /&gt;</w:t>
        <w:br/>
        <w:t>напідпитку).&lt;br /&gt;</w:t>
        <w:br/>
        <w:t>Так, так...&lt;br /&gt;</w:t>
        <w:br/>
        <w:t>Це ж хто... е... до тебе... хе-хе-хе...&lt;br /&gt;</w:t>
        <w:br/>
        <w:t>(Свариться на Вагнера пальцем).&lt;br /&gt;</w:t>
        <w:br/>
        <w:t>Густаве,— женщина?.. Хе... хе... Лукавий!..&lt;br /&gt;</w:t>
        <w:br/>
        <w:t>Перший гість&lt;br /&gt;</w:t>
        <w:br/>
        <w:t>(бере його за руку й підводить&lt;br /&gt;</w:t>
        <w:br/>
        <w:t>до столу).&lt;br /&gt;</w:t>
        <w:br/>
        <w:t>Сідай ось краще й пий, коли прийшов.&lt;br /&gt;</w:t>
        <w:br/>
        <w:t>(До Густава).&lt;br /&gt;</w:t>
        <w:br/>
        <w:t>Це Таранівна, лакей нам казав,&lt;br /&gt;</w:t>
        <w:br/>
        <w:t>Щось доброго тобі вона казала,&lt;br /&gt;</w:t>
        <w:br/>
        <w:t>Бо бачу я, що хмари розійшлись,&lt;br /&gt;</w:t>
        <w:br/>
        <w:t>І сонце блисне незабаром.&lt;br /&gt;</w:t>
        <w:br/>
        <w:t>Вагнер&lt;br /&gt;</w:t>
        <w:br/>
        <w:t>(посміхаючись і не ховаючи задоволення,&lt;br /&gt;</w:t>
        <w:br/>
        <w:t>підходить до столу, наливає й п'є&lt;br /&gt;</w:t>
        <w:br/>
        <w:t>одну чарку, потім другу).&lt;br /&gt;</w:t>
        <w:br/>
        <w:t>Так...&lt;br /&gt;</w:t>
        <w:br/>
        <w:t>І знову одросли у мене крила,&lt;br /&gt;</w:t>
        <w:br/>
        <w:t>Що раптом так приборкано було,&lt;br /&gt;</w:t>
        <w:br/>
        <w:t>І знов надії, заміри і мрії,&lt;br /&gt;</w:t>
        <w:br/>
        <w:t>Мов буревій, під хмари понеслись...&lt;br /&gt;</w:t>
        <w:br/>
        <w:t>Анелька&lt;br /&gt;</w:t>
        <w:br/>
        <w:t>О Господи, яка нудота тут!&lt;br /&gt;</w:t>
        <w:br/>
        <w:t>Та киньте ви свої розмови! годі!&lt;br /&gt;</w:t>
        <w:br/>
        <w:t>Вагнер&lt;br /&gt;</w:t>
        <w:br/>
        <w:t>Правдиво, любая Анелько, кажеш.&lt;br /&gt;</w:t>
        <w:br/>
        <w:t>В останній раз нагоду маю я&lt;br /&gt;</w:t>
        <w:br/>
        <w:t>Вітати в себе вас, мої кохані:&lt;br /&gt;</w:t>
        <w:br/>
        <w:t>Тому цей час відзначити бажав би,&lt;br /&gt;</w:t>
        <w:br/>
        <w:t>Але... як це зробити, я не знаю.&lt;br /&gt;</w:t>
        <w:br/>
        <w:t>Перший гість (п'є).&lt;br /&gt;</w:t>
        <w:br/>
        <w:t>Ото, не знає як! Я пропоную&lt;br /&gt;</w:t>
        <w:br/>
        <w:t>Напитись до нестями...&lt;br /&gt;</w:t>
        <w:br/>
        <w:t>Анелька&lt;br /&gt;</w:t>
        <w:br/>
        <w:t>Фе, як гидко!&lt;br /&gt;</w:t>
        <w:br/>
        <w:t>Вагнер&lt;br /&gt;</w:t>
        <w:br/>
        <w:t>Як так, то й так... Ти, Фані, з нами?..&lt;br /&gt;</w:t>
        <w:br/>
        <w:t>Фані&lt;br /&gt;</w:t>
        <w:br/>
        <w:t>(ввесь час стоїть, держачи в руках&lt;br /&gt;</w:t>
        <w:br/>
        <w:t>портрет Мар'яни й не одриває очей).&lt;br /&gt;</w:t>
        <w:br/>
        <w:t>Хто це?&lt;br /&gt;</w:t>
        <w:br/>
        <w:t>Вагнер (насупившись раптом).&lt;br /&gt;</w:t>
        <w:br/>
        <w:t>А що?&lt;br /&gt;</w:t>
        <w:br/>
        <w:t>Фані (журно).&lt;br /&gt;</w:t>
        <w:br/>
        <w:t>Чому так хочеться ридати&lt;br /&gt;</w:t>
        <w:br/>
        <w:t>Од глибини жагучих цих очей?&lt;br /&gt;</w:t>
        <w:br/>
        <w:t>Другий гість&lt;br /&gt;</w:t>
        <w:br/>
        <w:t>(здивовано оглядає всіх).&lt;br /&gt;</w:t>
        <w:br/>
        <w:t>Цього ще бракувало!&lt;br /&gt;</w:t>
        <w:br/>
        <w:t>Фані (не зважаючи).&lt;br /&gt;</w:t>
        <w:br/>
        <w:t>Чом сміятись,&lt;br /&gt;</w:t>
        <w:br/>
        <w:t>Співать, кричати в радощах блискучих&lt;br /&gt;</w:t>
        <w:br/>
        <w:t>Так вабить погляд таємничий цей?&lt;br /&gt;</w:t>
        <w:br/>
        <w:t>Так вабить закрутитись у танку...&lt;br /&gt;</w:t>
        <w:br/>
        <w:t>Перший ^гість&lt;br /&gt;</w:t>
        <w:br/>
        <w:t>Химернії бажання, слово честі!&lt;br /&gt;</w:t>
        <w:br/>
        <w:t>Ну, хай сміятись, танцювать, співати...&lt;br /&gt;</w:t>
        <w:br/>
        <w:t>Але кричать?.. О, люба Фані, кинь,&lt;br /&gt;</w:t>
        <w:br/>
        <w:t>А то я, далебі, боюсь за нерви...&lt;br /&gt;</w:t>
        <w:br/>
        <w:t>(Підходять і розглядають портрет).&lt;br /&gt;</w:t>
        <w:br/>
        <w:t>Анелька&lt;br /&gt;</w:t>
        <w:br/>
        <w:t>Це, мабуть, та... його та... мельниківна.&lt;br /&gt;</w:t>
        <w:br/>
        <w:t>Фані&lt;br /&gt;</w:t>
        <w:br/>
        <w:t>Хоча б єдиним оком глянуть тільки&lt;br /&gt;</w:t>
        <w:br/>
        <w:t>На неї, на живу... хоч оддалік&lt;br /&gt;</w:t>
        <w:br/>
        <w:t>Побачити хотіла б я...&lt;br /&gt;</w:t>
        <w:br/>
        <w:t>Анелька&lt;br /&gt;</w:t>
        <w:br/>
        <w:t>І я...&lt;br /&gt;</w:t>
        <w:br/>
        <w:t>Другий гість&lt;br /&gt;</w:t>
        <w:br/>
        <w:t>Е... м-да...&lt;br /&gt;</w:t>
        <w:br/>
        <w:t>Анелька&lt;br /&gt;</w:t>
        <w:br/>
        <w:t>Густаве, покажи!&lt;br /&gt;</w:t>
        <w:br/>
        <w:t>Вагнер (спалахнувши).&lt;br /&gt;</w:t>
        <w:br/>
        <w:t>Кого?&lt;br /&gt;</w:t>
        <w:br/>
        <w:t>Мар'яну? вам?&lt;br /&gt;</w:t>
        <w:br/>
        <w:t>(Підходить до Фані, вириває в неї&lt;br /&gt;</w:t>
        <w:br/>
        <w:t>з рук портрет й кидає на етажерку).&lt;br /&gt;</w:t>
        <w:br/>
        <w:t>Не діждете ніколи!&lt;br /&gt;</w:t>
        <w:br/>
        <w:t>Анелька (обурено).&lt;br /&gt;</w:t>
        <w:br/>
        <w:t>Чому ж то так?&lt;br /&gt;</w:t>
        <w:br/>
        <w:t>Вагнер (п'є).&lt;br /&gt;</w:t>
        <w:br/>
        <w:t>Тому, що ви не варт.&lt;br /&gt;</w:t>
        <w:br/>
        <w:t>Самі вже погляди цікаві ваші&lt;br /&gt;</w:t>
        <w:br/>
        <w:t>Заллють мою чарівну Казку брудом.&lt;br /&gt;</w:t>
        <w:br/>
        <w:t>Анелька&lt;br /&gt;</w:t>
        <w:br/>
        <w:t>Ви чуєте, яка принцеса! Пхе!&lt;br /&gt;</w:t>
        <w:br/>
        <w:t>Як так, то й наплювать! Ото, диви,&lt;br /&gt;</w:t>
        <w:br/>
        <w:t>Не бачили такого дива... пхе!&lt;br /&gt;</w:t>
        <w:br/>
        <w:t>Вагнер (п'є).&lt;br /&gt;</w:t>
        <w:br/>
        <w:t>Мовчи!&lt;br /&gt;</w:t>
        <w:br/>
        <w:t>Анелька&lt;br /&gt;</w:t>
        <w:br/>
        <w:t>Боїшся конкурентів ти?&lt;br /&gt;</w:t>
        <w:br/>
        <w:t>Вагнер (тупає ногою).&lt;br /&gt;</w:t>
        <w:br/>
        <w:t>Ані словечка більш з продажних уст!&lt;br /&gt;</w:t>
        <w:br/>
        <w:t>Анелька&lt;br /&gt;</w:t>
        <w:br/>
        <w:t>Та що ж це, прошу вас?.. Нехай вона,&lt;br /&gt;</w:t>
        <w:br/>
        <w:t>Мужичка та, святіша од святої,&lt;br /&gt;</w:t>
        <w:br/>
        <w:t>Але не значить це, що ображати&lt;br /&gt;</w:t>
        <w:br/>
        <w:t>Нас треба через неї. Подлість це!&lt;br /&gt;</w:t>
        <w:br/>
        <w:t>Перший гість&lt;br /&gt;</w:t>
        <w:br/>
        <w:t>Густаве, справді я не пізнаю&lt;br /&gt;</w:t>
        <w:br/>
        <w:t>Тебе... й не розумію... Чого кипиш?&lt;br /&gt;</w:t>
        <w:br/>
        <w:t>Ф а н і&lt;br /&gt;</w:t>
        <w:br/>
        <w:t>А я так добре розумію. Сам ти&lt;br /&gt;</w:t>
        <w:br/>
        <w:t>її побачити боїшся.&lt;br /&gt;</w:t>
        <w:br/>
        <w:t>Вагнер&lt;br /&gt;</w:t>
        <w:br/>
        <w:t>Що?&lt;br /&gt;</w:t>
        <w:br/>
        <w:t>Боюсь її?&lt;br /&gt;</w:t>
        <w:br/>
        <w:t>Фані&lt;br /&gt;</w:t>
        <w:br/>
        <w:t>Ти дужий, це ми знаєм,&lt;br /&gt;</w:t>
        <w:br/>
        <w:t>Але...&lt;br /&gt;</w:t>
        <w:br/>
        <w:t>Вагнер&lt;br /&gt;</w:t>
        <w:br/>
        <w:t>В житті нікого не боявся.&lt;br /&gt;</w:t>
        <w:br/>
        <w:t>Фані&lt;br /&gt;</w:t>
        <w:br/>
        <w:t>Опріч жіночої краси.&lt;br /&gt;</w:t>
        <w:br/>
        <w:t>Анелька&lt;br /&gt;</w:t>
        <w:br/>
        <w:t>Авжеж&lt;br /&gt;</w:t>
        <w:br/>
        <w:t>Боїшся ти, що знову мельниківна&lt;br /&gt;</w:t>
        <w:br/>
        <w:t>Тебе красою зачарує...&lt;br /&gt;</w:t>
        <w:br/>
        <w:t>Фані&lt;br /&gt;</w:t>
        <w:br/>
        <w:t>Так.&lt;br /&gt;</w:t>
        <w:br/>
        <w:t>Анелька&lt;br /&gt;</w:t>
        <w:br/>
        <w:t>А та... друга з усім своїм багатством&lt;br /&gt;</w:t>
        <w:br/>
        <w:t>З-під носу — пурх!&lt;br /&gt;</w:t>
        <w:br/>
        <w:t>Перший гість (регоче).&lt;br /&gt;</w:t>
        <w:br/>
        <w:t>Гіпотеза дотепна!&lt;br /&gt;</w:t>
        <w:br/>
        <w:t>Признайсь, Густаве, що дівчата наші&lt;br /&gt;</w:t>
        <w:br/>
        <w:t>Не кепські психологи!&lt;br /&gt;</w:t>
        <w:br/>
        <w:t>Вагнер (б'є кулаком, по столу).&lt;br /&gt;</w:t>
        <w:br/>
        <w:t>Це дурне!&lt;br /&gt;</w:t>
        <w:br/>
        <w:t>Гей! хто там є!&lt;br /&gt;</w:t>
        <w:br/>
        <w:t>Трохим (входить).&lt;br /&gt;</w:t>
        <w:br/>
        <w:t>Я, пане, тут, до послуг.&lt;br /&gt;</w:t>
        <w:br/>
        <w:t>Вагнер&lt;br /&gt;</w:t>
        <w:br/>
        <w:t>Поклич сюди Мар'яну!&lt;br /&gt;</w:t>
        <w:br/>
        <w:t>Трохим&lt;br /&gt;</w:t>
        <w:br/>
        <w:t>Зараз, вмить!&lt;br /&gt;</w:t>
        <w:br/>
        <w:t>(Виходить).&lt;br /&gt;</w:t>
        <w:br/>
        <w:t>Вагнер (понуро п'є).&lt;br /&gt;</w:t>
        <w:br/>
        <w:t>Ви задоволені?&lt;br /&gt;</w:t>
        <w:br/>
        <w:t>Фані (з докором).&lt;br /&gt;</w:t>
        <w:br/>
        <w:t>Навіщо ти?&lt;br /&gt;</w:t>
        <w:br/>
        <w:t>Вагнер&lt;br /&gt;</w:t>
        <w:br/>
        <w:t>Хто хоче йти нехибно до мети,&lt;br /&gt;</w:t>
        <w:br/>
        <w:t>Повинен вільним бути від усього.&lt;br /&gt;</w:t>
        <w:br/>
        <w:t>Анелька&lt;br /&gt;</w:t>
        <w:br/>
        <w:t>Побачимо, який в Густава смак.&lt;br /&gt;</w:t>
        <w:br/>
        <w:t>Вагнер&lt;br /&gt;</w:t>
        <w:br/>
        <w:t>Боюся, що осліпнеш.&lt;br /&gt;</w:t>
        <w:br/>
        <w:t>Анелька&lt;br /&gt;</w:t>
        <w:br/>
        <w:t>Ов? Невже&lt;br /&gt;</w:t>
        <w:br/>
        <w:t>Вона така хороша...&lt;br /&gt;</w:t>
        <w:br/>
        <w:t>Вагнер (з захопленням).&lt;br /&gt;</w:t>
        <w:br/>
        <w:t>Краща квітка&lt;br /&gt;</w:t>
        <w:br/>
        <w:t>Степів усіх не в силі дорівнятись&lt;br /&gt;</w:t>
        <w:br/>
        <w:t>До Казки любої красою. Зорі —&lt;br /&gt;</w:t>
        <w:br/>
        <w:t>В її очах, рожевий ранок — в лицях,&lt;br /&gt;</w:t>
        <w:br/>
        <w:t>Уста — кривавих два рубіни, вся —&lt;br /&gt;</w:t>
        <w:br/>
        <w:t>Веселки блиск, чарівна казка, сон,&lt;br /&gt;</w:t>
        <w:br/>
        <w:t>Який в житті єдиний сниться раз,&lt;br /&gt;</w:t>
        <w:br/>
        <w:t>Після якого вже найкраща дійсність&lt;br /&gt;</w:t>
        <w:br/>
        <w:t>Бридотою гидкою здасться нам.&lt;br /&gt;</w:t>
        <w:br/>
        <w:t>Анелька&lt;br /&gt;</w:t>
        <w:br/>
        <w:t>Та де ж ти взяв її, цей самоцвіт?&lt;br /&gt;</w:t>
        <w:br/>
        <w:t>Вагнер&lt;br /&gt;</w:t>
        <w:br/>
        <w:t>Де взяв?.. У степу вкрав. Такая квітка&lt;br /&gt;</w:t>
        <w:br/>
        <w:t>У вільнім лиш степу могла вродитись.&lt;br /&gt;</w:t>
        <w:br/>
        <w:t>Була чудова ніч. Біля млина&lt;br /&gt;</w:t>
        <w:br/>
        <w:t>Над річкою пристав я одпочити,&lt;br /&gt;</w:t>
        <w:br/>
        <w:t>Знесилений за день од спеки й праці.&lt;br /&gt;</w:t>
        <w:br/>
        <w:t>І там побачив сон: в палкім танку&lt;br /&gt;</w:t>
        <w:br/>
        <w:t>При сяйві місячнім вона звивалась...&lt;br /&gt;</w:t>
        <w:br/>
        <w:t>Перший гість (п'є).&lt;br /&gt;</w:t>
        <w:br/>
        <w:t>То вона&lt;br /&gt;</w:t>
        <w:br/>
        <w:t>Танцює в тебе? Це цікаво!..&lt;br /&gt;</w:t>
        <w:br/>
        <w:t>Анелька&lt;br /&gt;</w:t>
        <w:br/>
        <w:t>Може,&lt;br /&gt;</w:t>
        <w:br/>
        <w:t>І нам вона тут затанцює?&lt;br /&gt;</w:t>
        <w:br/>
        <w:t>Вагнер&lt;br /&gt;</w:t>
        <w:br/>
        <w:t>Вам?&lt;br /&gt;</w:t>
        <w:br/>
        <w:t>Гаразд, звелю я їй! у всій красі&lt;br /&gt;</w:t>
        <w:br/>
        <w:t>її вам покажу... Чому не йде?&lt;br /&gt;</w:t>
        <w:br/>
        <w:t>Гей, хто там є!..&lt;br /&gt;</w:t>
        <w:br/>
        <w:t>М а р'я н а входить бліда як смерть, але очі її&lt;br /&gt;</w:t>
        <w:br/>
        <w:t>горять радістю. Хоче кинутись до нього,&lt;br /&gt;</w:t>
        <w:br/>
        <w:t>але, побачивши гостей, з жахом озирається;&lt;br /&gt;</w:t>
        <w:br/>
        <w:t>із саду лине журний спів сопілки.&lt;br /&gt;</w:t>
        <w:br/>
        <w:t>Анелька (регоче).&lt;br /&gt;</w:t>
        <w:br/>
        <w:t>То це красуня тая? Ха-ха-ха!&lt;br /&gt;</w:t>
        <w:br/>
        <w:t>Фані&lt;br /&gt;</w:t>
        <w:br/>
        <w:t>Яка хороша!&lt;br /&gt;</w:t>
        <w:br/>
        <w:t>Анелька&lt;br /&gt;</w:t>
        <w:br/>
        <w:t>Що? вона хороша?&lt;br /&gt;</w:t>
        <w:br/>
        <w:t>Другий гість&lt;br /&gt;</w:t>
        <w:br/>
        <w:t>(кидає на носа пенсне, підходить&lt;br /&gt;</w:t>
        <w:br/>
        <w:t>ближче до Мар'яни й з цікавістю&lt;br /&gt;</w:t>
        <w:br/>
        <w:t>розглядає її).&lt;br /&gt;</w:t>
        <w:br/>
        <w:t>Ні, ні! вона нічого... Очі гарні...&lt;br /&gt;</w:t>
        <w:br/>
        <w:t>Чому така бліда?&lt;br /&gt;</w:t>
        <w:br/>
        <w:t>Анелька&lt;br /&gt;</w:t>
        <w:br/>
        <w:t>Гай-гай, Густаве,&lt;br /&gt;</w:t>
        <w:br/>
        <w:t>Про смак твій краще я гадала!&lt;br /&gt;</w:t>
        <w:br/>
        <w:t>В а г н е р (осатанівши).&lt;br /&gt;</w:t>
        <w:br/>
        <w:t>Мовчать, повіє! (До Мар'яни — тупає ногою).&lt;br /&gt;</w:t>
        <w:br/>
        <w:t>Йди сюди! Ти чуєш?&lt;br /&gt;</w:t>
        <w:br/>
        <w:t>Марта (виходить наперед).&lt;br /&gt;</w:t>
        <w:br/>
        <w:t>Вона слаба, мій пане...&lt;br /&gt;</w:t>
        <w:br/>
        <w:t>Вагнер&lt;br /&gt;</w:t>
        <w:br/>
        <w:t>А... ти тут,&lt;br /&gt;</w:t>
        <w:br/>
        <w:t>Проклята відьмо! Так ти доглядаєш?&lt;br /&gt;</w:t>
        <w:br/>
        <w:t>Кажи: куди красу її ти діла?&lt;br /&gt;</w:t>
        <w:br/>
        <w:t>М а р'я н а (припадає до Марти).&lt;br /&gt;</w:t>
        <w:br/>
        <w:t>Ходім, ходімо, Марто,— я боюсь...&lt;br /&gt;</w:t>
        <w:br/>
        <w:t>Вагнер&lt;br /&gt;</w:t>
        <w:br/>
        <w:t>(підходить, шарпає її за рукав&lt;br /&gt;</w:t>
        <w:br/>
        <w:t>насеред кімнати).&lt;br /&gt;</w:t>
        <w:br/>
        <w:t>Е, ні, стривай! (До Марти).&lt;br /&gt;</w:t>
        <w:br/>
        <w:t>А ти іди звідсіль,&lt;br /&gt;</w:t>
        <w:br/>
        <w:t>Щоб я тебе не бачив більш у себе!&lt;br /&gt;</w:t>
        <w:br/>
        <w:t>Марта виходить. Мар'яна стоїть і злякано&lt;br /&gt;</w:t>
        <w:br/>
        <w:t>озирається.&lt;br /&gt;</w:t>
        <w:br/>
        <w:t>Вагнер&lt;br /&gt;</w:t>
        <w:br/>
        <w:t>Танцюй мені! Та так, як ти колись&lt;br /&gt;</w:t>
        <w:br/>
        <w:t>Біля млина...&lt;br /&gt;</w:t>
        <w:br/>
        <w:t>Мар'яна (благаюче).&lt;br /&gt;</w:t>
        <w:br/>
        <w:t>Пусти мене, Густаве,&lt;br /&gt;</w:t>
        <w:br/>
        <w:t>Я більш не буду...&lt;br /&gt;</w:t>
        <w:br/>
        <w:t>Вагнер (тупає ногою).&lt;br /&gt;</w:t>
        <w:br/>
        <w:t>Що? Танцюй, кажу!&lt;br /&gt;</w:t>
        <w:br/>
        <w:t>Перший гість&lt;br /&gt;</w:t>
        <w:br/>
        <w:t>Облиш, Густаве, бачиш же — слаба.&lt;br /&gt;</w:t>
        <w:br/>
        <w:t>Фані&lt;br /&gt;</w:t>
        <w:br/>
        <w:t>(підходить до Мар'яни й обнімає Ті).&lt;br /&gt;</w:t>
        <w:br/>
        <w:t>Ходім, моє дитя. Йому прости —&lt;br /&gt;</w:t>
        <w:br/>
        <w:t>Бо п'яний дуже він, несамовитий!:.&lt;br /&gt;</w:t>
        <w:br/>
        <w:t>Анелька&lt;br /&gt;</w:t>
        <w:br/>
        <w:t>Авжеж не треба танцювати...&lt;br /&gt;</w:t>
        <w:br/>
        <w:t>Вагнер&lt;br /&gt;</w:t>
        <w:br/>
        <w:t>Що?!&lt;br /&gt;</w:t>
        <w:br/>
        <w:t>То я не пан в своїй господі?|ОдпихоєФанїЛ&lt;br /&gt;</w:t>
        <w:br/>
        <w:t>Геть!&lt;br /&gt;</w:t>
        <w:br/>
        <w:t>(Хапає за руку Мар'яну й кидає,&lt;br /&gt;</w:t>
        <w:br/>
        <w:t>крутнувши, насеред кімнати).&lt;br /&gt;</w:t>
        <w:br/>
        <w:t>Танцюй!&lt;br /&gt;</w:t>
        <w:br/>
        <w:t>Анелька&lt;br /&gt;</w:t>
        <w:br/>
        <w:t>Він збожеволів...&lt;br /&gt;</w:t>
        <w:br/>
        <w:t>Вагнер&lt;br /&gt;</w:t>
        <w:br/>
        <w:t>(підступає до Мар'яни знов).&lt;br /&gt;</w:t>
        <w:br/>
        <w:t>Ти не будеш?&lt;br /&gt;</w:t>
        <w:br/>
        <w:t>Не будеш ти?..&lt;br /&gt;</w:t>
        <w:br/>
        <w:t>(Хапає зі столика револьвер&lt;br /&gt;</w:t>
        <w:br/>
        <w:t>й націляється).&lt;br /&gt;</w:t>
        <w:br/>
        <w:t>Мар'яна&lt;br /&gt;</w:t>
        <w:br/>
        <w:t>(з криком одбігає до вікна).&lt;br /&gt;</w:t>
        <w:br/>
        <w:t>Він вб'є... він вб'є мене!!!&lt;br /&gt;</w:t>
        <w:br/>
        <w:t>Гра сопілки уривається. Юрко вскакує вікном&lt;br /&gt;</w:t>
        <w:br/>
        <w:t>у кімнату, кидається на Вагнера й валить його&lt;br /&gt;</w:t>
        <w:br/>
        <w:t>на підлогу, потім хапає в обійми Мар'яну&lt;br /&gt;</w:t>
        <w:br/>
        <w:t>й зникає з нею в саду. Всі який час стоять&lt;br /&gt;</w:t>
        <w:br/>
        <w:t>нерухомі з ляку.&lt;br /&gt;</w:t>
        <w:br/>
        <w:t>Вагнер&lt;br /&gt;</w:t>
        <w:br/>
        <w:t>(підводиться, підбігає до вікна&lt;br /&gt;</w:t>
        <w:br/>
        <w:t>й стріляє в сад).&lt;br /&gt;</w:t>
        <w:br/>
        <w:t>Прокляття!&lt;br /&gt;</w:t>
        <w:br/>
        <w:t>В саду розтинається й затихає здавлений крик.&lt;br /&gt;</w:t>
        <w:br/>
        <w:t>Перший гість&lt;br /&gt;</w:t>
        <w:br/>
        <w:t>(хапає Вагнера ззаду за руки, підводить&lt;br /&gt;</w:t>
        <w:br/>
        <w:t>до крісла й садовить).&lt;br /&gt;</w:t>
        <w:br/>
        <w:t>Що ти робиш, божевільний?&lt;br /&gt;</w:t>
        <w:br/>
        <w:t>Сідай і заспокойся.&lt;br /&gt;</w:t>
        <w:br/>
        <w:t>На постріли вбігають Трохим і Марта.&lt;br /&gt;</w:t>
        <w:br/>
        <w:t>Фані (мрійно).&lt;br /&gt;</w:t>
        <w:br/>
        <w:t>Як чарівно!&lt;br /&gt;</w:t>
        <w:br/>
        <w:t>Прекрасно як! Немов у сні, у казці...&lt;br /&gt;</w:t>
        <w:br/>
        <w:t>Марта&lt;br /&gt;</w:t>
        <w:br/>
        <w:t>Мар'яна де?&lt;br /&gt;</w:t>
        <w:br/>
        <w:t>Анелька (показує на вікно).&lt;br /&gt;</w:t>
        <w:br/>
        <w:t>Нема, втекла.&lt;br /&gt;</w:t>
        <w:br/>
        <w:t>Фані&lt;br /&gt;</w:t>
        <w:br/>
        <w:t>(підходить до Вагнера й кладе йому&lt;br /&gt;</w:t>
        <w:br/>
        <w:t>руку на плече).&lt;br /&gt;</w:t>
        <w:br/>
        <w:t>Як гарно!..&lt;br /&gt;</w:t>
        <w:br/>
        <w:t>Це Казка? так?..&lt;br /&gt;</w:t>
        <w:br/>
        <w:t>Вагнер (з розпачем).&lt;br /&gt;</w:t>
        <w:br/>
        <w:t>Немає більше Казки!..&lt;br /&gt;</w:t>
        <w:br/>
        <w:t>Як дивний сон, як мрія зникла...&lt;br /&gt;</w:t>
        <w:br/>
        <w:t>Кінець!..&lt;br /&gt;</w:t>
        <w:br/>
        <w:t>Фані (мрійно зітхає).&lt;br /&gt;</w:t>
        <w:br/>
        <w:t>Немає казки без кінця.</w:t>
      </w:r>
    </w:p>
    <w:p>
      <w:r>
        <w:br/>
        <w:t>IV</w:t>
      </w:r>
    </w:p>
    <w:p>
      <w:r>
        <w:br/>
        <w:t>Декорація 1-го розділу. Світає. Сцену іноді&lt;br /&gt;</w:t>
        <w:br/>
        <w:t>заливає проміттям справа від заводу,&lt;br /&gt;</w:t>
        <w:br/>
        <w:t>чути зрідка гудки. На призьбі під млином&lt;br /&gt;</w:t>
        <w:br/>
        <w:t>сидить старий Мельник, брудний, обшарпаний,&lt;br /&gt;</w:t>
        <w:br/>
        <w:t>з розкуйовдлениим волоссям і бородою. Коли завіса&lt;br /&gt;</w:t>
        <w:br/>
        <w:t>піднімається, з правого боку виходить Сусанна&lt;br /&gt;</w:t>
        <w:br/>
        <w:t>з фурманом своїм.&lt;br /&gt;</w:t>
        <w:br/>
        <w:t>Сусанна (озираючись).&lt;br /&gt;</w:t>
        <w:br/>
        <w:t>Ото той млин?&lt;br /&gt;</w:t>
        <w:br/>
        <w:t>Фурман&lt;br /&gt;</w:t>
        <w:br/>
        <w:t>Так, панночко, це він.&lt;br /&gt;</w:t>
        <w:br/>
        <w:t>Сусанна&lt;br /&gt;</w:t>
        <w:br/>
        <w:t>Ти йди і жди мене там, біля коней.&lt;br /&gt;</w:t>
        <w:br/>
        <w:t>А я не забарюсь.&lt;br /&gt;</w:t>
        <w:br/>
        <w:t>Фурман&lt;br /&gt;</w:t>
        <w:br/>
        <w:t>Гаразд, пожду. (Зникає).&lt;br /&gt;</w:t>
        <w:br/>
        <w:t>Од заводу чути гудок.&lt;br /&gt;</w:t>
        <w:br/>
        <w:t>Дід (здригнувшись).&lt;br /&gt;</w:t>
        <w:br/>
        <w:t>Загув... ач, як загув!..&lt;br /&gt;</w:t>
        <w:br/>
        <w:t>Схоплюється й тікає до дверей.&lt;br /&gt;</w:t>
        <w:br/>
        <w:t>Гукай, гукай...&lt;br /&gt;</w:t>
        <w:br/>
        <w:t>Мене ти не обдуриш, як Мар'яну...&lt;br /&gt;</w:t>
        <w:br/>
        <w:t>(Дослухається).&lt;br /&gt;</w:t>
        <w:br/>
        <w:t>Ага, заціпило!.. (Відходить од порога).&lt;br /&gt;</w:t>
        <w:br/>
        <w:t>Сусанна (підходить ближче).&lt;br /&gt;</w:t>
        <w:br/>
        <w:t>Хтось гомонить?..&lt;br /&gt;</w:t>
        <w:br/>
        <w:t>Він вже прийшов? Я ж думала, ще рано.&lt;br /&gt;</w:t>
        <w:br/>
        <w:t>(Угледівши діда, зупиняється й слідкує за ним).&lt;br /&gt;</w:t>
        <w:br/>
        <w:t>Це Мельник, певне? З ким же він розмову&lt;br /&gt;</w:t>
        <w:br/>
        <w:t>Так рано тут завів?..&lt;br /&gt;</w:t>
        <w:br/>
        <w:t>ДІД&lt;br /&gt;</w:t>
        <w:br/>
        <w:t>Іще одна...&lt;br /&gt;</w:t>
        <w:br/>
        <w:t>Которая це вже?., розтала ніч&lt;br /&gt;</w:t>
        <w:br/>
        <w:t>У світлі тихім ранку... Ще один...&lt;br /&gt;</w:t>
        <w:br/>
        <w:t>Которий вже?., прокинувсь день ясний,&lt;br /&gt;</w:t>
        <w:br/>
        <w:t>її ж нема... (Нахиляється через колесо).&lt;br /&gt;</w:t>
        <w:br/>
        <w:t>Збрехав тй знов, старий...&lt;br /&gt;</w:t>
        <w:br/>
        <w:t>Що? прийде? прибіжить? Которий раз&lt;br /&gt;</w:t>
        <w:br/>
        <w:t>Я чую це від тебе? Де ж вона?..&lt;br /&gt;</w:t>
        <w:br/>
        <w:t>Сусанна&lt;br /&gt;</w:t>
        <w:br/>
        <w:t>Добридень, Діду, вам!..&lt;br /&gt;</w:t>
        <w:br/>
        <w:t>ДІД&lt;br /&gt;</w:t>
        <w:br/>
        <w:t>(затремтівши, озирається й тікає&lt;br /&gt;</w:t>
        <w:br/>
        <w:t>до порога).&lt;br /&gt;</w:t>
        <w:br/>
        <w:t>Мене нема...&lt;br /&gt;</w:t>
        <w:br/>
        <w:t>Нема мене...</w:t>
      </w:r>
    </w:p>
    <w:p>
      <w:r>
        <w:br/>
        <w:t>Куди ж? куди? стривайте!&lt;br /&gt;</w:t>
        <w:br/>
        <w:t>Лихого вам не заподію.&lt;br /&gt;</w:t>
        <w:br/>
        <w:t>Хто ж ти?&lt;br /&gt;</w:t>
        <w:br/>
        <w:t>Ти звідтіля?&lt;br /&gt;</w:t>
        <w:br/>
        <w:t>(Махає рукою на протилежний берег).&lt;br /&gt;</w:t>
        <w:br/>
        <w:t>Сусанна&lt;br /&gt;</w:t>
        <w:br/>
        <w:t>Звідкіль?&lt;br /&gt;</w:t>
        <w:br/>
        <w:t>Дід&lt;br /&gt;</w:t>
        <w:br/>
        <w:t>Од тих, що там...&lt;br /&gt;</w:t>
        <w:br/>
        <w:t>Що тих потвор набудували тут&lt;br /&gt;</w:t>
        <w:br/>
        <w:t>І степ порили геть і засмерділи.&lt;br /&gt;</w:t>
        <w:br/>
        <w:t>Сусанна&lt;br /&gt;</w:t>
        <w:br/>
        <w:t>То що, як звідтіля?&lt;br /&gt;</w:t>
        <w:br/>
        <w:t>ДІД&lt;br /&gt;</w:t>
        <w:br/>
        <w:t>Хе-хе-хе!.. то що...&lt;br /&gt;</w:t>
        <w:br/>
        <w:t>То знаю я, чого прийшла сюди.&lt;br /&gt;</w:t>
        <w:br/>
        <w:t>Сусанна&lt;br /&gt;</w:t>
        <w:br/>
        <w:t>Чого?&lt;br /&gt;</w:t>
        <w:br/>
        <w:t>Дід (свариться пальцем).&lt;br /&gt;</w:t>
        <w:br/>
        <w:t>Та знаю, знаю вже!.. Приходив&lt;br /&gt;</w:t>
        <w:br/>
        <w:t>До мене вже один... казав мені,&lt;br /&gt;</w:t>
        <w:br/>
        <w:t>Що млин зруйнує геть... еге... й натомість&lt;br /&gt;</w:t>
        <w:br/>
        <w:t>Спорудить тут якусь машину...&lt;br /&gt;</w:t>
        <w:br/>
        <w:t>Сусанна&lt;br /&gt;</w:t>
        <w:br/>
        <w:t>Ну?&lt;br /&gt;</w:t>
        <w:br/>
        <w:t>Що ж ви йому на це?&lt;br /&gt;</w:t>
        <w:br/>
        <w:t>Дід (знов свариться).&lt;br /&gt;</w:t>
        <w:br/>
        <w:t>Хе-хе... Яка!&lt;br /&gt;</w:t>
        <w:br/>
        <w:t>Щоб випитать, прийшла?.. Хе-хе... а дзуськи!&lt;br /&gt;</w:t>
        <w:br/>
        <w:t>Що я зроблю — того нікому не скажу.&lt;br /&gt;</w:t>
        <w:br/>
        <w:t>Як прийдуть, то й побачать, хе-хе-хе!&lt;br /&gt;</w:t>
        <w:br/>
        <w:t>(Показує на воду).&lt;br /&gt;</w:t>
        <w:br/>
        <w:t>От він так знає.&lt;br /&gt;</w:t>
        <w:br/>
        <w:t>Сусанна (здивовано дивиться туди).&lt;br /&gt;</w:t>
        <w:br/>
        <w:t>Хто?&lt;br /&gt;</w:t>
        <w:br/>
        <w:t>ДІД&lt;br /&gt;</w:t>
        <w:br/>
        <w:t>Та Водяник.&lt;br /&gt;</w:t>
        <w:br/>
        <w:t>Він знає все й радіє ізо мною.&lt;br /&gt;</w:t>
        <w:br/>
        <w:t>Тобі ж не скажемо... Нехай сюди&lt;br /&gt;</w:t>
        <w:br/>
        <w:t>Заявляться оті... твої — і раптом&lt;br /&gt;</w:t>
        <w:br/>
        <w:t>Де й дінеться і млин, і дід...&lt;br /&gt;</w:t>
        <w:br/>
        <w:t>(Регоче, аж захлинається).&lt;br /&gt;</w:t>
        <w:br/>
        <w:t>Іще&lt;br /&gt;</w:t>
        <w:br/>
        <w:t>Прохав мене, щоб кинув я свій млин.&lt;br /&gt;</w:t>
        <w:br/>
        <w:t>Туди, до вас щоб перейшов, що там&lt;br /&gt;</w:t>
        <w:br/>
        <w:t>Побачу нібито свою Мар'яну...&lt;br /&gt;</w:t>
        <w:br/>
        <w:t>Сусанна (робить рух до нього).&lt;br /&gt;</w:t>
        <w:br/>
        <w:t>Мар'яну?..&lt;br /&gt;</w:t>
        <w:br/>
        <w:t>Дід (махає руками).&lt;br /&gt;</w:t>
        <w:br/>
        <w:t>Не підходь, а то сховаюсь!&lt;br /&gt;</w:t>
        <w:br/>
        <w:t>Сусанна&lt;br /&gt;</w:t>
        <w:br/>
        <w:t>То та Мар'яна ваша?&lt;br /&gt;</w:t>
        <w:br/>
        <w:t>ДІД&lt;br /&gt;</w:t>
        <w:br/>
        <w:t>Не чия ж.&lt;br /&gt;</w:t>
        <w:br/>
        <w:t>Сусанна&lt;br /&gt;</w:t>
        <w:br/>
        <w:t>Нема Мар'яни вже... Мар'яна вмерла.&lt;br /&gt;</w:t>
        <w:br/>
        <w:t>Дід (свариться пальцем).&lt;br /&gt;</w:t>
        <w:br/>
        <w:t>Умерла?., хто?.. Ой хитрі ж збіса всі ви!&lt;br /&gt;</w:t>
        <w:br/>
        <w:t>Про щось чудне і той товче мені...&lt;br /&gt;</w:t>
        <w:br/>
        <w:t>Махає рукою на воду. Розтинається гудок.'&lt;br /&gt;</w:t>
        <w:br/>
        <w:t>Дід похапливо тікає й замикається в млині.&lt;br /&gt;</w:t>
        <w:br/>
        <w:t>Сусанна&lt;br /&gt;</w:t>
        <w:br/>
        <w:t>Утік... Як чудно, наче в казці. Млин...&lt;br /&gt;</w:t>
        <w:br/>
        <w:t>Старий, благенький мельник... Водяник...&lt;br /&gt;</w:t>
        <w:br/>
        <w:t>І вкрито все серпанком таїни.&lt;br /&gt;</w:t>
        <w:br/>
        <w:t>А там — огні, життя кипить бурхливе&lt;br /&gt;</w:t>
        <w:br/>
        <w:t>І стеле із руїн незнаний шлях&lt;br /&gt;</w:t>
        <w:br/>
        <w:t>До казки до нової... (Замислюється).&lt;br /&gt;</w:t>
        <w:br/>
        <w:t>Чом не йде&lt;br /&gt;</w:t>
        <w:br/>
        <w:t>Так довго він?.. Як тихо тут навкруг!&lt;br /&gt;</w:t>
        <w:br/>
        <w:t>Встає турботний день і кличе всіх&lt;br /&gt;</w:t>
        <w:br/>
        <w:t>До буйного життя... А тут — вмирання,&lt;br /&gt;</w:t>
        <w:br/>
        <w:t>Вітає казка степу... Чую я,&lt;br /&gt;</w:t>
        <w:br/>
        <w:t>Як тіні давнього блукають журно,&lt;br /&gt;</w:t>
        <w:br/>
        <w:t>Немов шукають місце, щоб заснути&lt;br /&gt;</w:t>
        <w:br/>
        <w:t>Навіки вже і все навкруг приспати...&lt;br /&gt;</w:t>
        <w:br/>
        <w:t>А він не йде... Не спала я всю ніч,&lt;br /&gt;</w:t>
        <w:br/>
        <w:t>І сон змагає... мов приспать мене&lt;br /&gt;</w:t>
        <w:br/>
        <w:t>Також хотять заблукані привиддя —&lt;br /&gt;</w:t>
        <w:br/>
        <w:t>Закути серце в холод забуття.&lt;br /&gt;</w:t>
        <w:br/>
        <w:t>(Стає, спершись на колесо).&lt;br /&gt;</w:t>
        <w:br/>
        <w:t>Тіні минулого... Тіні минулого&lt;br /&gt;</w:t>
        <w:br/>
        <w:t>Роєм мовчазно-рухливим,&lt;br /&gt;</w:t>
        <w:br/>
        <w:t>Нудно дражливим,&lt;br /&gt;</w:t>
        <w:br/>
        <w:t>З пітьми забутого, з пітьми заснулого&lt;br /&gt;</w:t>
        <w:br/>
        <w:t>Знов устають...&lt;br /&gt;</w:t>
        <w:br/>
        <w:t>Вдалеч хотіла б я серцем полинути!&lt;br /&gt;</w:t>
        <w:br/>
        <w:t>Геть понад світом в блакиті&lt;br /&gt;</w:t>
        <w:br/>
        <w:t>Стежити миті,&lt;br /&gt;</w:t>
        <w:br/>
        <w:t>Хмаркою плинути, плинути, плинути&lt;br /&gt;</w:t>
        <w:br/>
        <w:t>В безвісну путь... (Стенувшись).&lt;br /&gt;</w:t>
        <w:br/>
        <w:t>І зупинитися в льоті нестримному&lt;br /&gt;</w:t>
        <w:br/>
        <w:t>В царстві досягнень... Спочити&lt;br /&gt;</w:t>
        <w:br/>
        <w:t>Й далі летіти,&lt;br /&gt;</w:t>
        <w:br/>
        <w:t>Тільки б не спати у мороку зимному,&lt;br /&gt;</w:t>
        <w:br/>
        <w:t>Тільки б не спать!..&lt;br /&gt;</w:t>
        <w:br/>
        <w:t>Тіні минулого, тіні забутого&lt;br /&gt;</w:t>
        <w:br/>
        <w:t>Тягнуть в безодню спокою...&lt;br /&gt;</w:t>
        <w:br/>
        <w:t>Хочуть журбою&lt;br /&gt;</w:t>
        <w:br/>
        <w:t>Серце бентежнеє — ворога лютого&lt;br /&gt;</w:t>
        <w:br/>
        <w:t>Заколисать...&lt;br /&gt;</w:t>
        <w:br/>
        <w:t>Вихорем крутяться, в'ються, мов фурії.&lt;br /&gt;</w:t>
        <w:br/>
        <w:t>Марно!., живі ще бажання&lt;br /&gt;</w:t>
        <w:br/>
        <w:t>Взять без вагання&lt;br /&gt;</w:t>
        <w:br/>
        <w:t>Все, що належиться... Геть же, понурії!&lt;br /&gt;</w:t>
        <w:br/>
        <w:t>Я не засну! —&lt;br /&gt;</w:t>
        <w:br/>
        <w:t>Не вдовольнить мене чаром-нірваною!&lt;br /&gt;</w:t>
        <w:br/>
        <w:t>Щастя верховин дістати —&lt;br /&gt;</w:t>
        <w:br/>
        <w:t>В бурях сконати!..&lt;br /&gt;</w:t>
        <w:br/>
        <w:t>Душу огневу не згасиш оманою&lt;br /&gt;</w:t>
        <w:br/>
        <w:t>Тихого сну!..&lt;br /&gt;</w:t>
        <w:br/>
        <w:t>Подорожній&lt;br /&gt;</w:t>
        <w:br/>
        <w:t>(в цей час спускається з гори,&lt;br /&gt;</w:t>
        <w:br/>
        <w:t>переходить треблюф наближається&lt;br /&gt;</w:t>
        <w:br/>
        <w:t>до Сусанни).&lt;br /&gt;</w:t>
        <w:br/>
        <w:t>Сплять іще гори, повиті в туман,&lt;br /&gt;</w:t>
        <w:br/>
        <w:t>В сивій дрімоті долини.&lt;br /&gt;</w:t>
        <w:br/>
        <w:t>Гей, чи не рано на хвилях оман&lt;br /&gt;</w:t>
        <w:br/>
        <w:t>Нас понесуть хуртовини?..&lt;br /&gt;</w:t>
        <w:br/>
        <w:t>Сусанна (випростуючись).&lt;br /&gt;</w:t>
        <w:br/>
        <w:t>Що це? зневір'я? навіщо воно?&lt;br /&gt;</w:t>
        <w:br/>
        <w:t>Море життя не чекає.&lt;br /&gt;</w:t>
        <w:br/>
        <w:t>Нумо ж на хвилі! у руки стерно,&lt;br /&gt;</w:t>
        <w:br/>
        <w:t>Поки ще море дрімає!&lt;br /&gt;</w:t>
        <w:br/>
        <w:t>Бурям назустріч, із хвилями в бій!&lt;br /&gt;</w:t>
        <w:br/>
        <w:t>Гордо замають вітрила.&lt;br /&gt;</w:t>
        <w:br/>
        <w:t>Геть же зневір'я! огневих надій&lt;br /&gt;</w:t>
        <w:br/>
        <w:t>В нас не приборкано крила.&lt;br /&gt;</w:t>
        <w:br/>
        <w:t>Подорожній&lt;br /&gt;</w:t>
        <w:br/>
        <w:t>(здіймає капелюха й показує перед себе).&lt;br /&gt;</w:t>
        <w:br/>
        <w:t>Бурям назустріч, із хвилями в бій!&lt;br /&gt;</w:t>
        <w:br/>
        <w:t>В нас не приборкано крила!:.&lt;br /&gt;</w:t>
        <w:br/>
        <w:t>На горі вимальовуються фігури М а р'я ни й Юрка.&lt;br /&gt;</w:t>
        <w:br/>
        <w:t>Юрко ледве держиться на ногах. Мар'яна обережно&lt;br /&gt;</w:t>
        <w:br/>
        <w:t>піддержує його й безпорадно озирається.&lt;br /&gt;</w:t>
        <w:br/>
        <w:t>М а р'я н а&lt;br /&gt;</w:t>
        <w:br/>
        <w:t>Гей, пробі! хто тут є,— допоможіть.&lt;br /&gt;</w:t>
        <w:br/>
        <w:t>Подорожній&lt;br /&gt;</w:t>
        <w:br/>
        <w:t>(зупиняється, дослухаючись).&lt;br /&gt;</w:t>
        <w:br/>
        <w:t>Неначе голос чийсь рятунку просить?&lt;br /&gt;</w:t>
        <w:br/>
        <w:t>Сусанна&lt;br /&gt;</w:t>
        <w:br/>
        <w:t>Мертво і сонно в долинах у млі.&lt;br /&gt;</w:t>
        <w:br/>
        <w:t>Стогне то пугач у скелі,&lt;br /&gt;</w:t>
        <w:br/>
        <w:t>Що заясніли гірськії шпилі&lt;br /&gt;</w:t>
        <w:br/>
        <w:t>В пітьму повитій пустелі.&lt;br /&gt;</w:t>
        <w:br/>
        <w:t>М а р'я н а&lt;br /&gt;</w:t>
        <w:br/>
        <w:t>(силкується вдержати Юрка).&lt;br /&gt;</w:t>
        <w:br/>
        <w:t>Немає сил... Гей, Хто тут є? озвися!..&lt;br /&gt;</w:t>
        <w:br/>
        <w:t>Подорожній (дослухається).&lt;br /&gt;</w:t>
        <w:br/>
        <w:t>І знов чийсь крик, мов стогін, будить тишу.&lt;br /&gt;</w:t>
        <w:br/>
        <w:t>Рятунку просить хтось чи допомоги?&lt;br /&gt;</w:t>
        <w:br/>
        <w:t>Сусанна (з захватом).&lt;br /&gt;</w:t>
        <w:br/>
        <w:t>Тим, що конають, рятунку нема!&lt;br /&gt;</w:t>
        <w:br/>
        <w:t>Діл цей привиддями повен,&lt;br /&gt;</w:t>
        <w:br/>
        <w:t>Шлях же наш вгору пославсь не дарма —&lt;br /&gt;</w:t>
        <w:br/>
        <w:t>З мертвих низин до верховин.&lt;br /&gt;</w:t>
        <w:br/>
        <w:t>Друже коханий! нема вороття&lt;br /&gt;</w:t>
        <w:br/>
        <w:t>Тим, хто безоглядно кинув&lt;br /&gt;</w:t>
        <w:br/>
        <w:t>Серце бентежне в пожежу життя&lt;br /&gt;</w:t>
        <w:br/>
        <w:t>Й духом до щастя полинув.&lt;br /&gt;</w:t>
        <w:br/>
        <w:t>Дай же ти, друже мій, руку мені:&lt;br /&gt;</w:t>
        <w:br/>
        <w:t>Підем вперед без вагання;&lt;br /&gt;</w:t>
        <w:br/>
        <w:t>Ваблять і кдичуть нас наші огні&lt;br /&gt;</w:t>
        <w:br/>
        <w:t>В царство хуртеч і змагання.&lt;br /&gt;</w:t>
        <w:br/>
        <w:t>(Беруться за руки й зникають праворуч).&lt;br /&gt;</w:t>
        <w:br/>
        <w:t>М а р'я н а&lt;br /&gt;</w:t>
        <w:br/>
        <w:t>(з великим зусиллям спускається,&lt;br /&gt;</w:t>
        <w:br/>
        <w:t>піддержуючи під руку Юрка, вниз,&lt;br /&gt;</w:t>
        <w:br/>
        <w:t>переходить греблю, кладе його на цім&lt;br /&gt;</w:t>
        <w:br/>
        <w:t>березі, недалеко від колеса,&lt;br /&gt;</w:t>
        <w:br/>
        <w:t>випростується й безпорадно озирається).&lt;br /&gt;</w:t>
        <w:br/>
        <w:t>Нема нікого... Дід живий чи ні?&lt;br /&gt;</w:t>
        <w:br/>
        <w:t>Як вир реве! Це ти, старий сусідо?&lt;br /&gt;</w:t>
        <w:br/>
        <w:t>Радієш?.. Ну, радій... (Нахиляється над Юрком).&lt;br /&gt;</w:t>
        <w:br/>
        <w:t>З млина виходить, крадучись, Діді з великим&lt;br /&gt;</w:t>
        <w:br/>
        <w:t>зацікавленням, потроху наближаючись, слідкує&lt;br /&gt;</w:t>
        <w:br/>
        <w:t>за тим, що вона робить.&lt;br /&gt;</w:t>
        <w:br/>
        <w:t>Гей, Юрку! Юрку!..&lt;br /&gt;</w:t>
        <w:br/>
        <w:t>Не чує... знепритомнів. Ось стривай,&lt;br /&gt;</w:t>
        <w:br/>
        <w:t>Твою смертельну рану я промию&lt;br /&gt;</w:t>
        <w:br/>
        <w:t>Холодною водою, й біль утихне.&lt;br /&gt;</w:t>
        <w:br/>
        <w:t>Розплющиш знов свої хороші очі&lt;br /&gt;</w:t>
        <w:br/>
        <w:t>Й до мене посміхнешся...&lt;br /&gt;</w:t>
        <w:br/>
        <w:t>(Розстібає йому комір і обдивляється).&lt;br /&gt;</w:t>
        <w:br/>
        <w:t>Де ж вона?..&lt;br /&gt;</w:t>
        <w:br/>
        <w:t>Де куля та?.. Поцілено у спину...&lt;br /&gt;</w:t>
        <w:br/>
        <w:t>Що ж діяти?..&lt;br /&gt;</w:t>
        <w:br/>
        <w:t>(Піднімає голову, помічає діда&lt;br /&gt;</w:t>
        <w:br/>
        <w:t>й кидається до нього).&lt;br /&gt;</w:t>
        <w:br/>
        <w:t>Діду! любий мій!&lt;br /&gt;</w:t>
        <w:br/>
        <w:t>Живий іще?..&lt;br /&gt;</w:t>
        <w:br/>
        <w:t>(Хапає його руку й цілує).&lt;br /&gt;</w:t>
        <w:br/>
        <w:t>Дід (пручається).&lt;br /&gt;</w:t>
        <w:br/>
        <w:t>Геть! геть! Тебе не знаю!&lt;br /&gt;</w:t>
        <w:br/>
        <w:t>(Вириває руку й тікає до порога).&lt;br /&gt;</w:t>
        <w:br/>
        <w:t>Мар'яна (простягає руки до нього).&lt;br /&gt;</w:t>
        <w:br/>
        <w:t>Це ж я... це я, Мар'яна ваша!&lt;br /&gt;</w:t>
        <w:br/>
        <w:t>Дід (махає на неї руками).&lt;br /&gt;</w:t>
        <w:br/>
        <w:t>Геть!&lt;br /&gt;</w:t>
        <w:br/>
        <w:t>Моя Мар'яна не така!.. Я знаю,—&lt;br /&gt;</w:t>
        <w:br/>
        <w:t>Тебе підіслано, щоб обдурить&lt;br /&gt;</w:t>
        <w:br/>
        <w:t>Старого діда...&lt;br /&gt;</w:t>
        <w:br/>
        <w:t>Марія на&lt;br /&gt;</w:t>
        <w:br/>
        <w:t>Я—Мар'яна ваша,—&lt;br /&gt;</w:t>
        <w:br/>
        <w:t>Невже ви не пізнали?&lt;br /&gt;</w:t>
        <w:br/>
        <w:t>Дід&lt;br /&gt;</w:t>
        <w:br/>
        <w:t>Ти? Мар'яна?&lt;br /&gt;</w:t>
        <w:br/>
        <w:t>Мар'яна, та не та... Русалка, може.&lt;br /&gt;</w:t>
        <w:br/>
        <w:t>Моя Мар'яна — маків цвіт. А ти...&lt;br /&gt;</w:t>
        <w:br/>
        <w:t>Не треба, не підходь!.. Іди до того.&lt;br /&gt;</w:t>
        <w:br/>
        <w:t>(Показує на воду).&lt;br /&gt;</w:t>
        <w:br/>
        <w:t>До дідька водяного. Чуєш, як&lt;br /&gt;</w:t>
        <w:br/>
        <w:t>Радіє він, немов і справді бачить&lt;br /&gt;</w:t>
        <w:br/>
        <w:t>Мар'яну, любую мою онуку...&lt;br /&gt;</w:t>
        <w:br/>
        <w:t>Геть! геть! не смій підходити сюди!&lt;br /&gt;</w:t>
        <w:br/>
        <w:t>(Зникає й замикається).&lt;br /&gt;</w:t>
        <w:br/>
        <w:t>М а р'я н а&lt;br /&gt;</w:t>
        <w:br/>
        <w:t>Він не пізнав. Нехай. Як зійде сонце,&lt;br /&gt;</w:t>
        <w:br/>
        <w:t>До нього підійду я ще, і він&lt;br /&gt;</w:t>
        <w:br/>
        <w:t>Мене пізна...&lt;br /&gt;</w:t>
        <w:br/>
        <w:t>(Підходить до Юрка, сідає, кладе&lt;br /&gt;</w:t>
        <w:br/>
        <w:t>його голову собі на коліна).&lt;br /&gt;</w:t>
        <w:br/>
        <w:t>Юрко... Умер чи спить?&lt;br /&gt;</w:t>
        <w:br/>
        <w:t>А серце б'ється так повільно й тихо&lt;br /&gt;</w:t>
        <w:br/>
        <w:t>В обіймах смерті, наче день ясний&lt;br /&gt;</w:t>
        <w:br/>
        <w:t>В обіймах ночі замирає. Юрку!&lt;br /&gt;</w:t>
        <w:br/>
        <w:t>Прокиньсь, коханий мій: ми дома вже.&lt;br /&gt;</w:t>
        <w:br/>
        <w:t>Не чуєш? ні?.. Гарячим поцілунком&lt;br /&gt;</w:t>
        <w:br/>
        <w:t>Тебе я розбуджу.&lt;br /&gt;</w:t>
        <w:br/>
        <w:t>(Цілує його раз і другий).&lt;br /&gt;</w:t>
        <w:br/>
        <w:t>Розкрий же очі!&lt;br /&gt;</w:t>
        <w:br/>
        <w:t>До уст своїх сопілоньку тужливу&lt;br /&gt;</w:t>
        <w:br/>
        <w:t>Ти притули і піснею дзвінкою&lt;br /&gt;</w:t>
        <w:br/>
        <w:t>Розбудиш вмить заснулую луну.&lt;br /&gt;</w:t>
        <w:br/>
        <w:t>А я... як то було колись, таночок&lt;br /&gt;</w:t>
        <w:br/>
        <w:t>Тобі під гру веселий заплету...&lt;br /&gt;</w:t>
        <w:br/>
        <w:t>Зів'ю вінок із квітів запашних,&lt;br /&gt;</w:t>
        <w:br/>
        <w:t>Вквітчаю ним голівку... чуєш, Юрку?..&lt;br /&gt;</w:t>
        <w:br/>
        <w:t>І щастя приманю... ти чуєш? —щастя,&lt;br /&gt;</w:t>
        <w:br/>
        <w:t>Веселе, тихе щастя... Ти не чуєш?..&lt;br /&gt;</w:t>
        <w:br/>
        <w:t>Поблідли як твої уста і вид...&lt;br /&gt;</w:t>
        <w:br/>
        <w:t>А чим збудить тебе — не знаю я.&lt;br /&gt;</w:t>
        <w:br/>
        <w:t>Сльозами? — сліз нема... лишились там.&lt;br /&gt;</w:t>
        <w:br/>
        <w:t>(Махає рукою в той бік, звідкіля прийшла).&lt;br /&gt;</w:t>
        <w:br/>
        <w:t>Чи піснею веселою?..— теж там...&lt;br /&gt;</w:t>
        <w:br/>
        <w:t>Ах, там... і сльози і пісні. Зо мною —&lt;br /&gt;</w:t>
        <w:br/>
        <w:t>Саме розбите серце...&lt;br /&gt;</w:t>
        <w:br/>
        <w:t>Юрко розкриває очі, ніби прощаючись з нею.&lt;br /&gt;</w:t>
        <w:br/>
        <w:t>Ти почув?..&lt;br /&gt;</w:t>
        <w:br/>
        <w:t>Збудивсь?..&lt;br /&gt;</w:t>
        <w:br/>
        <w:t>(Нахиляється до нього; він судорожно&lt;br /&gt;</w:t>
        <w:br/>
        <w:t>хапає її за плече, потім одкидає руку,&lt;br /&gt;</w:t>
        <w:br/>
        <w:t>випростується й помирає).&lt;br /&gt;</w:t>
        <w:br/>
        <w:t>Сказати хочеш щось мені?&lt;br /&gt;</w:t>
        <w:br/>
        <w:t>Я слухаю, мій любий...&lt;br /&gt;</w:t>
        <w:br/>
        <w:t>(Поширеними очима слідкує за його&lt;br /&gt;</w:t>
        <w:br/>
        <w:t>вмиранням; переконавшись, що він помер,&lt;br /&gt;</w:t>
        <w:br/>
        <w:t>розпачливо скрикує й схоплюється&lt;br /&gt;</w:t>
        <w:br/>
        <w:t>на ноги).&lt;br /&gt;</w:t>
        <w:br/>
        <w:t>Він помер!..&lt;br /&gt;</w:t>
        <w:br/>
        <w:t>Юрко помер... нема Юрка... А я?..&lt;br /&gt;</w:t>
        <w:br/>
        <w:t>На крик одчиняє двері Дід і, сміючись, з порога&lt;br /&gt;</w:t>
        <w:br/>
        <w:t>слідкує за нею.&lt;br /&gt;</w:t>
        <w:br/>
        <w:t>А я?..&lt;br /&gt;</w:t>
        <w:br/>
        <w:t>(Безпорадно озирається й підходить&lt;br /&gt;</w:t>
        <w:br/>
        <w:t>до колеса).&lt;br /&gt;</w:t>
        <w:br/>
        <w:t>Ти чув... ти чув? — Юрко помер.&lt;br /&gt;</w:t>
        <w:br/>
        <w:t>А я сама... Е, ні... стривай... десь Дід...&lt;br /&gt;</w:t>
        <w:br/>
        <w:t>(Угледівши старого, кидається до нього).&lt;br /&gt;</w:t>
        <w:br/>
        <w:t>Дідусю мій!&lt;br /&gt;</w:t>
        <w:br/>
        <w:t>Дід ховається, регочучи, й замикається.&lt;br /&gt;</w:t>
        <w:br/>
        <w:t>Сховавсь... не пізнає...&lt;br /&gt;</w:t>
        <w:br/>
        <w:t>(Підходить знов до колеса).&lt;br /&gt;</w:t>
        <w:br/>
        <w:t>До тебе? Ні, до тебе не піду.&lt;br /&gt;</w:t>
        <w:br/>
        <w:t>Там холодно на дні... І ти... старий,&lt;br /&gt;</w:t>
        <w:br/>
        <w:t>Холодний і бридкий. Кохаєш ти?&lt;br /&gt;</w:t>
        <w:br/>
        <w:t>Коли бажання є — розбите серце&lt;br /&gt;</w:t>
        <w:br/>
        <w:t>Тобі я кину, як собаці: їж,&lt;br /&gt;</w:t>
        <w:br/>
        <w:t>Доїж його — мені вже не потрібне.&lt;br /&gt;</w:t>
        <w:br/>
        <w:t>А я... піду у степ, нарву квіток,&lt;br /&gt;</w:t>
        <w:br/>
        <w:t>Сплету вінок і голову вквітчаю,&lt;br /&gt;</w:t>
        <w:br/>
        <w:t>Прийду, і сяду тута під млином,&lt;br /&gt;</w:t>
        <w:br/>
        <w:t>І ждатиму, аж поки сонце зійде&lt;br /&gt;</w:t>
        <w:br/>
        <w:t>І вийде Дід: на мене гляне він&lt;br /&gt;</w:t>
        <w:br/>
        <w:t>І враз пізнає свою Каз... що? Казку?&lt;br /&gt;</w:t>
        <w:br/>
        <w:t>Немає Казки вже — вона скінчилась.&lt;br /&gt;</w:t>
        <w:br/>
        <w:t>А я... Хто ж я? Стривай... Ага, згадала!&lt;br /&gt;</w:t>
        <w:br/>
        <w:t>Мар'яна я, не Казка — мельниківна,&lt;br /&gt;</w:t>
        <w:br/>
        <w:t>Я — мельниківна... так... Мар'яна я...&lt;br /&gt;</w:t>
        <w:br/>
        <w:t>(Замислена, відходить од колеса&lt;br /&gt;</w:t>
        <w:br/>
        <w:t>й зникає в глибині сцени за млином).&lt;br /&gt;</w:t>
        <w:br/>
        <w:t>З млина виглядає Д і д, помітивши, що нікого нема,&lt;br /&gt;</w:t>
        <w:br/>
        <w:t>підходить обережно до колеса.&lt;br /&gt;</w:t>
        <w:br/>
        <w:t>ДІД&lt;br /&gt;</w:t>
        <w:br/>
        <w:t>Ти чув, що вигадав на мене він?&lt;br /&gt;</w:t>
        <w:br/>
        <w:t>Ха-ха! Якусь дівулю підіслав...&lt;br /&gt;</w:t>
        <w:br/>
        <w:t>Звелів казати, що вона Мар'яна.&lt;br /&gt;</w:t>
        <w:br/>
        <w:t>Що кажеш ти? Мар'яна справді то?&lt;br /&gt;</w:t>
        <w:br/>
        <w:t>Ех ти, старий! Із глузду, мабуть, спав:&lt;br /&gt;</w:t>
        <w:br/>
        <w:t>Хіба така Мар'яна, як отся?&lt;br /&gt;</w:t>
        <w:br/>
        <w:t>Мар'яна сонечком мені сіяла...&lt;br /&gt;</w:t>
        <w:br/>
        <w:t>Вродлива й молода, як та весна,&lt;br /&gt;</w:t>
        <w:br/>
        <w:t>Цвіла вона в степу, Мов пишна квітка.&lt;br /&gt;</w:t>
        <w:br/>
        <w:t>А ще — як у віночку, то й очей&lt;br /&gt;</w:t>
        <w:br/>
        <w:t>Не одірвав би од такої вроди.&lt;br /&gt;</w:t>
        <w:br/>
        <w:t>А ця — як смерть бліда. Замість квіток,&lt;br /&gt;</w:t>
        <w:br/>
        <w:t>Зима послалася на лицях в неї.&lt;br /&gt;</w:t>
        <w:br/>
        <w:t>Русалка то... Гей, дідьку Водяний!&lt;br /&gt;</w:t>
        <w:br/>
        <w:t>Чи то не ти щось вигадав, пославши&lt;br /&gt;</w:t>
        <w:br/>
        <w:t>Русалку ошукать старого діда?&lt;br /&gt;</w:t>
        <w:br/>
        <w:t>(Свариться пальцем).&lt;br /&gt;</w:t>
        <w:br/>
        <w:t>Гляди! а то я греблю розкопаю&lt;br /&gt;</w:t>
        <w:br/>
        <w:t>І воду геть спущу. Тоді завиєш,&lt;br /&gt;</w:t>
        <w:br/>
        <w:t>Немов той на живіт після куті...&lt;br /&gt;</w:t>
        <w:br/>
        <w:t>Стривай... бач, я й забув... вона сюди&lt;br /&gt;</w:t>
        <w:br/>
        <w:t>Когось іще з собою привела.&lt;br /&gt;</w:t>
        <w:br/>
        <w:t>Й його Юрком назвала при мені.&lt;br /&gt;</w:t>
        <w:br/>
        <w:t>(Підходить до Юрка, довго дивиться&lt;br /&gt;</w:t>
        <w:br/>
        <w:t>на нього, потім починає потиху&lt;br /&gt;</w:t>
        <w:br/>
        <w:t>сміятись: щодалі сміх переходить у регіт).&lt;br /&gt;</w:t>
        <w:br/>
        <w:t>Ну й утяла! Юрко... Хіба це він?&lt;br /&gt;</w:t>
        <w:br/>
        <w:t>Юрко живий, а цей... вже дуба дав.&lt;br /&gt;</w:t>
        <w:br/>
        <w:t>Чи думали, що я не одрізню&lt;br /&gt;</w:t>
        <w:br/>
        <w:t>Юрка від цього мертвяка?.. Ну-ну!..&lt;br /&gt;</w:t>
        <w:br/>
        <w:t>Під час останньої частини дідового монологу&lt;br /&gt;</w:t>
        <w:br/>
        <w:t>згори спускається гурток робітників з сокирами&lt;br /&gt;</w:t>
        <w:br/>
        <w:t>й лопатами; вони переходять греблю й підходять&lt;br /&gt;</w:t>
        <w:br/>
        <w:t>до Діда, котрий, зрештою угледівши їх, чимдуж&lt;br /&gt;</w:t>
        <w:br/>
        <w:t>тікає, зляканий, до млина й хутко замикається там.&lt;br /&gt;</w:t>
        <w:br/>
        <w:t>Перший робітник&lt;br /&gt;</w:t>
        <w:br/>
        <w:t>Чого це він метнувсь, як навіжений?&lt;br /&gt;</w:t>
        <w:br/>
        <w:t>Десятник&lt;br /&gt;</w:t>
        <w:br/>
        <w:t>Десь догадавсь, чого прийшли сюди ми.&lt;br /&gt;</w:t>
        <w:br/>
        <w:t>Другий робітник&lt;br /&gt;</w:t>
        <w:br/>
        <w:t>(угледівши труп).&lt;br /&gt;</w:t>
        <w:br/>
        <w:t>Гей, хто Тут спить? Ану, вставай, нерано.&lt;br /&gt;</w:t>
        <w:br/>
        <w:t>Перший робітник&lt;br /&gt;</w:t>
        <w:br/>
        <w:t>(і інші оточують труп).&lt;br /&gt;</w:t>
        <w:br/>
        <w:t>Це вбитий... далебі... Заснув навіки.&lt;br /&gt;</w:t>
        <w:br/>
        <w:t>Десятник&lt;br /&gt;</w:t>
        <w:br/>
        <w:t>(нахиляється, придивляючись).&lt;br /&gt;</w:t>
        <w:br/>
        <w:t>Застрелено... Його не руште ви.&lt;br /&gt;</w:t>
        <w:br/>
        <w:t>Ну, добре день почавсь!&lt;br /&gt;</w:t>
        <w:br/>
        <w:t>Перший робітник&lt;br /&gt;</w:t>
        <w:br/>
        <w:t>Та хто ж би міг?&lt;br /&gt;</w:t>
        <w:br/>
        <w:t>Другий робітник&lt;br /&gt;</w:t>
        <w:br/>
        <w:t>Стояв тут Дід над ним, то, може, він.&lt;br /&gt;</w:t>
        <w:br/>
        <w:t>Третій робітник&lt;br /&gt;</w:t>
        <w:br/>
        <w:t>Попав у небо пальцем. З чого Дід&lt;br /&gt;</w:t>
        <w:br/>
        <w:t>Стріляти міг? чи не з оскарду,&lt;br /&gt;</w:t>
        <w:br/>
        <w:t>Яким карбує жорна?&lt;br /&gt;</w:t>
        <w:br/>
        <w:t>Десятник&lt;br /&gt;</w:t>
        <w:br/>
        <w:t>Все одно,&lt;br /&gt;</w:t>
        <w:br/>
        <w:t>Хто вбив... Не ваше діло розбирать,—&lt;br /&gt;</w:t>
        <w:br/>
        <w:t>Начальство розбере...&lt;br /&gt;</w:t>
        <w:br/>
        <w:t>(До одного з робітників).&lt;br /&gt;</w:t>
        <w:br/>
        <w:t>Біжи назад&lt;br /&gt;</w:t>
        <w:br/>
        <w:t>І розкажи про знахідку страшну.&lt;br /&gt;</w:t>
        <w:br/>
        <w:t>Один з робітників вертається, переходить&lt;br /&gt;</w:t>
        <w:br/>
        <w:t>греблю й зникає в скелях.&lt;br /&gt;</w:t>
        <w:br/>
        <w:t>Й сопілку стис в руці. Цікаво, хто він?&lt;br /&gt;</w:t>
        <w:br/>
        <w:t>Перший робітник&lt;br /&gt;</w:t>
        <w:br/>
        <w:t>Смальовий, як чабан...&lt;br /&gt;</w:t>
        <w:br/>
        <w:t>Другий робітник&lt;br /&gt;</w:t>
        <w:br/>
        <w:t>Чабан і є:&lt;br /&gt;</w:t>
        <w:br/>
        <w:t>Десь бачив я його.&lt;br /&gt;</w:t>
        <w:br/>
        <w:t>Третій робітник&lt;br /&gt;</w:t>
        <w:br/>
        <w:t>Ще молодий.&lt;br /&gt;</w:t>
        <w:br/>
        <w:t>Перший робітник&lt;br /&gt;</w:t>
        <w:br/>
        <w:t>(нахиляється й бере в руки сопілку).&lt;br /&gt;</w:t>
        <w:br/>
        <w:t>А гарна, з візерунками сопілка...&lt;br /&gt;</w:t>
        <w:br/>
        <w:t>Робив колись і я такі... еге,&lt;br /&gt;</w:t>
        <w:br/>
        <w:t>Чабанував колись і грав. Ану,&lt;br /&gt;</w:t>
        <w:br/>
        <w:t>Чи не забув ще грати тут на шахтах.&lt;br /&gt;</w:t>
        <w:br/>
        <w:t>(Притуляє до уст і починає награвати&lt;br /&gt;</w:t>
        <w:br/>
        <w:t>фабричний мотив: "Когда я был слабодний&lt;br /&gt;</w:t>
        <w:br/>
        <w:t>мальчик...")&lt;br /&gt;</w:t>
        <w:br/>
        <w:t>Десятник&lt;br /&gt;</w:t>
        <w:br/>
        <w:t>І ще що вигадай! Облиш! Клади&lt;br /&gt;</w:t>
        <w:br/>
        <w:t>На місце та ходімо: час не жде.&lt;br /&gt;</w:t>
        <w:br/>
        <w:t>Не видно, як надійде Крамаренко&lt;br /&gt;</w:t>
        <w:br/>
        <w:t>І вилає, що ще нічого тут&lt;br /&gt;</w:t>
        <w:br/>
        <w:t>Ми не зробили.&lt;br /&gt;</w:t>
        <w:br/>
        <w:t>(Підходять і стають перед млином;&lt;br /&gt;</w:t>
        <w:br/>
        <w:t>дехто зазирає у вікно).&lt;br /&gt;</w:t>
        <w:br/>
        <w:t>Діду! гей! ти чуєш?&lt;br /&gt;</w:t>
        <w:br/>
        <w:t>(Торсає двері).&lt;br /&gt;</w:t>
        <w:br/>
        <w:t>Вставай, нерано вже!..&lt;br /&gt;</w:t>
        <w:br/>
        <w:t>Другий робітник&lt;br /&gt;</w:t>
        <w:br/>
        <w:t>Та він не спить.&lt;br /&gt;</w:t>
        <w:br/>
        <w:t>Допіру ж втік, як нас угледів...&lt;br /&gt;</w:t>
        <w:br/>
        <w:t>(Стукає у віконечко).&lt;br /&gt;</w:t>
        <w:br/>
        <w:t>ДІДУ!-&lt;br /&gt;</w:t>
        <w:br/>
        <w:t>Десятник&lt;br /&gt;</w:t>
        <w:br/>
        <w:t>Не чує.&lt;br /&gt;</w:t>
        <w:br/>
        <w:t>Другий робітник&lt;br /&gt;</w:t>
        <w:br/>
        <w:t>Гей! оглух ти на безлюдді?&lt;br /&gt;</w:t>
        <w:br/>
        <w:t>Десятник (стукає в двері).&lt;br /&gt;</w:t>
        <w:br/>
        <w:t>Вилазь, а то звелю ламати двері!&lt;br /&gt;</w:t>
        <w:br/>
        <w:t>Перший робітник&lt;br /&gt;</w:t>
        <w:br/>
        <w:t>(зазирає у вікно).&lt;br /&gt;</w:t>
        <w:br/>
        <w:t>Не видно ні духа... Соломи тільки&lt;br /&gt;</w:t>
        <w:br/>
        <w:t>Повнісінькая хата. Нащо то?..&lt;br /&gt;</w:t>
        <w:br/>
        <w:t>Третій робітник&lt;br /&gt;</w:t>
        <w:br/>
        <w:t>Та що там думать довго: бить вікно&lt;br /&gt;</w:t>
        <w:br/>
        <w:t>Або рубати двері...&lt;br /&gt;</w:t>
        <w:br/>
        <w:t>Десятник&lt;br /&gt;</w:t>
        <w:br/>
        <w:t>Доведеться.&lt;br /&gt;</w:t>
        <w:br/>
        <w:t>Роботи в нас чимало: завалить&lt;br /&gt;</w:t>
        <w:br/>
        <w:t>І розібрать трухлявий млин, звезти&lt;br /&gt;</w:t>
        <w:br/>
        <w:t>Звідсіль і місце тут для водокачки&lt;br /&gt;</w:t>
        <w:br/>
        <w:t>Розчистити. Тому не гаймось!&lt;br /&gt;</w:t>
        <w:br/>
        <w:t>(Торсає дверима).&lt;br /&gt;</w:t>
        <w:br/>
        <w:t>Гей!&lt;br /&gt;</w:t>
        <w:br/>
        <w:t>Одчиниш ти чи ні?.. Старий луципер...&lt;br /&gt;</w:t>
        <w:br/>
        <w:t>Крамаренко&lt;br /&gt;</w:t>
        <w:br/>
        <w:t>(перейшовши греблю, підходить&lt;br /&gt;</w:t>
        <w:br/>
        <w:t>до робітників).&lt;br /&gt;</w:t>
        <w:br/>
        <w:t>То ви нічого ще і не зробили?&lt;br /&gt;</w:t>
        <w:br/>
        <w:t>Десятник&lt;br /&gt;</w:t>
        <w:br/>
        <w:t>Замкнувся у млині і притаївсь.&lt;br /&gt;</w:t>
        <w:br/>
        <w:t>Погане коїться щось тут. Он там&lt;br /&gt;</w:t>
        <w:br/>
        <w:t>На березі, біля води, лежить&lt;br /&gt;</w:t>
        <w:br/>
        <w:t>Застрелений.&lt;br /&gt;</w:t>
        <w:br/>
        <w:t>Крамаренко (підходить до трупа).&lt;br /&gt;</w:t>
        <w:br/>
        <w:t>Застрелений?.. Хто ж він?&lt;br /&gt;</w:t>
        <w:br/>
        <w:t>Стривай... десь бачив я його. Чабан це.&lt;br /&gt;</w:t>
        <w:br/>
        <w:t>Десятник&lt;br /&gt;</w:t>
        <w:br/>
        <w:t>Застали Діда тут над ним: стояв&lt;br /&gt;</w:t>
        <w:br/>
        <w:t>І гомонів про щось.&lt;br /&gt;</w:t>
        <w:br/>
        <w:t>Крамаренко&lt;br /&gt;</w:t>
        <w:br/>
        <w:t>Ти сповістив&lt;br /&gt;</w:t>
        <w:br/>
        <w:t>Про це кого?&lt;br /&gt;</w:t>
        <w:br/>
        <w:t>Десятник&lt;br /&gt;</w:t>
        <w:br/>
        <w:t>Аякже.&lt;br /&gt;</w:t>
        <w:br/>
        <w:t>Крамаренко&lt;br /&gt;</w:t>
        <w:br/>
        <w:t>Ну, й гаразд.&lt;br /&gt;</w:t>
        <w:br/>
        <w:t>(Вертаються до млина).&lt;br /&gt;</w:t>
        <w:br/>
        <w:t>Ну, що ж, коли не відчиня дверей,&lt;br /&gt;</w:t>
        <w:br/>
        <w:t>Рубайте їх та будемо кінчати.&lt;br /&gt;</w:t>
        <w:br/>
        <w:t>Перший і другий робітники підходять до дверей&lt;br /&gt;</w:t>
        <w:br/>
        <w:t>і починають ламати їх. Удари сокир голосною&lt;br /&gt;</w:t>
        <w:br/>
        <w:t>луною відбиваються в скелях на тім боці.&lt;br /&gt;</w:t>
        <w:br/>
        <w:t>Перший робітник&lt;br /&gt;</w:t>
        <w:br/>
        <w:t>Диви, яке міцне: коли не дуб,&lt;br /&gt;</w:t>
        <w:br/>
        <w:t>То груша. (Рубає).&lt;br /&gt;</w:t>
        <w:br/>
        <w:t>Хе!..&lt;br /&gt;</w:t>
        <w:br/>
        <w:t>Другий робітник&lt;br /&gt;</w:t>
        <w:br/>
        <w:t>А він казав — трухляве.&lt;br /&gt;</w:t>
        <w:br/>
        <w:t>Десятник&lt;br /&gt;</w:t>
        <w:br/>
        <w:t>Ану, рубайте, годі теревенить!..&lt;br /&gt;</w:t>
        <w:br/>
        <w:t>Інші з цікавістю товпляться коло них. Сонце&lt;br /&gt;</w:t>
        <w:br/>
        <w:t>пожежею освітлює шпилі скель.&lt;br /&gt;</w:t>
        <w:br/>
        <w:t>Голос Мар'яни (десь за млином).&lt;br /&gt;</w:t>
        <w:br/>
        <w:t>Рине вода, рине,&lt;br /&gt;</w:t>
        <w:br/>
        <w:t>А серденько ниє:&lt;br /&gt;</w:t>
        <w:br/>
        <w:t>Гей, чи він прилине&lt;br /&gt;</w:t>
        <w:br/>
        <w:t>Хутенько,&lt;br /&gt;</w:t>
        <w:br/>
        <w:t>Бистренько,&lt;br /&gt;</w:t>
        <w:br/>
        <w:t>Поки звечоріє?&lt;br /&gt;</w:t>
        <w:br/>
        <w:t>Робота припиняється, всі стоять і слухають,&lt;br /&gt;</w:t>
        <w:br/>
        <w:t>як зачаровані.&lt;br /&gt;</w:t>
        <w:br/>
        <w:t>Перший робітник&lt;br /&gt;</w:t>
        <w:br/>
        <w:t>Десь рання пташка заспівала в лузі.&lt;br /&gt;</w:t>
        <w:br/>
        <w:t>Другий робітник&lt;br /&gt;</w:t>
        <w:br/>
        <w:t>А тихо тут, аж моторошно якось.&lt;br /&gt;</w:t>
        <w:br/>
        <w:t>Третій робітник&lt;br /&gt;</w:t>
        <w:br/>
        <w:t>Кує зозуля десь...&lt;br /&gt;</w:t>
        <w:br/>
        <w:t>Перший робітник&lt;br /&gt;</w:t>
        <w:br/>
        <w:t>То жаба крюка.&lt;br /&gt;</w:t>
        <w:br/>
        <w:t>Зозуля вже мандрикою вдавилась.&lt;br /&gt;</w:t>
        <w:br/>
        <w:t>Третій робітник&lt;br /&gt;</w:t>
        <w:br/>
        <w:t>А вир лютує як!&lt;br /&gt;</w:t>
        <w:br/>
        <w:t>Другий робітник&lt;br /&gt;</w:t>
        <w:br/>
        <w:t>Ось слухай, слухай!&lt;br /&gt;</w:t>
        <w:br/>
        <w:t>Голос Мар'яни&lt;br /&gt;</w:t>
        <w:br/>
        <w:t>Рине сльоза, рине,&lt;br /&gt;</w:t>
        <w:br/>
        <w:t>А серденько в'яне:&lt;br /&gt;</w:t>
        <w:br/>
        <w:t>Гей, чи він прилине&lt;br /&gt;</w:t>
        <w:br/>
        <w:t>Хутенько,&lt;br /&gt;</w:t>
        <w:br/>
        <w:t>Бистренько,&lt;br /&gt;</w:t>
        <w:br/>
        <w:t>Поки ніч настане?&lt;br /&gt;</w:t>
        <w:br/>
        <w:t>Перший робітник&lt;br /&gt;</w:t>
        <w:br/>
        <w:t>З села якась.&lt;br /&gt;</w:t>
        <w:br/>
        <w:t>Другий робітник&lt;br /&gt;</w:t>
        <w:br/>
        <w:t>А може, з наших це?&lt;br /&gt;</w:t>
        <w:br/>
        <w:t>Третій робітник&lt;br /&gt;</w:t>
        <w:br/>
        <w:t>Чи не русалка?.. Гарно як співає...&lt;br /&gt;</w:t>
        <w:br/>
        <w:t>Другий робітник&lt;br /&gt;</w:t>
        <w:br/>
        <w:t>Таке ще вигадай — удень русалка!..&lt;br /&gt;</w:t>
        <w:br/>
        <w:t>Голос Мар'яни&lt;br /&gt;</w:t>
        <w:br/>
        <w:t>Рине пісня, рине&lt;br /&gt;</w:t>
        <w:br/>
        <w:t>І серденько крає:&lt;br /&gt;</w:t>
        <w:br/>
        <w:t>Гей, чи він прилине&lt;br /&gt;</w:t>
        <w:br/>
        <w:t>Хутенько,&lt;br /&gt;</w:t>
        <w:br/>
        <w:t>Бистренько?..&lt;br /&gt;</w:t>
        <w:br/>
        <w:t>Чом його немає?..&lt;br /&gt;</w:t>
        <w:br/>
        <w:t>Десятник&lt;br /&gt;</w:t>
        <w:br/>
        <w:t>Ану, за діло! чого це стали ви?..&lt;br /&gt;</w:t>
        <w:br/>
        <w:t>Робітники неохоче починають рубати двері.&lt;br /&gt;</w:t>
        <w:br/>
        <w:t>Крамаренко (сам до себе).&lt;br /&gt;</w:t>
        <w:br/>
        <w:t>Нема сумніву... це вона —це Казка.&lt;br /&gt;</w:t>
        <w:br/>
        <w:t>Чого блукає тут?.. Невже... невже...&lt;br /&gt;</w:t>
        <w:br/>
        <w:t>Не може бути, щоб він її прогнав...&lt;br /&gt;</w:t>
        <w:br/>
        <w:t>З гори спускається Вагнер.&lt;br /&gt;</w:t>
        <w:br/>
        <w:t>Десятник (до Крамаренка).&lt;br /&gt;</w:t>
        <w:br/>
        <w:t>Ось гляньте — пан директор то чи ні?&lt;br /&gt;</w:t>
        <w:br/>
        <w:t>Крамаренко&lt;br /&gt;</w:t>
        <w:br/>
        <w:t>Так, він... Чого так рано в цих місцях?..&lt;br /&gt;</w:t>
        <w:br/>
        <w:t>Ага... я розумію...&lt;br /&gt;</w:t>
        <w:br/>
        <w:t>Знову чути спів Мар'яни.&lt;br /&gt;</w:t>
        <w:br/>
        <w:t>Четвертий робітник&lt;br /&gt;</w:t>
        <w:br/>
        <w:t>(зазирає у вікно, з жахом).&lt;br /&gt;</w:t>
        <w:br/>
        <w:t>Гляньте, гляньте!..&lt;br /&gt;</w:t>
        <w:br/>
        <w:t>Горить в млині!..— горить!..&lt;br /&gt;</w:t>
        <w:br/>
        <w:t>Десятник (підбігає).&lt;br /&gt;</w:t>
        <w:br/>
        <w:t>Що плещеш ти?&lt;br /&gt;</w:t>
        <w:br/>
        <w:t>Крамаренко&lt;br /&gt;</w:t>
        <w:br/>
        <w:t>Що там таке? (Помічає полум'я й дим).&lt;br /&gt;</w:t>
        <w:br/>
        <w:t>Горить?.. Ат, чорт старий!&lt;br /&gt;</w:t>
        <w:br/>
        <w:t>Рубайте двері, вікна... швидше! Чом&lt;br /&gt;</w:t>
        <w:br/>
        <w:t>Стовбами стали? Вивести старого&lt;br /&gt;</w:t>
        <w:br/>
        <w:t>Хутчій з млина!..&lt;br /&gt;</w:t>
        <w:br/>
        <w:t>Перший робітник&lt;br /&gt;</w:t>
        <w:br/>
        <w:t>Врубаєш їх якраз.&lt;br /&gt;</w:t>
        <w:br/>
        <w:t>Метушня. Пробують рубати знов. Двері не піддаються,&lt;br /&gt;</w:t>
        <w:br/>
        <w:t>вікно ж падає всередину, але звідтіль&lt;br /&gt;</w:t>
        <w:br/>
        <w:t>виривається дим і полум'я. Хто близько стояв,&lt;br /&gt;</w:t>
        <w:br/>
        <w:t>відсахнувся.&lt;br /&gt;</w:t>
        <w:br/>
        <w:t>Голос Мар'яни&lt;br /&gt;</w:t>
        <w:br/>
        <w:t>Рине вода, рине,&lt;br /&gt;</w:t>
        <w:br/>
        <w:t>А серденько...&lt;br /&gt;</w:t>
        <w:br/>
        <w:t>Раптом уривається. Пожежа розгоряється.&lt;br /&gt;</w:t>
        <w:br/>
        <w:t>Крамаренко (хапається за голову).&lt;br /&gt;</w:t>
        <w:br/>
        <w:t>Згорить, згорить же він... його рятуйте!&lt;br /&gt;</w:t>
        <w:br/>
        <w:t>Другий робітник&lt;br /&gt;</w:t>
        <w:br/>
        <w:t>Згорів вже досі, не врятуєш!&lt;br /&gt;</w:t>
        <w:br/>
        <w:t>Перший робітник&lt;br /&gt;</w:t>
        <w:br/>
        <w:t>Ні,&lt;br /&gt;</w:t>
        <w:br/>
        <w:t>Вже край... Ось-ось завалиться і дах.&lt;br /&gt;</w:t>
        <w:br/>
        <w:t>Дак от на що соломи він наклав!..&lt;br /&gt;</w:t>
        <w:br/>
        <w:t>Крамаренко&lt;br /&gt;</w:t>
        <w:br/>
        <w:t>Гей, хлопці! нагороду той дістане,&lt;br /&gt;</w:t>
        <w:br/>
        <w:t>Хто виведе з огню старого! Ну?&lt;br /&gt;</w:t>
        <w:br/>
        <w:t>Чого ж ви стоїте і мовчите?..&lt;br /&gt;</w:t>
        <w:br/>
        <w:t>Всі стоять, мовчки огинаючись. Крамаренко махає&lt;br /&gt;</w:t>
        <w:br/>
        <w:t>рукою і йде назустріч Вагнерові. З правого&lt;br /&gt;</w:t>
        <w:br/>
        <w:t>боку вибігають робітники. Між ними —&lt;br /&gt;</w:t>
        <w:br/>
        <w:t>Подорожній іСусанна&lt;br /&gt;</w:t>
        <w:br/>
        <w:t>Подорожній&lt;br /&gt;</w:t>
        <w:br/>
        <w:t>(до тих, що руйнували млин).&lt;br /&gt;</w:t>
        <w:br/>
        <w:t>Що тут? Навіщо млин ви запалили?&lt;br /&gt;</w:t>
        <w:br/>
        <w:t>Перший робітник&lt;br /&gt;</w:t>
        <w:br/>
        <w:t>Старий замкнувся там і запалив.&lt;br /&gt;</w:t>
        <w:br/>
        <w:t>Подорожній (з жахом).&lt;br /&gt;</w:t>
        <w:br/>
        <w:t>Він там?&lt;br /&gt;</w:t>
        <w:br/>
        <w:t>Другий робітник&lt;br /&gt;</w:t>
        <w:br/>
        <w:t>Та там...&lt;br /&gt;</w:t>
        <w:br/>
        <w:t>Перший робітник&lt;br /&gt;</w:t>
        <w:br/>
        <w:t>Тепер вже не підступиш.&lt;br /&gt;</w:t>
        <w:br/>
        <w:t>Подорожній біжить До вікна й хоче кинутись&lt;br /&gt;</w:t>
        <w:br/>
        <w:t>в огонь.&lt;br /&gt;</w:t>
        <w:br/>
        <w:t>Сусанна (удержує його).&lt;br /&gt;</w:t>
        <w:br/>
        <w:t>Стривай... згориш!.. Мерців лиши мерцям.&lt;br /&gt;</w:t>
        <w:br/>
        <w:t>М а р'я н а&lt;br /&gt;</w:t>
        <w:br/>
        <w:t>(вибігає з-за млину у вінку&lt;br /&gt;</w:t>
        <w:br/>
        <w:t>на розпущених косах).&lt;br /&gt;</w:t>
        <w:br/>
        <w:t>Де дід?., де дід?&lt;br /&gt;</w:t>
        <w:br/>
        <w:t>(Кидається то до одного, то до другого&lt;br /&gt;</w:t>
        <w:br/>
        <w:t>робітника).&lt;br /&gt;</w:t>
        <w:br/>
        <w:t>Сусанна (до Подорожнього).&lt;br /&gt;</w:t>
        <w:br/>
        <w:t>Вона... вона... це — Казка.:&lt;br /&gt;</w:t>
        <w:br/>
        <w:t>А Вагнер же казав мені, що вмерла...&lt;br /&gt;</w:t>
        <w:br/>
        <w:t>(Угледівши Вагнера).&lt;br /&gt;</w:t>
        <w:br/>
        <w:t>А ось і він. Чого прийшов?&lt;br /&gt;</w:t>
        <w:br/>
        <w:t>Перший робітник (до Мар'яни).&lt;br /&gt;</w:t>
        <w:br/>
        <w:t>Нема,&lt;br /&gt;</w:t>
        <w:br/>
        <w:t>Він там...&lt;br /&gt;</w:t>
        <w:br/>
        <w:t>Показують на палаючий млин, у якого раптом&lt;br /&gt;</w:t>
        <w:br/>
        <w:t>дах падає.&lt;br /&gt;</w:t>
        <w:br/>
        <w:t>Мар'яна (несамовито).&lt;br /&gt;</w:t>
        <w:br/>
        <w:t>Він там? в млині сховавсь? Дідусю! діду!!!&lt;br /&gt;</w:t>
        <w:br/>
        <w:t>Кидається до огню, але робітники втримують її.&lt;br /&gt;</w:t>
        <w:br/>
        <w:t>Вагнер&lt;br /&gt;</w:t>
        <w:br/>
        <w:t>(підходить ближче: у нього пом'ятий,&lt;br /&gt;</w:t>
        <w:br/>
        <w:t>невиспаний вигляд; побачивши Мар'яну,&lt;br /&gt;</w:t>
        <w:br/>
        <w:t>робить рух до неї, простягаючи руки).&lt;br /&gt;</w:t>
        <w:br/>
        <w:t>Мар'яно!.. Казко любая моя!..&lt;br /&gt;</w:t>
        <w:br/>
        <w:t>Мар'яна, вгледівши його, скрикує, виривається&lt;br /&gt;</w:t>
        <w:br/>
        <w:t>з рук у робітників і кидається у вир. —Крик жаху&lt;br /&gt;</w:t>
        <w:br/>
        <w:t>в присутніх. Вагнер робить рух за нею,&lt;br /&gt;</w:t>
        <w:br/>
        <w:t>але зупиняється і з жахом слідкує, як понесло&lt;br /&gt;</w:t>
        <w:br/>
        <w:t>водою тіло Мар'яни. Подорожній і кілька робітників&lt;br /&gt;</w:t>
        <w:br/>
        <w:t>з тих, що прийшли пізніш, зірвавшися з місця,&lt;br /&gt;</w:t>
        <w:br/>
        <w:t>кидаються за нею. Решта товпиться біля колеса,&lt;br /&gt;</w:t>
        <w:br/>
        <w:t>слідкуючи за тим, що робиться в річці.&lt;br /&gt;</w:t>
        <w:br/>
        <w:t>— Загибла вже...&lt;br /&gt;</w:t>
        <w:br/>
        <w:t>— Е, ні... вхопив!&lt;br /&gt;</w:t>
        <w:br/>
        <w:t>— На берег випливають!..&lt;br /&gt;</w:t>
        <w:br/>
        <w:t>— А що ж з млином робити?&lt;br /&gt;</w:t>
        <w:br/>
        <w:t>— Ну, й день сьогодня!..&lt;br /&gt;</w:t>
        <w:br/>
        <w:t>Сусанна (підходить до Вагнера).&lt;br /&gt;</w:t>
        <w:br/>
        <w:t>Тепера, Вагнере, вже край напевне...&lt;br /&gt;</w:t>
        <w:br/>
        <w:t>Вагнер (показує в глиб сцени).&lt;br /&gt;</w:t>
        <w:br/>
        <w:t>Він витяг, бачите?., на берег витяг...&lt;br /&gt;</w:t>
        <w:br/>
        <w:t>Вона ще оживе...&lt;br /&gt;</w:t>
        <w:br/>
        <w:t>Сусанна&lt;br /&gt;</w:t>
        <w:br/>
        <w:t>О, так! вона,&lt;br /&gt;</w:t>
        <w:br/>
        <w:t>Запевне, оживе, та не для вас,—&lt;br /&gt;</w:t>
        <w:br/>
        <w:t>Для Вагнерів навік умерла Казка!..&lt;br /&gt;</w:t>
        <w:br/>
        <w:t>Млин валиться при криках і метушні. Вир люто реве.&lt;br /&gt;</w:t>
        <w:br/>
        <w:t>Сходить сонце. Чути гудок заводу.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старого млина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