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жарт-птицю...</w:t>
      </w:r>
    </w:p>
    <w:p>
      <w:r>
        <w:br/>
        <w:t xml:space="preserve"> &lt;p&gt;Здрастуйте, любі друзі! Сідайте зручніше, будь ласка. Розкажу я вам зараз казку, Розкажу вам казкову билицю Про чарівну Жарт-Птицю.</w:t>
      </w:r>
    </w:p>
    <w:p>
      <w:r>
        <w:br/>
        <w:t>Слухайте!..</w:t>
      </w:r>
    </w:p>
    <w:p>
      <w:r>
        <w:br/>
        <w:t>Десь — не тут, колись — не тепер, за широкими морями, за високими горами, на казковій землі жили собі, були собі казковий дід Мудрило і казкова баба Лагода.</w:t>
      </w:r>
    </w:p>
    <w:p>
      <w:r>
        <w:br/>
        <w:t>Своїх казкових дітей вони не мали. І взяли вони собі на виховання сімох звичайнісіньких неказкових хлопчиків.</w:t>
      </w:r>
    </w:p>
    <w:p>
      <w:r>
        <w:br/>
        <w:t>Дуже любили дід Мудрило і баба Лагода своїх синів. Та й справді гарні були хлопці — кароокі, чорноброві, ставні, веселі й кмітливі. Любили й пестили їх дід та баба. Догоджали, як тільки могли. Особливо баба.</w:t>
      </w:r>
    </w:p>
    <w:p>
      <w:r>
        <w:br/>
        <w:t>Ні за холодну воду не давала братися — все за них робила.</w:t>
      </w:r>
    </w:p>
    <w:p>
      <w:r>
        <w:br/>
        <w:t>— Нехай! Вони ж діти! Вони ж маленькі! Їм же важко. Нехай!</w:t>
      </w:r>
    </w:p>
    <w:p>
      <w:r>
        <w:br/>
        <w:t>Дід часом хмурився, але не сперечався з бабою — аби не подумала, що він їх менше любить.</w:t>
      </w:r>
    </w:p>
    <w:p>
      <w:r>
        <w:br/>
        <w:t>Звикли брати, що їх люблять-голублять, що про них дбають, що їм усе кращеньке, що для них — хоч зірку з неба. Безтурботно їм жилося в казкового діда Мудрила і казкової баби Лагоди.</w:t>
      </w:r>
    </w:p>
    <w:p>
      <w:r>
        <w:br/>
        <w:t>Та минав час. Повиростали хлопці. Стали парубками.</w:t>
      </w:r>
    </w:p>
    <w:p>
      <w:r>
        <w:br/>
        <w:t>От покликали якось дід Мудрило й баба Лагода синів і кажуть:</w:t>
      </w:r>
    </w:p>
    <w:p>
      <w:r>
        <w:br/>
        <w:t>— Сини наші, синочки, синочки-голубочки! Ми вже постаріли, знесиліли й посивіли. Хочемо йти на пенсію. Будемо жити собі на горі Спокою, читати книжки і дивитися чаривізор… Віднині ви самі мусите про себе дбати… Та напослідок виконаємо будь-яке ваше прохання. Просіть усе, що хочете. Але пам'ятайте — ми можемо виконати лише одне прохання кожного з вас. Тільки одне. Отож подумайте гарненько. Не поспішайте. Не легковажте. Глядіть, щоб того, що попросите, на все життя вистачило.</w:t>
      </w:r>
    </w:p>
    <w:p>
      <w:r>
        <w:br/>
        <w:t>Перезирнулися хлопці, сіли — задумалися…</w:t>
      </w:r>
    </w:p>
    <w:p>
      <w:r>
        <w:br/>
        <w:t>— О! — зробив рота бубликом перший. — Придумав! Хочу бути чарівником! Чарівником-Будівником! Казкові палаци будувати хочу. Щоб тільки махну рукою — і вмить казковий палац стоїть.</w:t>
      </w:r>
    </w:p>
    <w:p>
      <w:r>
        <w:br/>
        <w:t>— О! — і собі зробив рота бубликом другий. — І я! Теж хочу чарівником. Чарівником-Садівником. Щоб тільки поведу бровою — і вже росте чарівна яблуня, на кожній гілці яблуко золоте.</w:t>
      </w:r>
    </w:p>
    <w:p>
      <w:r>
        <w:br/>
        <w:t>— О! І я!.. О! І я!.. О! І я! О! І я!.. — наче ціла в'язка бубликів розсипалася — всі захотіли бути чарівниками.</w:t>
      </w:r>
    </w:p>
    <w:p>
      <w:r>
        <w:br/>
        <w:t>— А чи добре ви подумали? — питає дід Мудрило.</w:t>
      </w:r>
    </w:p>
    <w:p>
      <w:r>
        <w:br/>
        <w:t>— Добре! — відповідають сини.</w:t>
      </w:r>
    </w:p>
    <w:p>
      <w:r>
        <w:br/>
        <w:t>— Чи не передумаєте потім? — вдруге питає лід Мудрило.</w:t>
      </w:r>
    </w:p>
    <w:p>
      <w:r>
        <w:br/>
        <w:t>— Не передумаєм!</w:t>
      </w:r>
    </w:p>
    <w:p>
      <w:r>
        <w:br/>
        <w:t>— Чи не будете жалкувати? — втретє питає дід Мудрило.</w:t>
      </w:r>
    </w:p>
    <w:p>
      <w:r>
        <w:br/>
        <w:t>— Отаке! Чого ж жалкувати?! — відповідають сини. — Стати чарівниками і ще жалкувати! Ха!</w:t>
      </w:r>
    </w:p>
    <w:p>
      <w:r>
        <w:br/>
        <w:t>— Ну нехай уже так буде, як вони хочуть! Нехай! — сказала баба Лагода.</w:t>
      </w:r>
    </w:p>
    <w:p>
      <w:r>
        <w:br/>
        <w:t>— Що ж! Гаразд! — сказав дід Мудрило. — Хай буде по-вашому. Лягайте, синочки, спати. Вранці прокинетесь уже чарівниками. А тепер прощавайте. Здорові бувайте. Нас не забувайте.</w:t>
      </w:r>
    </w:p>
    <w:p>
      <w:r>
        <w:br/>
        <w:t>Запрягли дід і баба воза, поклали на нього своє манаття і поїхали на гору Спокою.</w:t>
      </w:r>
    </w:p>
    <w:p>
      <w:r>
        <w:br/>
        <w:t>А брати повечеряли, почистили зуби, помили вуха і повкладалися спати.</w:t>
      </w:r>
    </w:p>
    <w:p>
      <w:r>
        <w:br/>
        <w:t>Вранці попрокидалися, вмилися, зарядку зробили, поснідали. Стали — дивляться один на одного: як воно там — чарівники вже чи ні. І кожному лячно першому починати — а що, як не вийде. Ніколи ж не чаклували ще у житті.</w:t>
      </w:r>
    </w:p>
    <w:p>
      <w:r>
        <w:br/>
        <w:t>Нарешті старший одважився, повітря повні груди набрав, проказав чарівне заклинання:</w:t>
      </w:r>
    </w:p>
    <w:p>
      <w:r>
        <w:br/>
        <w:t>Майна — віра!</w:t>
      </w:r>
    </w:p>
    <w:p>
      <w:r>
        <w:br/>
        <w:t>Віра — майна!</w:t>
      </w:r>
    </w:p>
    <w:p>
      <w:r>
        <w:br/>
        <w:t>Хай палац</w:t>
      </w:r>
    </w:p>
    <w:p>
      <w:r>
        <w:br/>
        <w:t>Зросте негайно!</w:t>
      </w:r>
    </w:p>
    <w:p>
      <w:r>
        <w:br/>
        <w:t>Потім рукою тільки — мах! — і присів, замружився… Гур-гуррр! — наче гора з неба звалилася. І постав перед братами новісінький казковий палац — тільки цемент од струсу куриться та шибки дзеленчать.</w:t>
      </w:r>
    </w:p>
    <w:p>
      <w:r>
        <w:br/>
        <w:t>Здивовано-радісно перезираються брати, а тоді я-ак крикнуть хором:</w:t>
      </w:r>
    </w:p>
    <w:p>
      <w:r>
        <w:br/>
        <w:t>— Уррра-а-а!..</w:t>
      </w:r>
    </w:p>
    <w:p>
      <w:r>
        <w:br/>
        <w:t>Аж захитався палац.</w:t>
      </w:r>
    </w:p>
    <w:p>
      <w:r>
        <w:br/>
        <w:t>Стали брати чарівниками. Перший, як ви вже знаєте, Чарівник-Будівник. Махне рукою — і вмить казковий палац стоїть.</w:t>
      </w:r>
    </w:p>
    <w:p>
      <w:r>
        <w:br/>
        <w:t>Другий — Чарівник-Садівник. Поведе бровою — і вже росте чарівна яблуня, на кожній гілці яблуко золоте.</w:t>
      </w:r>
    </w:p>
    <w:p>
      <w:r>
        <w:br/>
        <w:t>Третій — Чарівник-Годівник. Цей мав скатерть-самобранку. Як розстеле скатерть зранку — їжте, пийте всі, хто хоче, до самісінької ночі.</w:t>
      </w:r>
    </w:p>
    <w:p>
      <w:r>
        <w:br/>
        <w:t>Четвертий — Чаклун-Красотун. З будь-якої потвори гидкої міг прекрасну зробити принцесу.</w:t>
      </w:r>
    </w:p>
    <w:p>
      <w:r>
        <w:br/>
        <w:t>П'ятий — Одівець-Кравець. У чудові модні шати міг він цілий світ убрати.</w:t>
      </w:r>
    </w:p>
    <w:p>
      <w:r>
        <w:br/>
        <w:t>Шостий — Майстер-Видумляйстер. Цьому варто забажати і — негайно буде мати різні ловкі апарати, хитромудрі автомати, що робитимуть за тебе геть усе, що тільки треба.</w:t>
      </w:r>
    </w:p>
    <w:p>
      <w:r>
        <w:br/>
        <w:t>Ну а сьомий — то Літун-Плавець-Ходило. Він завідував летючими кораблями, чоботами-скороходами, килимами-самольотами, горбокониками та іншим казковим транспортом.</w:t>
      </w:r>
    </w:p>
    <w:p>
      <w:r>
        <w:br/>
        <w:t>Радіють брати-чарівники, захлинаються:</w:t>
      </w:r>
    </w:p>
    <w:p>
      <w:r>
        <w:br/>
        <w:t>— От молодці батьки наші!</w:t>
      </w:r>
    </w:p>
    <w:p>
      <w:r>
        <w:br/>
        <w:t>— От удружили!</w:t>
      </w:r>
    </w:p>
    <w:p>
      <w:r>
        <w:br/>
        <w:t>— От догодили!</w:t>
      </w:r>
    </w:p>
    <w:p>
      <w:r>
        <w:br/>
        <w:t>— Ну, тепер не пропадем повік-віки!</w:t>
      </w:r>
    </w:p>
    <w:p>
      <w:r>
        <w:br/>
        <w:t>— Тепер житимемо!</w:t>
      </w:r>
    </w:p>
    <w:p>
      <w:r>
        <w:br/>
        <w:t>— Побудуємо місто Непрацюй-Веселись.</w:t>
      </w:r>
    </w:p>
    <w:p>
      <w:r>
        <w:br/>
        <w:t>— І будем жити, не тужити, цілий день радіти, нічого не робити.</w:t>
      </w:r>
    </w:p>
    <w:p>
      <w:r>
        <w:br/>
        <w:t>— Правильно!</w:t>
      </w:r>
    </w:p>
    <w:p>
      <w:r>
        <w:br/>
        <w:t>— Абсолютно!</w:t>
      </w:r>
    </w:p>
    <w:p>
      <w:r>
        <w:br/>
        <w:t>Так і зробили. Побудували місто Непрацюй-Веселись. Кожному братові — окремий палац. З басейном. З садом золотих яблунь. З чаривізором. З чарифоном. З безліччю хитромудрих апаратів-автоматів, які все геть-чисто роблять. А посередині для всіх — здоровенницький Палац Розваг, де різні ігри, атракціони, кімнати сміху, штучний каток-ковзанка, бібліотека, тир і тому подібне.</w:t>
      </w:r>
    </w:p>
    <w:p>
      <w:r>
        <w:br/>
        <w:t>Побудували брати-чарівники місто Непрацюй-Веселись. Влаштували новосілля. Раптом задзвонив чарифон. Узяли брати трубки, попритуляли до вух — слухають:</w:t>
      </w:r>
    </w:p>
    <w:p>
      <w:r>
        <w:br/>
        <w:t>— Алло! Синочки-голубочки! Здрастуйте! Це ми, ваші мама й тато. Як ви там? Як поживаєте?</w:t>
      </w:r>
    </w:p>
    <w:p>
      <w:r>
        <w:br/>
        <w:t>— Привіт! — радісно загукали брати-чарівники. — Драстуйте, мамашо! Драстуйте, папашо! Як живемо? Живемо здорово! Радіємо — не сумуємо! Любий татусю! Ненька рідненька, дякуємо красненько! Спасибі вам величезне! Цілуємо, обіймаємо, жодних претензій не маємо! Салют!</w:t>
      </w:r>
    </w:p>
    <w:p>
      <w:r>
        <w:br/>
        <w:t>— От і добре! От і прекрасно! Дуже за вас раді! Бувайте здоровенькі! До побачення!</w:t>
      </w:r>
    </w:p>
    <w:p>
      <w:r>
        <w:br/>
        <w:t>І поклали трубку.</w:t>
      </w:r>
    </w:p>
    <w:p>
      <w:r>
        <w:br/>
        <w:t>Минуло новосілля.</w:t>
      </w:r>
    </w:p>
    <w:p>
      <w:r>
        <w:br/>
        <w:t>Попрокидалися брати-чарівники, повмивалися, зарядку зробили, поснідали, посідали — один на одного дивляться:</w:t>
      </w:r>
    </w:p>
    <w:p>
      <w:r>
        <w:br/>
        <w:t>— Ну, що будемо робити, хлопці!</w:t>
      </w:r>
    </w:p>
    <w:p>
      <w:r>
        <w:br/>
        <w:t>Руками розводять — не знають. Нуднувато якось.</w:t>
      </w:r>
    </w:p>
    <w:p>
      <w:r>
        <w:br/>
        <w:t>— То що, може, у Палац Розваг?</w:t>
      </w:r>
    </w:p>
    <w:p>
      <w:r>
        <w:br/>
        <w:t>— Гайда!</w:t>
      </w:r>
    </w:p>
    <w:p>
      <w:r>
        <w:br/>
        <w:t>Пішли у Палац Розваг. Ходили-ходили… З Майданчика Атракціонів у Кімнату Сміху. З Кімнати Сміху у Зал Веселих Ігор. Із Залу Веселих Ігор ще далі…</w:t>
      </w:r>
    </w:p>
    <w:p>
      <w:r>
        <w:br/>
        <w:t>Тинялися-тинялися… Не хочеться… Не регочеться… Не грається… Не читається… Нудно.</w:t>
      </w:r>
    </w:p>
    <w:p>
      <w:r>
        <w:br/>
        <w:t>І тут знову чарифон деренчить:</w:t>
      </w:r>
    </w:p>
    <w:p>
      <w:r>
        <w:br/>
        <w:t>— Алло! Як настрій, синочки? Як здоров'ячко?</w:t>
      </w:r>
    </w:p>
    <w:p>
      <w:r>
        <w:br/>
        <w:t>— Та нічого… Порядок… — стримано, але бадьоро відповідають брати: соромно їм признатися, що сум чогось напав.</w:t>
      </w:r>
    </w:p>
    <w:p>
      <w:r>
        <w:br/>
        <w:t>— Ну, добре-добре. Гуляйте, розважайтесь. Аби все у вас було гаразд. До побачення, синочки!</w:t>
      </w:r>
    </w:p>
    <w:p>
      <w:r>
        <w:br/>
        <w:t>— Привіт! — коротко відповіли брати.</w:t>
      </w:r>
    </w:p>
    <w:p>
      <w:r>
        <w:br/>
        <w:t>…Минуло ще кілька днів.</w:t>
      </w:r>
    </w:p>
    <w:p>
      <w:r>
        <w:br/>
        <w:t>…Тиждень минув.</w:t>
      </w:r>
    </w:p>
    <w:p>
      <w:r>
        <w:br/>
        <w:t>…Минув місяць.</w:t>
      </w:r>
    </w:p>
    <w:p>
      <w:r>
        <w:br/>
        <w:t>Наче чорна хмара насунула на місто Непрацюй-Веселись. Тиняються по ньому брати-чарівники, місця собі не знаходять.</w:t>
      </w:r>
    </w:p>
    <w:p>
      <w:r>
        <w:br/>
        <w:t>Все у них є. Все, що тільки забажають. А радості — нема. Бо нема бажань. Варто тільки комусь щось побажати, ворухнув пальцем — і вже є.</w:t>
      </w:r>
    </w:p>
    <w:p>
      <w:r>
        <w:br/>
        <w:t>Без жодних зусиль, без жодної затримки. А коли все так легко дається, коли все є — то й бажати нецікаво.</w:t>
      </w:r>
    </w:p>
    <w:p>
      <w:r>
        <w:br/>
        <w:t>Зникли у братів-чарівників бажання. Порожньо в голові, порожньо в серці — аж гуде.</w:t>
      </w:r>
    </w:p>
    <w:p>
      <w:r>
        <w:br/>
        <w:t>Нічого не хочеться. Ні-чо-гі-сінь-ко.</w:t>
      </w:r>
    </w:p>
    <w:p>
      <w:r>
        <w:br/>
        <w:t>А раз нічого не хочеться — звідки ж радість візьметься?…</w:t>
      </w:r>
    </w:p>
    <w:p>
      <w:r>
        <w:br/>
        <w:t>Нема радості. Нема щастя.</w:t>
      </w:r>
    </w:p>
    <w:p>
      <w:r>
        <w:br/>
        <w:t>Розучилися сміятися брати. Втратили здатність радіти. Забули, як сміх звучить. Весь час плакати хочеться.</w:t>
      </w:r>
    </w:p>
    <w:p>
      <w:r>
        <w:br/>
        <w:t>І тут знову задзвонив чарифон:</w:t>
      </w:r>
    </w:p>
    <w:p>
      <w:r>
        <w:br/>
        <w:t>— Алло! Синочки-голубочки! Як ви там? Чи здорові, чи веселі у своїй новій оселі, в місті Непрацюй-Веселись?</w:t>
      </w:r>
    </w:p>
    <w:p>
      <w:r>
        <w:br/>
        <w:t>Не витримали брати. Застогнали-заплакали в чарифон:</w:t>
      </w:r>
    </w:p>
    <w:p>
      <w:r>
        <w:br/>
        <w:t>— Ой, мамочко! Ой, таточку! Ой, кепсько!! Ой, що ж ми наробили! Не живемо, а мучимось. Забули, як сміх звучить. Рятуйте! Поможіть!</w:t>
      </w:r>
    </w:p>
    <w:p>
      <w:r>
        <w:br/>
        <w:t>— Ех, синочки-голубочки! Бідолайчики! Та ми ж вас попереджали — думайте гарненько! А тепер не можемо вже нічого зробити. На пенсії ми.</w:t>
      </w:r>
    </w:p>
    <w:p>
      <w:r>
        <w:br/>
        <w:t>— Ой, що ж воно буде?! — заплакали брати. — Невже все життя сумувати, від нудьги вмирати?! Хоч порадьте щось. Ви ж мудрі, ви ж розумні. Підкажіть хоч, що робить.</w:t>
      </w:r>
    </w:p>
    <w:p>
      <w:r>
        <w:br/>
        <w:t>— Підказати можна. Живе на світі Чарівник-Жартівник Нежурись. Їдьте до нього. Може, він вам допоможе.</w:t>
      </w:r>
    </w:p>
    <w:p>
      <w:r>
        <w:br/>
        <w:t>— А де ж, де він живе, той Нежурись?</w:t>
      </w:r>
    </w:p>
    <w:p>
      <w:r>
        <w:br/>
        <w:t>— За трьома морями — Синім, Зеленим і Червоним.</w:t>
      </w:r>
    </w:p>
    <w:p>
      <w:r>
        <w:br/>
        <w:t>— То ми зараз! Негайно!</w:t>
      </w:r>
    </w:p>
    <w:p>
      <w:r>
        <w:br/>
        <w:t>— Стривайте! Не поспішайте. Зараз уже вечір. А дорога далека. Лягайте спати. Завтра вранці вирушите. На добраніч, діти!</w:t>
      </w:r>
    </w:p>
    <w:p>
      <w:r>
        <w:br/>
        <w:t>Клацнуло у чарифоні — поклали дід Мудрило й баба Лагода трубку.</w:t>
      </w:r>
    </w:p>
    <w:p>
      <w:r>
        <w:br/>
        <w:t>А брати-чарівники повечеряли, почистили зуби, помили вуха й повкладалися спати.</w:t>
      </w:r>
    </w:p>
    <w:p>
      <w:r>
        <w:br/>
        <w:t>Вранці прокинулися, вмилися, зарядку зробили, поснідали. Перезирнулися.</w:t>
      </w:r>
    </w:p>
    <w:p>
      <w:r>
        <w:br/>
        <w:t>— Ну що?</w:t>
      </w:r>
    </w:p>
    <w:p>
      <w:r>
        <w:br/>
        <w:t>— В дорогу! — рішуче сказав Чарівник-Будівник. — Давай сюди, Ходило, летючого корабля швиденько.</w:t>
      </w:r>
    </w:p>
    <w:p>
      <w:r>
        <w:br/>
        <w:t>— Правильно, — сказав Чарівник-Садівник.</w:t>
      </w:r>
    </w:p>
    <w:p>
      <w:r>
        <w:br/>
        <w:t>— Абсолютно, — сказав Чарівник-Годівник.</w:t>
      </w:r>
    </w:p>
    <w:p>
      <w:r>
        <w:br/>
        <w:t>І всі інші брати сказали: "Абсолютно правильно".</w:t>
      </w:r>
    </w:p>
    <w:p>
      <w:r>
        <w:br/>
        <w:t>Ляснув тричі у долоні Літун-Плавець-Ходило. З'явився летючий корабель. Полізли на корабель брати. Посідали. Став Літун-Плавець-Ходило біля керма. Завів казково-реактивного двигуна. Бадьорим голосом чарівне заклинання виголосив:</w:t>
      </w:r>
    </w:p>
    <w:p>
      <w:r>
        <w:br/>
        <w:t>Тири-дири-нашатири!</w:t>
      </w:r>
    </w:p>
    <w:p>
      <w:r>
        <w:br/>
        <w:t>Двадцять дев'ять на чотири,</w:t>
      </w:r>
    </w:p>
    <w:p>
      <w:r>
        <w:br/>
        <w:t>Дев'яносто п'ять на три.</w:t>
      </w:r>
    </w:p>
    <w:p>
      <w:r>
        <w:br/>
        <w:t>Корабель, розгін бери!</w:t>
      </w:r>
    </w:p>
    <w:p>
      <w:r>
        <w:br/>
        <w:t>І злітай у синє небо,</w:t>
      </w:r>
    </w:p>
    <w:p>
      <w:r>
        <w:br/>
        <w:t>І лети, куди нам треба!</w:t>
      </w:r>
    </w:p>
    <w:p>
      <w:r>
        <w:br/>
        <w:t>Гурр!</w:t>
      </w:r>
    </w:p>
    <w:p>
      <w:r>
        <w:br/>
        <w:t>Загудів реактивний двигун.</w:t>
      </w:r>
    </w:p>
    <w:p>
      <w:r>
        <w:br/>
        <w:t>Затремтіла-застогнала земля навкруги.</w:t>
      </w:r>
    </w:p>
    <w:p>
      <w:r>
        <w:br/>
        <w:t>Хиляться до землі дерева. Падають з них золоті яблука. Вихорем закручується в небо пил-порохнява.</w:t>
      </w:r>
    </w:p>
    <w:p>
      <w:r>
        <w:br/>
        <w:t>А корабель не злітає. Не може одірватися від землі.</w:t>
      </w:r>
    </w:p>
    <w:p>
      <w:r>
        <w:br/>
        <w:t>— Що сталося? Чому не летимо?! — перекрикуючи ревіння двигуна, загукали брати.</w:t>
      </w:r>
    </w:p>
    <w:p>
      <w:r>
        <w:br/>
        <w:t>Вимкнув Літун-Плавець-Ходило мотор, зітхнув:</w:t>
      </w:r>
    </w:p>
    <w:p>
      <w:r>
        <w:br/>
        <w:t>— Корабель перевантажений… Не розрахований на таку кількість пасажирів. Або хай хтось злізе, або…</w:t>
      </w:r>
    </w:p>
    <w:p>
      <w:r>
        <w:br/>
        <w:t>Виявляється, навіть казковий транспорт іноді підводить.</w:t>
      </w:r>
    </w:p>
    <w:p>
      <w:r>
        <w:br/>
        <w:t>Спохмурніли брати. Мовчки спідлоба дивляться. Ніхто не хоче вилазити. Ніхто не хоче залишатися вдома. Всі хочуть їхати до Чарівника-Жартівника Нежурися.</w:t>
      </w:r>
    </w:p>
    <w:p>
      <w:r>
        <w:br/>
        <w:t>— Хлопці! — вигукнув раптом Майстер-Видумляйстер. — Раз не може летіти, хай хоч по морю пливе!</w:t>
      </w:r>
    </w:p>
    <w:p>
      <w:r>
        <w:br/>
        <w:t>— Правильно! — сказав Чарівник-Садівник.</w:t>
      </w:r>
    </w:p>
    <w:p>
      <w:r>
        <w:br/>
        <w:t>— Абсолютно! — сказав Чарівник-Годівник.</w:t>
      </w:r>
    </w:p>
    <w:p>
      <w:r>
        <w:br/>
        <w:t>І всі інші брати сказали: "Абсолютно правильно".</w:t>
      </w:r>
    </w:p>
    <w:p>
      <w:r>
        <w:br/>
        <w:t>Повеселішав Літун-Плавець-Ходило:</w:t>
      </w:r>
    </w:p>
    <w:p>
      <w:r>
        <w:br/>
        <w:t>— Це зовсім інша справа! Це будь ласка! Ану, братця, спустимо його на воду!</w:t>
      </w:r>
    </w:p>
    <w:p>
      <w:r>
        <w:br/>
        <w:t>Злізли брати-чарівники з корабля. Взялися — троє з одного боку, троє з другого, Літун-Плавець-Ходило іззаду.</w:t>
      </w:r>
    </w:p>
    <w:p>
      <w:r>
        <w:br/>
        <w:t>— Рраз-два! Нумо! Раз-два! Нумо! — Попхнули летючого корабля до моря. Спустили на воду. Знову полізли на корабель. Повсідалися.</w:t>
      </w:r>
    </w:p>
    <w:p>
      <w:r>
        <w:br/>
        <w:t>Став Літун-Плавець-Ходило до керма. Завів реактивного двигуна. Дзвінким голосом виголосив чарівне заклинання:</w:t>
      </w:r>
    </w:p>
    <w:p>
      <w:r>
        <w:br/>
        <w:t>Тири-дири-нашатири!</w:t>
      </w:r>
    </w:p>
    <w:p>
      <w:r>
        <w:br/>
        <w:t>Вісімнадцять на чотири.</w:t>
      </w:r>
    </w:p>
    <w:p>
      <w:r>
        <w:br/>
        <w:t>Дев'яносто сім на три.</w:t>
      </w:r>
    </w:p>
    <w:p>
      <w:r>
        <w:br/>
        <w:t>Корабель, розгін бери,</w:t>
      </w:r>
    </w:p>
    <w:p>
      <w:r>
        <w:br/>
        <w:t>Не лети вже в синє небо,</w:t>
      </w:r>
    </w:p>
    <w:p>
      <w:r>
        <w:br/>
        <w:t>А пливи, куди нам треба!</w:t>
      </w:r>
    </w:p>
    <w:p>
      <w:r>
        <w:br/>
        <w:t>Фіть!</w:t>
      </w:r>
    </w:p>
    <w:p>
      <w:r>
        <w:br/>
        <w:t>Забулькало під кормою.</w:t>
      </w:r>
    </w:p>
    <w:p>
      <w:r>
        <w:br/>
        <w:t>Посунув корабель.</w:t>
      </w:r>
    </w:p>
    <w:p>
      <w:r>
        <w:br/>
        <w:t>— Поїхали! — загукали брати.</w:t>
      </w:r>
    </w:p>
    <w:p>
      <w:r>
        <w:br/>
        <w:t>І попливли вони Синім морем.</w:t>
      </w:r>
    </w:p>
    <w:p>
      <w:r>
        <w:br/>
        <w:t>День пливуть…</w:t>
      </w:r>
    </w:p>
    <w:p>
      <w:r>
        <w:br/>
        <w:t>Два пливуть…</w:t>
      </w:r>
    </w:p>
    <w:p>
      <w:r>
        <w:br/>
        <w:t>Три пливуть…</w:t>
      </w:r>
    </w:p>
    <w:p>
      <w:r>
        <w:br/>
        <w:t>Перепливли Синє море.</w:t>
      </w:r>
    </w:p>
    <w:p>
      <w:r>
        <w:br/>
        <w:t>Попливли Зеленим морем.</w:t>
      </w:r>
    </w:p>
    <w:p>
      <w:r>
        <w:br/>
        <w:t>День пливуть…</w:t>
      </w:r>
    </w:p>
    <w:p>
      <w:r>
        <w:br/>
        <w:t>Два пливуть…</w:t>
      </w:r>
    </w:p>
    <w:p>
      <w:r>
        <w:br/>
        <w:t>Три пливуть…</w:t>
      </w:r>
    </w:p>
    <w:p>
      <w:r>
        <w:br/>
        <w:t>Перепливли Зелене море.</w:t>
      </w:r>
    </w:p>
    <w:p>
      <w:r>
        <w:br/>
        <w:t>Попливли Червоним морем.</w:t>
      </w:r>
    </w:p>
    <w:p>
      <w:r>
        <w:br/>
        <w:t>День пливуть…</w:t>
      </w:r>
    </w:p>
    <w:p>
      <w:r>
        <w:br/>
        <w:t>Два пливуть…</w:t>
      </w:r>
    </w:p>
    <w:p>
      <w:r>
        <w:br/>
        <w:t>На третій день припливли до берега.</w:t>
      </w:r>
    </w:p>
    <w:p>
      <w:r>
        <w:br/>
        <w:t>Бачать — стоїть на березі на горбку чудернацька хатка, на людську голову схожа: круглими віконцями на світ дивиться, дверима всміхається. Жовта стріха — як волосся руде. Над дверима козирок-піддашок — наче ніс кумедний. А в'юнкий плющ під тим носом, ніби вуса, кучерявиться і вниз по горбку зеленою бородою спадає.</w:t>
      </w:r>
    </w:p>
    <w:p>
      <w:r>
        <w:br/>
        <w:t>Вийшов з хатки дідусь. Обличчям на хатку точнісінько схожий. Усміхається весело і привітно.</w:t>
      </w:r>
    </w:p>
    <w:p>
      <w:r>
        <w:br/>
        <w:t>Здогадалися брати, що це й є Чарівник-Жартівник Нежурись. Привіталися чемненько і розказали, чого приїхали. Вислухав Чарівник-Жартівник Нежурись уважно і каже:</w:t>
      </w:r>
    </w:p>
    <w:p>
      <w:r>
        <w:br/>
        <w:t>— Помогти вам може тільки чарівна Жарт-Птиця. Більше ніхто. Тільки Жарт-Птиця може знову навчити вас сміятися, повернути вам радість життя. От!</w:t>
      </w:r>
    </w:p>
    <w:p>
      <w:r>
        <w:br/>
        <w:t>— А де ж, де ця чарівна Жарт-Птиця? Як її упіймати? — скрикнули в один голос брати.</w:t>
      </w:r>
    </w:p>
    <w:p>
      <w:r>
        <w:br/>
        <w:t>— Упіймати її дуже важко.</w:t>
      </w:r>
    </w:p>
    <w:p>
      <w:r>
        <w:br/>
        <w:t>— А як хоч побачити її?</w:t>
      </w:r>
    </w:p>
    <w:p>
      <w:r>
        <w:br/>
        <w:t>— Побачити — не знаю… А от спробувати поговорити з дівчатами, які охороняють її, можна. Неподалік у лісі є сунична галявина. Щодня опівночі Жарт-Птиця прилітає туди пастися. Суниці — найулюбленіша їжа Жарт-Птиці. Недарма в народі кажуть, що ця ягола чудодійна і що вона повертає здоров'я і силу… От! Щоб ніхто випадком не скривдив Жарт-Птицю, на суничну галявину приходять її стерегти сестриці-сміяниці. Старша Веселиця Прекрасна і шестеро її сестер. Кожна стереже раз на тиждень. Гуртом, звичайно, туди не йдіть, бо тільки сполохаєте Жарт-Птицю і вона одразу відлетить. А по одному спробувати можна.</w:t>
      </w:r>
    </w:p>
    <w:p>
      <w:r>
        <w:br/>
        <w:t>Ледве дочекалися брати вечора.</w:t>
      </w:r>
    </w:p>
    <w:p>
      <w:r>
        <w:br/>
        <w:t>Першим пішов на суничну галявину найстарший брат — Чарівник-Будівник…</w:t>
      </w:r>
    </w:p>
    <w:p>
      <w:r>
        <w:br/>
        <w:t>Сів за кущем ожини, став чекати.</w:t>
      </w:r>
    </w:p>
    <w:p>
      <w:r>
        <w:br/>
        <w:t>Рівно опівночі почувся помах крил і освітилася галявина рожевим сяйвом. Дивиться-вдивляється Чарівник-Будівник — не бачить Жарт-Птиці. Тільки рожеве сяйво у траві перекочується.</w:t>
      </w:r>
    </w:p>
    <w:p>
      <w:r>
        <w:br/>
        <w:t>Аж тут зашелестіли кущі, і вийшла на галявину дівчина. Висока, струнка, як тополя, ставна, чорнобрива. Гарна — очей не відвести. Сіла на галявині, вінок із чорнобривців плете, всміхається. Чарівник-Будівник слова не міг вимовити. Мовчав зачарований. Нарешті зашепотів стиха:</w:t>
      </w:r>
    </w:p>
    <w:p>
      <w:r>
        <w:br/>
        <w:t>— Дівчино-сміянице! Дуже потрібна мені Жарт-Птиця! Дозволь упіймати.</w:t>
      </w:r>
    </w:p>
    <w:p>
      <w:r>
        <w:br/>
        <w:t>Обернулася Веселиця Прекрасна:</w:t>
      </w:r>
    </w:p>
    <w:p>
      <w:r>
        <w:br/>
        <w:t>— А ти хто такий? — питає. — Що вмієш?</w:t>
      </w:r>
    </w:p>
    <w:p>
      <w:r>
        <w:br/>
        <w:t>Розказав Чарівник-Будівник про себе.</w:t>
      </w:r>
    </w:p>
    <w:p>
      <w:r>
        <w:br/>
        <w:t>— Ну що ж — покажи своє уміння.</w:t>
      </w:r>
    </w:p>
    <w:p>
      <w:r>
        <w:br/>
        <w:t>Звівся Чарівник-Будівник на рівні ноги. Чарівне заклинання проказав:</w:t>
      </w:r>
    </w:p>
    <w:p>
      <w:r>
        <w:br/>
        <w:t>Майна — віра!</w:t>
      </w:r>
    </w:p>
    <w:p>
      <w:r>
        <w:br/>
        <w:t>Віра — майна!</w:t>
      </w:r>
    </w:p>
    <w:p>
      <w:r>
        <w:br/>
        <w:t>Хай палац</w:t>
      </w:r>
    </w:p>
    <w:p>
      <w:r>
        <w:br/>
        <w:t>Зросте негайно!</w:t>
      </w:r>
    </w:p>
    <w:p>
      <w:r>
        <w:br/>
        <w:t>Рукою махнув — і з'явився на галявині казковий палац.</w:t>
      </w:r>
    </w:p>
    <w:p>
      <w:r>
        <w:br/>
        <w:t>Глянула на нього Веселиця Прекрасна, похитала головою, зітхнула:</w:t>
      </w:r>
    </w:p>
    <w:p>
      <w:r>
        <w:br/>
        <w:t>— Ні! Не подобається мені!</w:t>
      </w:r>
    </w:p>
    <w:p>
      <w:r>
        <w:br/>
        <w:t>— Чому? — здивувався Чарівник-Будівник. — Такий же палац чудовий.</w:t>
      </w:r>
    </w:p>
    <w:p>
      <w:r>
        <w:br/>
        <w:t>— Без любові, без радості зроблено, — сказала Веселиця Прекрасна. — Прощай!</w:t>
      </w:r>
    </w:p>
    <w:p>
      <w:r>
        <w:br/>
        <w:t>І не встиг Чарівник-Будівник слова вимовити — зникла. І казковий палац зник. Знову стало темно на суничній галявині.</w:t>
      </w:r>
    </w:p>
    <w:p>
      <w:r>
        <w:br/>
        <w:t>До самісінького ранку ждав Чарівник-Будівник. Але Веселиця Прекрасна і Жарт-Птиця так і не з'явилися більше.</w:t>
      </w:r>
    </w:p>
    <w:p>
      <w:r>
        <w:br/>
        <w:t>А як сонечко зійшло, побачив Чарівник-Будівник там, де сиділа дівчина, вінок з чорнобривців. Взяв Чарівник-Будівник той вінок і сховав на грудях. А тоді повернувся до братів і розказав, яка його невдача спіткала.</w:t>
      </w:r>
    </w:p>
    <w:p>
      <w:r>
        <w:br/>
        <w:t>Другої ночі пішов на суничну галявину Чарівник-Садівник. Сів за кущем ожини, став чекати.</w:t>
      </w:r>
    </w:p>
    <w:p>
      <w:r>
        <w:br/>
        <w:t>Рівно опівночі почувся помах крил і освітилася галявина рожевим сяйвом. Дивиться-вдивляється Чарівник-Садівник — не бачить Жарт-Птиці. Тільки рожеве сяйво у траві перекочується.</w:t>
      </w:r>
    </w:p>
    <w:p>
      <w:r>
        <w:br/>
        <w:t>Зашелестіли кущі, і вийшла на галявину дівчина. Сірі очі добротою світяться, ніжні уста як червоний мак горять. Сіла на галявині, вінок із червоних маків плете, всміхається.</w:t>
      </w:r>
    </w:p>
    <w:p>
      <w:r>
        <w:br/>
        <w:t>Чарівник-Садівник мовчить зачарований. Нарешті зашепотів:</w:t>
      </w:r>
    </w:p>
    <w:p>
      <w:r>
        <w:br/>
        <w:t>— Дівчино-сміянице! Дуже потрібна мені Жарт-Птиця. Дозволь упіймати.</w:t>
      </w:r>
    </w:p>
    <w:p>
      <w:r>
        <w:br/>
        <w:t>Обернулася дівчина: — А ти хто такий? — питає. — Що вмієш?</w:t>
      </w:r>
    </w:p>
    <w:p>
      <w:r>
        <w:br/>
        <w:t>Розказав Чарівник-Садівник про себе.</w:t>
      </w:r>
    </w:p>
    <w:p>
      <w:r>
        <w:br/>
        <w:t>— Ну що ж — покажи своє уміння.</w:t>
      </w:r>
    </w:p>
    <w:p>
      <w:r>
        <w:br/>
        <w:t>Звівся Чарівник-Садівник на рівні ноги. Чарівне заклинання проказав:</w:t>
      </w:r>
    </w:p>
    <w:p>
      <w:r>
        <w:br/>
        <w:t>Не проста — золота</w:t>
      </w:r>
    </w:p>
    <w:p>
      <w:r>
        <w:br/>
        <w:t>Хай тут яблуня зроста!</w:t>
      </w:r>
    </w:p>
    <w:p>
      <w:r>
        <w:br/>
        <w:t>Повів бровою, і виросла на галявині золота яблуня, рясно обліплена золотими яблуками.</w:t>
      </w:r>
    </w:p>
    <w:p>
      <w:r>
        <w:br/>
        <w:t>Глянула на неї дівчина, похитала головою, зітхнула:</w:t>
      </w:r>
    </w:p>
    <w:p>
      <w:r>
        <w:br/>
        <w:t>— Ні! Не подобається мені!</w:t>
      </w:r>
    </w:p>
    <w:p>
      <w:r>
        <w:br/>
        <w:t>— Чому? — здивувався Чарівник-Садівник. — Така ж яблуня гарна.</w:t>
      </w:r>
    </w:p>
    <w:p>
      <w:r>
        <w:br/>
        <w:t>— Без любові, без радості зроблено, — сказала дівчина. — Прощай!</w:t>
      </w:r>
    </w:p>
    <w:p>
      <w:r>
        <w:br/>
        <w:t>І не встиг Чарівник-Садівник слово вимовити — зникла дівчина, і золота яблуня зникла.</w:t>
      </w:r>
    </w:p>
    <w:p>
      <w:r>
        <w:br/>
        <w:t>До самісінького ранку ждав Чарівник-Садівник. Але дівчина-сміяниця і Жарт-Птиця так і не з'явилися більше.</w:t>
      </w:r>
    </w:p>
    <w:p>
      <w:r>
        <w:br/>
        <w:t>А як сонечко зійшло, побачив Чарівник-Садівник: де сиділа дівчина, вінок із червоних маків лежить. Взяв Чарівник-Садівник той вінок і сховав на грудях. Повернувся до братів і розказав, яка і його невдача спіткала.</w:t>
      </w:r>
    </w:p>
    <w:p>
      <w:r>
        <w:br/>
        <w:t>Третьої ночі пішов на суничну галявину Чарівник-Годівник. Сів за кущем ожини, став чекати.</w:t>
      </w:r>
    </w:p>
    <w:p>
      <w:r>
        <w:br/>
        <w:t>Рівно опівночі почувся помах крил і освітилася галявина рожевим сяйвом.</w:t>
      </w:r>
    </w:p>
    <w:p>
      <w:r>
        <w:br/>
        <w:t>І вийшла на галявину дівчина. Карі очі золотисто проміняться, щоки рум'яні — наче мальви лісові. Сіла на галявині, вінок із лісових мальв плете, всміхається.</w:t>
      </w:r>
    </w:p>
    <w:p>
      <w:r>
        <w:br/>
        <w:t>Чарівник-Годівник занімів зачарований. А як опанував себе, зашепотів стиха:</w:t>
      </w:r>
    </w:p>
    <w:p>
      <w:r>
        <w:br/>
        <w:t>— Дівчино-сміянице! Дозволь мені упіймати Жарт-Птицю. Дуже треба.</w:t>
      </w:r>
    </w:p>
    <w:p>
      <w:r>
        <w:br/>
        <w:t>Обернулася дівчина:</w:t>
      </w:r>
    </w:p>
    <w:p>
      <w:r>
        <w:br/>
        <w:t>— А ти хто такий? — питає. — Що вмієш?</w:t>
      </w:r>
    </w:p>
    <w:p>
      <w:r>
        <w:br/>
        <w:t>Розказав Чарівник-Годівник про себе.</w:t>
      </w:r>
    </w:p>
    <w:p>
      <w:r>
        <w:br/>
        <w:t>— Ану, покажи своє уміння.</w:t>
      </w:r>
    </w:p>
    <w:p>
      <w:r>
        <w:br/>
        <w:t>Розстелив Чарівник-Годівник скатерть-самобранку, проказав:</w:t>
      </w:r>
    </w:p>
    <w:p>
      <w:r>
        <w:br/>
        <w:t>Еники-беники</w:t>
      </w:r>
    </w:p>
    <w:p>
      <w:r>
        <w:br/>
        <w:t>З сиром вареники.</w:t>
      </w:r>
    </w:p>
    <w:p>
      <w:r>
        <w:br/>
        <w:t>Беники-еники</w:t>
      </w:r>
    </w:p>
    <w:p>
      <w:r>
        <w:br/>
        <w:t>З маком крученики.</w:t>
      </w:r>
    </w:p>
    <w:p>
      <w:r>
        <w:br/>
        <w:t>Печене-варене</w:t>
      </w:r>
    </w:p>
    <w:p>
      <w:r>
        <w:br/>
        <w:t>Хай буде все</w:t>
      </w:r>
    </w:p>
    <w:p>
      <w:r>
        <w:br/>
        <w:t>У мене!</w:t>
      </w:r>
    </w:p>
    <w:p>
      <w:r>
        <w:br/>
        <w:t>І вмить на скатертині-самобранці запарувало-запахло і печене, і варене, і холодне, і гаряче, і солодке, і гірке… Глянула дівчина, скуштувала трішки, похитала головою, скривилася.</w:t>
      </w:r>
    </w:p>
    <w:p>
      <w:r>
        <w:br/>
        <w:t>— Не подобається!</w:t>
      </w:r>
    </w:p>
    <w:p>
      <w:r>
        <w:br/>
        <w:t>— Чому? — здивувався Чарівник-Годівник. — Така ж смакота!</w:t>
      </w:r>
    </w:p>
    <w:p>
      <w:r>
        <w:br/>
        <w:t>— Без любові, без радості зроблено, — сказала дівчина. — Прощай.</w:t>
      </w:r>
    </w:p>
    <w:p>
      <w:r>
        <w:br/>
        <w:t>І зникла.</w:t>
      </w:r>
    </w:p>
    <w:p>
      <w:r>
        <w:br/>
        <w:t>А як сонечко зійшло, побачив Чарівник-Годівник на тому місці вінок із лісових мальв. Взяв той вінок, сховав на грудях. Повернувся до братів і розказав, що і в нього нічого не вийшло.</w:t>
      </w:r>
    </w:p>
    <w:p>
      <w:r>
        <w:br/>
        <w:t>Четвертої ночі пішов на суничну галявину Майстер-Видумляйстер. І він сів за кущем ожини, чекає.</w:t>
      </w:r>
    </w:p>
    <w:p>
      <w:r>
        <w:br/>
        <w:t>Опівночі почувся помах крил і освітилася галявина рожевим сяйвом. І вийшла дівчина-сміяниця. Очі — мов фіалки лісові! Краси невимовної. Сіла на галявині, вінок із лісових фіалок плете, всміхається.</w:t>
      </w:r>
    </w:p>
    <w:p>
      <w:r>
        <w:br/>
        <w:t>Майстру-Видумляйстру мову одібрало. Ледве спромігся прошепотіти стиха:</w:t>
      </w:r>
    </w:p>
    <w:p>
      <w:r>
        <w:br/>
        <w:t>— Дівчино-сміянице! Жарт-Птицю дозволь упіймати. Отако треба!</w:t>
      </w:r>
    </w:p>
    <w:p>
      <w:r>
        <w:br/>
        <w:t>Обернулася дівчина:</w:t>
      </w:r>
    </w:p>
    <w:p>
      <w:r>
        <w:br/>
        <w:t>— А ти хто такий? — питає. — Що вмієш?</w:t>
      </w:r>
    </w:p>
    <w:p>
      <w:r>
        <w:br/>
        <w:t>Розказав про себе Майстер-Видумляйстер.</w:t>
      </w:r>
    </w:p>
    <w:p>
      <w:r>
        <w:br/>
        <w:t>— Покажи ж своє уміння.</w:t>
      </w:r>
    </w:p>
    <w:p>
      <w:r>
        <w:br/>
        <w:t>Звівся Майстер-Видумляйстер на рівні ноги. Проказав чарівне заклинання:</w:t>
      </w:r>
    </w:p>
    <w:p>
      <w:r>
        <w:br/>
        <w:t>Тангенс-синус</w:t>
      </w:r>
    </w:p>
    <w:p>
      <w:r>
        <w:br/>
        <w:t>Керосинус.</w:t>
      </w:r>
    </w:p>
    <w:p>
      <w:r>
        <w:br/>
        <w:t>Мінус</w:t>
      </w:r>
    </w:p>
    <w:p>
      <w:r>
        <w:br/>
        <w:t>Косинус-бензинус.</w:t>
      </w:r>
    </w:p>
    <w:p>
      <w:r>
        <w:br/>
        <w:t>Кібер-Бібер</w:t>
      </w:r>
    </w:p>
    <w:p>
      <w:r>
        <w:br/>
        <w:t>Апарат.</w:t>
      </w:r>
    </w:p>
    <w:p>
      <w:r>
        <w:br/>
        <w:t>Бібер-Кібер</w:t>
      </w:r>
    </w:p>
    <w:p>
      <w:r>
        <w:br/>
        <w:t>Автомат.</w:t>
      </w:r>
    </w:p>
    <w:p>
      <w:r>
        <w:br/>
        <w:t>І на землі задзижчали, загули, заморгали лампочками чудернацькі апарати-автомати, які могли робити все, що заманеться.</w:t>
      </w:r>
    </w:p>
    <w:p>
      <w:r>
        <w:br/>
        <w:t>Глянула дівчина, похитала головою, зітхнула.</w:t>
      </w:r>
    </w:p>
    <w:p>
      <w:r>
        <w:br/>
        <w:t>— Вибачай! Не подобаються мені твої керосинуси.</w:t>
      </w:r>
    </w:p>
    <w:p>
      <w:r>
        <w:br/>
        <w:t>— Чому? — здивувався Майстер-Видумляйстер, — Такі ж ловкі, геть усе можуть.</w:t>
      </w:r>
    </w:p>
    <w:p>
      <w:r>
        <w:br/>
        <w:t>— Без любові, без радості зроблено, — сказала дівчина. — Прощай!</w:t>
      </w:r>
    </w:p>
    <w:p>
      <w:r>
        <w:br/>
        <w:t>І зникла — мов не було.</w:t>
      </w:r>
    </w:p>
    <w:p>
      <w:r>
        <w:br/>
        <w:t>А як сонечко зійшло, побачив Майстер-Видумляйстер на тому місці вінок із лісових фіалок. Взяв він той вінок, сховав па грудях. І пішов до братів розказувати, яка його теж невдача спіткала.</w:t>
      </w:r>
    </w:p>
    <w:p>
      <w:r>
        <w:br/>
        <w:t>П'ятої ночі вирядився на суничну галявину Чаклун-Красотун.</w:t>
      </w:r>
    </w:p>
    <w:p>
      <w:r>
        <w:br/>
        <w:t>— От я таки впіймаю, — казав ідучи. — Мене красою не вразиш. Я у тій справі сам — будь здоров — спеціаліст.</w:t>
      </w:r>
    </w:p>
    <w:p>
      <w:r>
        <w:br/>
        <w:t>Прийшов на галявину, сів за кущем ожини, став чекати.</w:t>
      </w:r>
    </w:p>
    <w:p>
      <w:r>
        <w:br/>
        <w:t>Рівно опівночі почувся помах крил і освітилася галявина рожевим світлом. Зашелестіли кущі, і вийшла на галявину дівчина. Гарна, наче сонце ясне. Золоте волосся — як сонячний цвіт кульбаби. Сіла на галявині, вінок із кульбабок плете, всміхається. Чаклун-Красотун все на світі забув, очей одірвати не може. Ледве отямився, забелькотів:</w:t>
      </w:r>
    </w:p>
    <w:p>
      <w:r>
        <w:br/>
        <w:t>— Дівчино-сміянице! Дуже не… не… ме… ме… Жарт-Птиця!</w:t>
      </w:r>
    </w:p>
    <w:p>
      <w:r>
        <w:br/>
        <w:t>Обернулася дівчина:</w:t>
      </w:r>
    </w:p>
    <w:p>
      <w:r>
        <w:br/>
        <w:t>— А ти хто такий? — питає. — Що вмієш?</w:t>
      </w:r>
    </w:p>
    <w:p>
      <w:r>
        <w:br/>
        <w:t>Розказав Чаклун-Красотун про себе.</w:t>
      </w:r>
    </w:p>
    <w:p>
      <w:r>
        <w:br/>
        <w:t>— Гаразд, покажи своє уміння.</w:t>
      </w:r>
    </w:p>
    <w:p>
      <w:r>
        <w:br/>
        <w:t>Побачив Чаклун-Красотун у траві велику банькату жабу, тицьнув на неї пальцем і проказав чарівне заклинання:</w:t>
      </w:r>
    </w:p>
    <w:p>
      <w:r>
        <w:br/>
        <w:t>Ану швидко, ану скоро</w:t>
      </w:r>
    </w:p>
    <w:p>
      <w:r>
        <w:br/>
        <w:t>Стань царівною, потворо!</w:t>
      </w:r>
    </w:p>
    <w:p>
      <w:r>
        <w:br/>
        <w:t>І вмить баньката жаба обернулась на струнку красуню-царівну.</w:t>
      </w:r>
    </w:p>
    <w:p>
      <w:r>
        <w:br/>
        <w:t>Глянула на неї дівчина, похитала головою, зітхнула:</w:t>
      </w:r>
    </w:p>
    <w:p>
      <w:r>
        <w:br/>
        <w:t>— Ні! Не подобається мені!</w:t>
      </w:r>
    </w:p>
    <w:p>
      <w:r>
        <w:br/>
        <w:t>Та Чаклун-Красотун і сам бачив, що його царівна-жаба не може рівнятися до дівчини-сміяниці.</w:t>
      </w:r>
    </w:p>
    <w:p>
      <w:r>
        <w:br/>
        <w:t>— Прощай! — мовила дівчина.</w:t>
      </w:r>
    </w:p>
    <w:p>
      <w:r>
        <w:br/>
        <w:t>І зникла.</w:t>
      </w:r>
    </w:p>
    <w:p>
      <w:r>
        <w:br/>
        <w:t>А як сонечко зійшло, побачив Чаклун-Красотун на тому місці вінок із кульбаб. Взяв він той вінок, сховав на грудях. І пішов до братів признаватися, що і йому не пощастило.</w:t>
      </w:r>
    </w:p>
    <w:p>
      <w:r>
        <w:br/>
        <w:t>— Ех ви! — сказав Одівець-Кравець. — Чарівники називається! Тепер я піду! Де ви бачили дівчину, до гарного вбрання байдужу?</w:t>
      </w:r>
    </w:p>
    <w:p>
      <w:r>
        <w:br/>
        <w:t>Пішов Одівець-Кравець на суничну галявину. Став чекати.</w:t>
      </w:r>
    </w:p>
    <w:p>
      <w:r>
        <w:br/>
        <w:t>Рівно опівночі почувся помах крил і освітилася галявина рожевим сяйвом. Вийшла на галявину дівчина-сміяниця. Очі сині-сині — як волошки польові. Сіла на галявині, вінок із волошок плете, всміхається. Одівець-Кравець заціпенів, ворухнутися не може.</w:t>
      </w:r>
    </w:p>
    <w:p>
      <w:r>
        <w:br/>
        <w:t>Ледве отямився, зашепотів:</w:t>
      </w:r>
    </w:p>
    <w:p>
      <w:r>
        <w:br/>
        <w:t>— Дівчино-сміянице! Дуже потрібна мені Жарт-Птиця! Дозволь спіймати.</w:t>
      </w:r>
    </w:p>
    <w:p>
      <w:r>
        <w:br/>
        <w:t>Обернулася дівчина:</w:t>
      </w:r>
    </w:p>
    <w:p>
      <w:r>
        <w:br/>
        <w:t>— А ти хто такий? — питає. — Що вмієш?</w:t>
      </w:r>
    </w:p>
    <w:p>
      <w:r>
        <w:br/>
        <w:t>Розказав Одівець-Кравець.</w:t>
      </w:r>
    </w:p>
    <w:p>
      <w:r>
        <w:br/>
        <w:t>— Ну, показуй своє уміння.</w:t>
      </w:r>
    </w:p>
    <w:p>
      <w:r>
        <w:br/>
        <w:t>Звівся Одівець-Кравець на рівні ноги. Проказав чарівне заклинання:</w:t>
      </w:r>
    </w:p>
    <w:p>
      <w:r>
        <w:br/>
        <w:t>Крій-шиття</w:t>
      </w:r>
    </w:p>
    <w:p>
      <w:r>
        <w:br/>
        <w:t>До пуття,</w:t>
      </w:r>
    </w:p>
    <w:p>
      <w:r>
        <w:br/>
        <w:t>Максі-міні</w:t>
      </w:r>
    </w:p>
    <w:p>
      <w:r>
        <w:br/>
        <w:t>На машині.</w:t>
      </w:r>
    </w:p>
    <w:p>
      <w:r>
        <w:br/>
        <w:t>Гофре-плісе,</w:t>
      </w:r>
    </w:p>
    <w:p>
      <w:r>
        <w:br/>
        <w:t>Зигзаг — і все!</w:t>
      </w:r>
    </w:p>
    <w:p>
      <w:r>
        <w:br/>
        <w:t>Мить — і вже тримає Одівець-Кравець на плічках дві сукні: одна довга, друга коротка. Глянула дівчина, похитала головою, зітхнула:</w:t>
      </w:r>
    </w:p>
    <w:p>
      <w:r>
        <w:br/>
        <w:t>— Не подобається!</w:t>
      </w:r>
    </w:p>
    <w:p>
      <w:r>
        <w:br/>
        <w:t>— Чому? — не йме віри Одівець-Кравець. — Наймодніші ж фірмові сукні.</w:t>
      </w:r>
    </w:p>
    <w:p>
      <w:r>
        <w:br/>
        <w:t>— Без любові, без радості зроблено, — сказала дівчина. — Прощай!</w:t>
      </w:r>
    </w:p>
    <w:p>
      <w:r>
        <w:br/>
        <w:t>І зникла — мов не було.</w:t>
      </w:r>
    </w:p>
    <w:p>
      <w:r>
        <w:br/>
        <w:t>А як сонечко зійшло, побачив Одівець-Кравець на тому місці вінок із волошок. Взяв він той вінок, сховав на грудях. І пішов до братів вибачатися.</w:t>
      </w:r>
    </w:p>
    <w:p>
      <w:r>
        <w:br/>
        <w:t>— Ну, Літун-Плавець-Ходило, тепер на тебе вся надія, — сказали брати. — Як ти не зробиш — то все загуло.</w:t>
      </w:r>
    </w:p>
    <w:p>
      <w:r>
        <w:br/>
        <w:t>Пішов на суничну галявину Літун-Плавець-Ходило.</w:t>
      </w:r>
    </w:p>
    <w:p>
      <w:r>
        <w:br/>
        <w:t>Іде лісом, раптом назустріч йому якась темна постать у плащі.</w:t>
      </w:r>
    </w:p>
    <w:p>
      <w:r>
        <w:br/>
        <w:t>— Стій, — каже, — хто такий? Куди йдеш?</w:t>
      </w:r>
    </w:p>
    <w:p>
      <w:r>
        <w:br/>
        <w:t>— Чарівник я, — відповідає Літун-Плавець-Ходило. — Іду у своїй справі. А ти хто?</w:t>
      </w:r>
    </w:p>
    <w:p>
      <w:r>
        <w:br/>
        <w:t>— І я чарівник. Чарівник-Мандрівник. По світу блукаю, щастя-долі шукаю. Часу не гаю, всім допомагаю. І тобі допомогти можу. Як треба.</w:t>
      </w:r>
    </w:p>
    <w:p>
      <w:r>
        <w:br/>
        <w:t>"О! — зрадів Літун-Плавець-Ходило. — Сама доля всміхається мені. Як не скористатися з такої зустрічі!"</w:t>
      </w:r>
    </w:p>
    <w:p>
      <w:r>
        <w:br/>
        <w:t>І розказав він Чарівникові-Мандрівникові, куди йде. І про Жарт-Птицю розказав, про невдачу своїх шістьох братів і про те, що тепер уся надія тільки на нього.</w:t>
      </w:r>
    </w:p>
    <w:p>
      <w:r>
        <w:br/>
        <w:t>— Добре, що ти мене зустрів. Я тобі допоможу, — сказав Чарівник-Мандрівник. — У мене є мішок-самолов. Ми тим мішком Жарт-Птицю впіймаємо. І буде вона вашою. Ходімо! Спершу ти своє діло роби, а потім я підключуся.</w:t>
      </w:r>
    </w:p>
    <w:p>
      <w:r>
        <w:br/>
        <w:t>Повів Літун-Плавець-Ходило Чарівника-Мандрівника на суничну галявину.</w:t>
      </w:r>
    </w:p>
    <w:p>
      <w:r>
        <w:br/>
        <w:t>Сіли вони за кущем ожини, чекають.</w:t>
      </w:r>
    </w:p>
    <w:p>
      <w:r>
        <w:br/>
        <w:t>Рівно опівночі почувся помах крил і освітилася галявина рожевим сяйвом. І вийшла дівчина-сміяниця. Красуня. Білолиця — як лілея. Сіла на галявині, вінок із білих лілей плете, всміхається. Ледь чутним від хвилювання голосом Літун-Плавець-Ходило зашепотів:</w:t>
      </w:r>
    </w:p>
    <w:p>
      <w:r>
        <w:br/>
        <w:t>— Дівчино-сміянице! Страшенно потрібна мені Жарт-Птиця. Дозволь упіймати!</w:t>
      </w:r>
    </w:p>
    <w:p>
      <w:r>
        <w:br/>
        <w:t>Обернулася дівчина:</w:t>
      </w:r>
    </w:p>
    <w:p>
      <w:r>
        <w:br/>
        <w:t>— А ти хто такий? — питає. — Що можеш-умієш?</w:t>
      </w:r>
    </w:p>
    <w:p>
      <w:r>
        <w:br/>
        <w:t>Розказав Літун-Плавець-Ходило про себе все.</w:t>
      </w:r>
    </w:p>
    <w:p>
      <w:r>
        <w:br/>
        <w:t>— Ну що ж — показуй своє уміння.</w:t>
      </w:r>
    </w:p>
    <w:p>
      <w:r>
        <w:br/>
        <w:t>Схопився Літун-Плавець-Ходило на рівні ноги. Промовив:</w:t>
      </w:r>
    </w:p>
    <w:p>
      <w:r>
        <w:br/>
        <w:t>Вперше лясну у долоні —</w:t>
      </w:r>
    </w:p>
    <w:p>
      <w:r>
        <w:br/>
        <w:t>Гей, з'явіться, горбоконі!</w:t>
      </w:r>
    </w:p>
    <w:p>
      <w:r>
        <w:br/>
        <w:t>Вдруге — килим-самоліт,</w:t>
      </w:r>
    </w:p>
    <w:p>
      <w:r>
        <w:br/>
        <w:t>Приготуйся у політ!</w:t>
      </w:r>
    </w:p>
    <w:p>
      <w:r>
        <w:br/>
        <w:t>Втретє — встаньте, скороходи,</w:t>
      </w:r>
    </w:p>
    <w:p>
      <w:r>
        <w:br/>
        <w:t>Найновісінької моди!</w:t>
      </w:r>
    </w:p>
    <w:p>
      <w:r>
        <w:br/>
        <w:t>Учетверте — корабель,</w:t>
      </w:r>
    </w:p>
    <w:p>
      <w:r>
        <w:br/>
        <w:t>Через тридев'ять земель</w:t>
      </w:r>
    </w:p>
    <w:p>
      <w:r>
        <w:br/>
        <w:t>В мить одну перелети,</w:t>
      </w:r>
    </w:p>
    <w:p>
      <w:r>
        <w:br/>
        <w:t>Прилети і стань сюди!</w:t>
      </w:r>
    </w:p>
    <w:p>
      <w:r>
        <w:br/>
        <w:t>Вп'яте лясну — землерий,</w:t>
      </w:r>
    </w:p>
    <w:p>
      <w:r>
        <w:br/>
        <w:t>Приповзи сюди мерщій!</w:t>
      </w:r>
    </w:p>
    <w:p>
      <w:r>
        <w:br/>
        <w:t>Раз-два-три-чотири-п'ять!</w:t>
      </w:r>
    </w:p>
    <w:p>
      <w:r>
        <w:br/>
        <w:t>Починаю викликать!</w:t>
      </w:r>
    </w:p>
    <w:p>
      <w:r>
        <w:br/>
        <w:t>Ляснув Літун-Плавець-Ходило вперше у долоні — з'явилися два горбоконики: один сірий, другий вороний. Заіржали, копитами зацокали.</w:t>
      </w:r>
    </w:p>
    <w:p>
      <w:r>
        <w:br/>
        <w:t>Вдруге ляснув у долоні — розстелився на землі килим-самоліт, квітчастий, пухнастий, з китицями.</w:t>
      </w:r>
    </w:p>
    <w:p>
      <w:r>
        <w:br/>
        <w:t>Втретє ляснув — звалилися йому просто під ноги два здоровенницьких чоботи на товстелезній підошві — "платформі".</w:t>
      </w:r>
    </w:p>
    <w:p>
      <w:r>
        <w:br/>
        <w:t>Учетверте ляснув Літун-Плавець-Ходило — і опустився з неба летючий корабель з блакитними вітрилами.</w:t>
      </w:r>
    </w:p>
    <w:p>
      <w:r>
        <w:br/>
        <w:t>Вп'яте ляснув — заворушилася земля на галявині, і вигулькнув чарівний землерий, що під землею ходить, як підводний човен під водою.</w:t>
      </w:r>
    </w:p>
    <w:p>
      <w:r>
        <w:br/>
        <w:t>Задоволено потирає руки Літун-Плавець-Ходило, дивиться переможно на дівчину-сміяницю.</w:t>
      </w:r>
    </w:p>
    <w:p>
      <w:r>
        <w:br/>
        <w:t>Вона плечима знизала, головою похитала, зітхнула глибоко:</w:t>
      </w:r>
    </w:p>
    <w:p>
      <w:r>
        <w:br/>
        <w:t>— Ні! Не подобається мені!</w:t>
      </w:r>
    </w:p>
    <w:p>
      <w:r>
        <w:br/>
        <w:t>— Чому? — розгублено питає Літун-Плавець-Ходило.</w:t>
      </w:r>
    </w:p>
    <w:p>
      <w:r>
        <w:br/>
        <w:t>— Без любові, без радості зроблено, — сказала дівчина. — А без любові, без бажання, без зусиль і без старання — все не те, усе пусте!..</w:t>
      </w:r>
    </w:p>
    <w:p>
      <w:r>
        <w:br/>
        <w:t>І не встигла вона "прощай" сказати, як тут вискочив із-за куща ожини Чарівник-Мандрівник з мішком-самоловом.</w:t>
      </w:r>
    </w:p>
    <w:p>
      <w:r>
        <w:br/>
        <w:t>Шургиць у мішок Жарт-Птицю, шургиць у мішок дівчину-сміяницю. Аж тут ще шість дівчат-сміяниць на галявину вибігли виручати свою сестру. Він і їх у мішок — шургиць! Та на летючий корабель, та в небо — фіть! — і нема. І всі казкові засоби пересування вмить позникали.</w:t>
      </w:r>
    </w:p>
    <w:p>
      <w:r>
        <w:br/>
        <w:t>Літун-Плавець-Ходило не встиг і рота роззявити.</w:t>
      </w:r>
    </w:p>
    <w:p>
      <w:r>
        <w:br/>
        <w:t>Лишився на галявині тільки вінок з білих лілей.</w:t>
      </w:r>
    </w:p>
    <w:p>
      <w:r>
        <w:br/>
        <w:t>Схопив Літун-Плавець-Ходило той вінок, сховав на грудях та бігом до братів!</w:t>
      </w:r>
    </w:p>
    <w:p>
      <w:r>
        <w:br/>
        <w:t>— Ой-йой! Ой, таке трапилось! Ой, лишенько!.. — Ой! — та захлинаючись розказує, що сталося.</w:t>
      </w:r>
    </w:p>
    <w:p>
      <w:r>
        <w:br/>
        <w:t>Слухають брати, тільки очима кліпають, нічого збагнути не можуть. Знову до Чарівника-Жартівника Нежурися на пораду подалися.</w:t>
      </w:r>
    </w:p>
    <w:p>
      <w:r>
        <w:br/>
        <w:t>Зітхнув Нежурись:</w:t>
      </w:r>
    </w:p>
    <w:p>
      <w:r>
        <w:br/>
        <w:t>— Біда трапилась. Ніякий то не Чарівник-Мандрівник був, а був то лютий Чарівник-Войовник Бомбула. Він давно за Жарт-Птицею полював, давно шукав суничну галявину, тільки не знав, де вона. Не треба було його туди вести. Та пізно вже про це говорити.</w:t>
      </w:r>
    </w:p>
    <w:p>
      <w:r>
        <w:br/>
        <w:t>— Ой, я ж не знав! Я ж думав як краще! Ой, що ж тепер буде? — у відчаї вигукнув Літун-Плавець-Ходило.</w:t>
      </w:r>
    </w:p>
    <w:p>
      <w:r>
        <w:br/>
        <w:t>— Доведеться вам, хлопці, іти визволяти Жарт-Птицю і сестриць-сміяииць.</w:t>
      </w:r>
    </w:p>
    <w:p>
      <w:r>
        <w:br/>
        <w:t>— Та хоч на край світу! — закричав Літун-Плавець-Ходило. — Та куди завгодно! Зараз я килим-самоліт організую і…</w:t>
      </w:r>
    </w:p>
    <w:p>
      <w:r>
        <w:br/>
        <w:t>— Не вийде в тебе нічого з килимом-самольотом, — тихо сказав Нежурись. — Пропали твої чари. Забрав їх Бомбула разом з летючим кораблем.</w:t>
      </w:r>
    </w:p>
    <w:p>
      <w:r>
        <w:br/>
        <w:t>— А… а що ж робити? — розгубився Літун-Плавець-Ходило.</w:t>
      </w:r>
    </w:p>
    <w:p>
      <w:r>
        <w:br/>
        <w:t>— Пішки йти. Своїми ногами.</w:t>
      </w:r>
    </w:p>
    <w:p>
      <w:r>
        <w:br/>
        <w:t>— А куди? Ми ж не знаємо.</w:t>
      </w:r>
    </w:p>
    <w:p>
      <w:r>
        <w:br/>
        <w:t>— От вам ліхтарик-блимарик. Він вам шлях вказуватиме. Куди його промінь буде блимати, туди й ідіть. Ну, прощайте, часу не гайте! Вирушайте!</w:t>
      </w:r>
    </w:p>
    <w:p>
      <w:r>
        <w:br/>
        <w:t>Попрощалися брати з Чарівником-Жартівником, вклонилися низенько і вирушили в дорогу.</w:t>
      </w:r>
    </w:p>
    <w:p>
      <w:r>
        <w:br/>
        <w:t>Ідуть, мовчать. І кожен руку до грудей, де вінок сховано, тулить, у кожного перед очима його дівчина-сміяниця стоїть. Кожному туга-печаль серце крає. Швидше б, швидше дійти до Бомбули, визволити дівчат з неволі!</w:t>
      </w:r>
    </w:p>
    <w:p>
      <w:r>
        <w:br/>
        <w:t>Нетерпляче дивляться брати на ліхтарик-блимарик, прискорюють кроки. Про їжу і відпочинок думати забули.</w:t>
      </w:r>
    </w:p>
    <w:p>
      <w:r>
        <w:br/>
        <w:t>Довго йшли вони полями і лісами, через гори перелазили, через ріки перепливали…</w:t>
      </w:r>
    </w:p>
    <w:p>
      <w:r>
        <w:br/>
        <w:t>І от нарешті підійшли до міста-фортеці. Ткнувся промінь ліхтарика-блимарика у залізну міську браму, востаннє блимнув і погас.</w:t>
      </w:r>
    </w:p>
    <w:p>
      <w:r>
        <w:br/>
        <w:t>Дивляться брати: на брамі величезними літерами написано "Бомбуляндія", а трохи нижче — "Сміятися суворо заборонено!"</w:t>
      </w:r>
    </w:p>
    <w:p>
      <w:r>
        <w:br/>
        <w:t>Біля брами двоє криворотих карликів стоять, а у смугастій будці сидить здоровенницький вартовий з похмурим носом і сердитими вусами.</w:t>
      </w:r>
    </w:p>
    <w:p>
      <w:r>
        <w:br/>
        <w:t>Побачив братів, ні слова не кажучи, мовчки гачкуватим пальцем поманив до себе. Підійшли брати.</w:t>
      </w:r>
    </w:p>
    <w:p>
      <w:r>
        <w:br/>
        <w:t>Вартовий, так само не кажучи ні слова — тиць! — їм по черзі під носи величезну пробірку з написом "Аналіз на сміх". Засвербіло, закрутило у носах братам, та брати навіть не усміхнулися — розучилися ж вони сміятися.</w:t>
      </w:r>
    </w:p>
    <w:p>
      <w:r>
        <w:br/>
        <w:t>— Можна! — буркнув вартовий криворотим карликам, і ті повільно розчинили скреготливу залізну браму.</w:t>
      </w:r>
    </w:p>
    <w:p>
      <w:r>
        <w:br/>
        <w:t>Зрозуміли брати, що в Бомбуляндію пускають лише тих, хто не вміє сміятися. З радістю і сміхом воює Бомбула, тому й на Жарт-Птицю полював.</w:t>
      </w:r>
    </w:p>
    <w:p>
      <w:r>
        <w:br/>
        <w:t>Пройшли брати крізь браму. І пішли безлюдними порожніми вулицями. Віконниці на вікнах зачинено, ніде — ні душі.</w:t>
      </w:r>
    </w:p>
    <w:p>
      <w:r>
        <w:br/>
        <w:t>Вийшли брати на площу.</w:t>
      </w:r>
    </w:p>
    <w:p>
      <w:r>
        <w:br/>
        <w:t>А на площі палац стоїть.</w:t>
      </w:r>
    </w:p>
    <w:p>
      <w:r>
        <w:br/>
        <w:t>З усіх вікон гармати стирчать.</w:t>
      </w:r>
    </w:p>
    <w:p>
      <w:r>
        <w:br/>
        <w:t>Підійшли брати до палацу, загрюкали у двері.</w:t>
      </w:r>
    </w:p>
    <w:p>
      <w:r>
        <w:br/>
        <w:t>Прочинилися двері, вистромилася голова Чарівника-Войовника Бомбули — очі лупаті, ніс гачком, з рота кривий зуб стирчить.</w:t>
      </w:r>
    </w:p>
    <w:p>
      <w:r>
        <w:br/>
        <w:t>— Хто такі? Чого треба! Битися чи миритися прийшли?</w:t>
      </w:r>
    </w:p>
    <w:p>
      <w:r>
        <w:br/>
        <w:t>Перезирнулися брати, доторкнулися до вінків на грудях і дружно мовили:</w:t>
      </w:r>
    </w:p>
    <w:p>
      <w:r>
        <w:br/>
        <w:t>— Прийшли з тобою воювати, полонених визволяти.</w:t>
      </w:r>
    </w:p>
    <w:p>
      <w:r>
        <w:br/>
        <w:t>— О! Це інтересно! Заходьте!</w:t>
      </w:r>
    </w:p>
    <w:p>
      <w:r>
        <w:br/>
        <w:t>Зайшли брати у палац. У величезному залі всі стіни зброєю завішані, а на канапі дві товсті жінки сидять — одна старша, погана, з бурулькою на носі, друга молодша, ще гірша, з двома бурульками на носі.</w:t>
      </w:r>
    </w:p>
    <w:p>
      <w:r>
        <w:br/>
        <w:t>— Знайомтеся, — каже Бомбула. — Моя дружина Чарівниця-Войовниця Бомбулиця і моя дочка Чарівнеса-Войовнеса Бомбулеса… А це хлопці, що прийшли зі мною воювати, полонених визволяти.</w:t>
      </w:r>
    </w:p>
    <w:p>
      <w:r>
        <w:br/>
        <w:t>— О! Дуже приємно! — сказала Бомбулиця з однією бурулькою на носі.</w:t>
      </w:r>
    </w:p>
    <w:p>
      <w:r>
        <w:br/>
        <w:t>— Будь ласка, починайте! — сказала Бомбулеса з двома бурульками на носі.</w:t>
      </w:r>
    </w:p>
    <w:p>
      <w:r>
        <w:br/>
        <w:t>Перезирнулися брати, та не встигли пальцем ворухнути, як чмихнув Бомбула своїм гачкуватим носом, — покотилися брати по підлозі і об стіну тільки — ляп!</w:t>
      </w:r>
    </w:p>
    <w:p>
      <w:r>
        <w:br/>
        <w:t>— Мало каші їли, не набрались сили, — сказав Бомбула. — Зараз я з вас ізроблю жменьку попелу, зухвальці нещасні!.. Воювати вони зі мною здумали!</w:t>
      </w:r>
    </w:p>
    <w:p>
      <w:r>
        <w:br/>
        <w:t>— Ой, тату! — скрикнула Бомбулеса. — Не роби з них поки що жменьку попелу. Подаруй їх мені, я з ними пограюся, бо мені нудно.</w:t>
      </w:r>
    </w:p>
    <w:p>
      <w:r>
        <w:br/>
        <w:t>Ну, бери, доню. Попіл з них ізробити я завжди встигну.</w:t>
      </w:r>
    </w:p>
    <w:p>
      <w:r>
        <w:br/>
        <w:t>Скочила Бомбулеса з канапи, підбігла до повержених братів, присіла біля них навпочіпки і питає:</w:t>
      </w:r>
    </w:p>
    <w:p>
      <w:r>
        <w:br/>
        <w:t>— Ану кажіть, хто ви такі! Якщо ви мені сподобаєтесь і догодити зможете, хтозна, може, і я вам у пригоді стану!</w:t>
      </w:r>
    </w:p>
    <w:p>
      <w:r>
        <w:br/>
        <w:t>Перезирнулися брати. А що, як удасться перехитрувати якось Бомбулесу.</w:t>
      </w:r>
    </w:p>
    <w:p>
      <w:r>
        <w:br/>
        <w:t>— Чарівники ми, — сказали. І розказали їй кожен про себе.</w:t>
      </w:r>
    </w:p>
    <w:p>
      <w:r>
        <w:br/>
        <w:t>— Ой, як цікаво! — сплеснула руками Бомбулеса. — Це ж просто чудово! Значить, так. Ти, Чаклун-Красотун, зробиш з мене красуню. Ти, Одівець-Кравець, подаруєш мені найгарнішу сукню на світі. Ти, Чарівник-Годівник, почастуєш мене тисячею порцій найсмачнішого і найрізнішого морозива. Ти, Чарівник-Садівник, виростиш мені трояндовий кущ з тисячею троянд різних сортів. Ти, Майстер-Видумляйстер, подаруєш мені всі гральні атракціони, які тільки є у світі. Ти, Літун-Плавець-Ходило, подаруєш мені чобітки, щоб уміли танцювати і вальси, і гопаки і всі танці на світі і, танцюючи, перестрибували через будинки і дерева. А ти, Чарівник-Будівник, збудуєш палац до самого неба, щоб було там усе, що мені треба, і щоб цілий день музика грала, мою душу звеселяла. Ну, починайте! Швиденько! Мені не терпиться! Ти, ти, Чаклун-Красотун, перший починай! Роби швиденько мене красунею. Ну!</w:t>
      </w:r>
    </w:p>
    <w:p>
      <w:r>
        <w:br/>
        <w:t>Крекчучи, підвівся з підлоги Чаклун-Красотун, зітхнув, рукою змахнув, чарівне заклинання проказав:</w:t>
      </w:r>
    </w:p>
    <w:p>
      <w:r>
        <w:br/>
        <w:t>Ану швидко, ану скоро</w:t>
      </w:r>
    </w:p>
    <w:p>
      <w:r>
        <w:br/>
        <w:t>Стань красунею, потворо!</w:t>
      </w:r>
    </w:p>
    <w:p>
      <w:r>
        <w:br/>
        <w:t>Дивиться, — Бомбулеса як була товста, препогана, з двома бурульками на носі, так і лишилася.</w:t>
      </w:r>
    </w:p>
    <w:p>
      <w:r>
        <w:br/>
        <w:t>Знизав плечима Чаклун-Красотун, знов махнув рукою, знову чарівне заклинання проказав. І знову нічого не вийшло.</w:t>
      </w:r>
    </w:p>
    <w:p>
      <w:r>
        <w:br/>
        <w:t>Втретє проказав чарівне заклинання Чаклун-Красотун, втретє змахнув рукою — те ж саме.</w:t>
      </w:r>
    </w:p>
    <w:p>
      <w:r>
        <w:br/>
        <w:t>— Та ти що! — скипіла Бомбулеса. — Руками тільки перед носом махаєш, більше нічого. Ще й обзиваєшся!</w:t>
      </w:r>
    </w:p>
    <w:p>
      <w:r>
        <w:br/>
        <w:t>— Вибачайте, — зітхнув Чаклун-Красотун. — Сам не знаю, чого це в мене нічого не виходить. Мабуть, тому, що я трамвований, тобто травмований вашим татом</w:t>
      </w:r>
    </w:p>
    <w:p>
      <w:r>
        <w:br/>
        <w:t>— Ану ти! — тицьнула пальцем Бомбулеса на Чарівника-Годівника.</w:t>
      </w:r>
    </w:p>
    <w:p>
      <w:r>
        <w:br/>
        <w:t>Підвівся, крекчучи, з підлоги Чарівник-Годівник, зітхнув, рукою змахнув, чарівне заклинання проказав:</w:t>
      </w:r>
    </w:p>
    <w:p>
      <w:r>
        <w:br/>
        <w:t>Еники-беннки!</w:t>
      </w:r>
    </w:p>
    <w:p>
      <w:r>
        <w:br/>
        <w:t>Хоч я люблю вареники</w:t>
      </w:r>
    </w:p>
    <w:p>
      <w:r>
        <w:br/>
        <w:t>І не люблю морозиво,</w:t>
      </w:r>
    </w:p>
    <w:p>
      <w:r>
        <w:br/>
        <w:t>Але</w:t>
      </w:r>
    </w:p>
    <w:p>
      <w:r>
        <w:br/>
        <w:t>Хай з'явиться негайно</w:t>
      </w:r>
    </w:p>
    <w:p>
      <w:r>
        <w:br/>
        <w:t>Пломбір і крем-брюле!</w:t>
      </w:r>
    </w:p>
    <w:p>
      <w:r>
        <w:br/>
        <w:t>Дивиться — нічого нема.</w:t>
      </w:r>
    </w:p>
    <w:p>
      <w:r>
        <w:br/>
        <w:t>Ніякого морозива.</w:t>
      </w:r>
    </w:p>
    <w:p>
      <w:r>
        <w:br/>
        <w:t>Вдруге змахнув рукою Чарівник-Годівник, вдруге проказав заклинання — те ж саме.</w:t>
      </w:r>
    </w:p>
    <w:p>
      <w:r>
        <w:br/>
        <w:t>Втретє змахнув рукою і проказав заклинання, — знову нічого не вийшло.</w:t>
      </w:r>
    </w:p>
    <w:p>
      <w:r>
        <w:br/>
        <w:t>Розгнівалась Бомбулеса — аж бурульки на носі посиніли.</w:t>
      </w:r>
    </w:p>
    <w:p>
      <w:r>
        <w:br/>
        <w:t>— Ви що! Глузуєте з мене?!.. Такі-сякі!..</w:t>
      </w:r>
    </w:p>
    <w:p>
      <w:r>
        <w:br/>
        <w:t>— Еге! — загомоніли брати. — Вас би отак об стінку ляпнути! Не те, що чаклувати, дихати б не змогли.</w:t>
      </w:r>
    </w:p>
    <w:p>
      <w:r>
        <w:br/>
        <w:t>— Та що ти з ними балакаєш! — гримнув Бомбула. — Та я їх зараз тільки — жух! — а потім тільки — дмух! — і попелу не залишиться.</w:t>
      </w:r>
    </w:p>
    <w:p>
      <w:r>
        <w:br/>
        <w:t>— Ні! Ні! — закричала Бомбулеса. — І так ти мені все діло зіпсував. Була б уже красунею і все мала б, що забажала, якби не ти.</w:t>
      </w:r>
    </w:p>
    <w:p>
      <w:r>
        <w:br/>
        <w:t>— Так! Так! — підхопила Бомбулиця. — Не чіпай їх! Хай відпочивають, сил для чарів набирають. А потім і мене красунею зроблять. Я теж хочу.</w:t>
      </w:r>
    </w:p>
    <w:p>
      <w:r>
        <w:br/>
        <w:t>— Значить, так… — сказала Бомбулеса. — Даю вам час до ранку. Якщо уранці не зробите мені те, що я бажаю, — тут вам і кінець настане.</w:t>
      </w:r>
    </w:p>
    <w:p>
      <w:r>
        <w:br/>
        <w:t>І враз підлога під братами розсунулася, і полетіли брати в підземелля.</w:t>
      </w:r>
    </w:p>
    <w:p>
      <w:r>
        <w:br/>
        <w:t>Попадали на мокру солому.</w:t>
      </w:r>
    </w:p>
    <w:p>
      <w:r>
        <w:br/>
        <w:t>Лежать, зубами цокають, тремтять.</w:t>
      </w:r>
    </w:p>
    <w:p>
      <w:r>
        <w:br/>
        <w:t>Холодно, темно, сиро.</w:t>
      </w:r>
    </w:p>
    <w:p>
      <w:r>
        <w:br/>
        <w:t>Спробував Чарівннк-Будівник чарівне заклинання проказати, щоб замість підземелля хоч більш-менш тепле приміщення з'явилося — нічого не вийшло. І в Одівця-Кравця, який хотів щось тепленьке з одягу начаклувати, — теж не вийшло. І решта братів абсолютно нічого не змогли зробити. Геть-чисто всі чари їхні пропали, як не було.</w:t>
      </w:r>
    </w:p>
    <w:p>
      <w:r>
        <w:br/>
        <w:t>Засумували брати.</w:t>
      </w:r>
    </w:p>
    <w:p>
      <w:r>
        <w:br/>
        <w:t>Лежать, тремтять, зітхають.</w:t>
      </w:r>
    </w:p>
    <w:p>
      <w:r>
        <w:br/>
        <w:t>— Мабуть, кінець нам прийшов.</w:t>
      </w:r>
    </w:p>
    <w:p>
      <w:r>
        <w:br/>
        <w:t>І не так себе їм жалко, як сестриць-сміяниць, яких вони визволити не в змозі, не в силі.</w:t>
      </w:r>
    </w:p>
    <w:p>
      <w:r>
        <w:br/>
        <w:t>Кожен руку до грудей притуляє, де біля серця вінок схований, і ніжні сумні слова шепоче.</w:t>
      </w:r>
    </w:p>
    <w:p>
      <w:r>
        <w:br/>
        <w:t>— Ех! — тихо зітхнув Чарівник-Будівник. — Не жаль було б і життя віддати, тільки б її побачити.</w:t>
      </w:r>
    </w:p>
    <w:p>
      <w:r>
        <w:br/>
        <w:t>І раптом з темряви почувся голос, мов дзвіночок:</w:t>
      </w:r>
    </w:p>
    <w:p>
      <w:r>
        <w:br/>
        <w:t>— Не треба життя віддавати. Я тут.</w:t>
      </w:r>
    </w:p>
    <w:p>
      <w:r>
        <w:br/>
        <w:t>Засвітився враз ліхтарик-блимарик, і побачив Чарівник-Будівник у кутку підземелля дівчину з суничної галявини — високу, струнку, як тополя, ставну, чорноброву Веселицю Прекрасну. А поряд — всі шестеро її сестер.</w:t>
      </w:r>
    </w:p>
    <w:p>
      <w:r>
        <w:br/>
        <w:t>— Так ви теж тут! — підхопилися брати, кинулися до них. Слова вимовити не можуть.</w:t>
      </w:r>
    </w:p>
    <w:p>
      <w:r>
        <w:br/>
        <w:t>Нарешті Чарівник-Будівник отямився й каже:</w:t>
      </w:r>
    </w:p>
    <w:p>
      <w:r>
        <w:br/>
        <w:t>— Ну, тепер мені й смерть не страшна. Усміхнулася Веселиця Прекрасна.</w:t>
      </w:r>
    </w:p>
    <w:p>
      <w:r>
        <w:br/>
        <w:t>— Не про смерть, про життя думати треба. Треба думати, як самим звідси вибратися і Жарт-Птицю звільнити.</w:t>
      </w:r>
    </w:p>
    <w:p>
      <w:r>
        <w:br/>
        <w:t>Зітхнули брати всі разом:</w:t>
      </w:r>
    </w:p>
    <w:p>
      <w:r>
        <w:br/>
        <w:t>— Як же це зробити, коли в нас усі чари геть-чисто пропали. Безсилі ми.</w:t>
      </w:r>
    </w:p>
    <w:p>
      <w:r>
        <w:br/>
        <w:t>І знову усміхнулася чорноброва дівчина, аж посвітлішало в підземеллі (недарма її звали Веселицею Прекрасною). Усміхнулася й каже:</w:t>
      </w:r>
    </w:p>
    <w:p>
      <w:r>
        <w:br/>
        <w:t>— То, хлопці, нічого. Не сумуйте. На Бомбулу все одно ніякі чари не діють. Поряд з ним усі інші чари зникають. Недарма й ваші зникли. Тільки ні він, ні Бомбулиця, ні Бомбулеса не знають про це. І не знають вони, що пересилити їх може не чарівна, а звичайна сила — розум і праця, мужність і дружба. І якщо ми всі гуртом візьмемося, то подолаємо їх.</w:t>
      </w:r>
    </w:p>
    <w:p>
      <w:r>
        <w:br/>
        <w:t>— Ми готові! — вигукнули брати. — Кажи, що робити.</w:t>
      </w:r>
    </w:p>
    <w:p>
      <w:r>
        <w:br/>
        <w:t>Перш за все треба нам з цього підземелля вибратися. І не просто вибратися, а в сусіднє підземелля перейти, де Бомбула зберігає чарівний крам-ловсам, з якого мішки-самолови робляться. Без мішків-самоловів не подолати нам Бомбулу з його посімейством, криворотими карликами і вартою.</w:t>
      </w:r>
    </w:p>
    <w:p>
      <w:r>
        <w:br/>
        <w:t>— А як же нам у сусіднє підземелля перейти? — питають брати.</w:t>
      </w:r>
    </w:p>
    <w:p>
      <w:r>
        <w:br/>
        <w:t>— Хто у вас на вигадки мастак? — питає Веселиця Прекрасна. — У нас Олена-Вчена.</w:t>
      </w:r>
    </w:p>
    <w:p>
      <w:r>
        <w:br/>
        <w:t>І на сестрицю-сміяницю показує, в якої очі, мов фіалки лісові. Це її Майстер-Видумляйстер на суничній галявині зустрів, її вінок з лісових фіалок біля серця носить.</w:t>
      </w:r>
    </w:p>
    <w:p>
      <w:r>
        <w:br/>
        <w:t>Подивились майстри на Майстра-Видумляйстра.</w:t>
      </w:r>
    </w:p>
    <w:p>
      <w:r>
        <w:br/>
        <w:t>— Він! — кажуть.</w:t>
      </w:r>
    </w:p>
    <w:p>
      <w:r>
        <w:br/>
        <w:t>Почервонів Майстер-Видумляйстер, опустив очі. Крім заклинання "Тангенс-синус-керосинус…" нічогісінько в голові нема.</w:t>
      </w:r>
    </w:p>
    <w:p>
      <w:r>
        <w:br/>
        <w:t>— Не можу… Не вмію… — ледь чутно прошепотів.</w:t>
      </w:r>
    </w:p>
    <w:p>
      <w:r>
        <w:br/>
        <w:t>— У невмілого руки не болять, — усміхнулась Олена-Вчена. — Берись та вчись.</w:t>
      </w:r>
    </w:p>
    <w:p>
      <w:r>
        <w:br/>
        <w:t>Одвела його вбік, щось шепотіти почала. Він тільки головою киває й підтакує.</w:t>
      </w:r>
    </w:p>
    <w:p>
      <w:r>
        <w:br/>
        <w:t>Потім Олена-Вчена й каже:</w:t>
      </w:r>
    </w:p>
    <w:p>
      <w:r>
        <w:br/>
        <w:t>— Придумали ми землерийний пристрій. З гребінців наших дівочих, з черевиків ваших парубоцьких: гребінцями пристрій землю риє, черевиками одкидає — тунель прокладає.</w:t>
      </w:r>
    </w:p>
    <w:p>
      <w:r>
        <w:br/>
        <w:t>Віддали сестриці свої гребінці, поскидали брати свої черевики! Заходилися Олена-Вчена й Майстер-Видумляйстер ладнати пристрій. Голови один до одного посхиляли, вона показує, він киває, підтакує, захопилися — нічого круг себе не бачать.</w:t>
      </w:r>
    </w:p>
    <w:p>
      <w:r>
        <w:br/>
        <w:t>Дивляться брати — а Майстєр-Видумляйстер усміхається несміливо, ледь-ледь, але усміхається. Вперше відтоді, як чарівником став.</w:t>
      </w:r>
    </w:p>
    <w:p>
      <w:r>
        <w:br/>
        <w:t>Зробили Олена-Вчена і Майстер-Видумляйстер свій пристрій. Почали хід у сусіднє підземелля рити.</w:t>
      </w:r>
    </w:p>
    <w:p>
      <w:r>
        <w:br/>
        <w:t>Гребінцями риють, черевиками землю одкидають — тунель прокладають.</w:t>
      </w:r>
    </w:p>
    <w:p>
      <w:r>
        <w:br/>
        <w:t>Брати і сестриці їх підміняють. Дружно у сім змін працюють.</w:t>
      </w:r>
    </w:p>
    <w:p>
      <w:r>
        <w:br/>
        <w:t>Довго рили хід. Нарешті прорили.</w:t>
      </w:r>
    </w:p>
    <w:p>
      <w:r>
        <w:br/>
        <w:t>Вилізли в сусіднє підземелля. Дивляться — під стіною краму-ловсаму лежать сувої.</w:t>
      </w:r>
    </w:p>
    <w:p>
      <w:r>
        <w:br/>
        <w:t>Веселиця Прекрасна й каже:</w:t>
      </w:r>
    </w:p>
    <w:p>
      <w:r>
        <w:br/>
        <w:t>— Ну от! Тепер за мішки-самолови братися треба. А це не просто мішки, а такі, з яких навіть чарівник сам не вилізе. Їх і покроїти треба вміти, і пошити треба вміти. Хто з вас шити мастак? У нас Галя-Ткаля.</w:t>
      </w:r>
    </w:p>
    <w:p>
      <w:r>
        <w:br/>
        <w:t>І на сестрицю-сміяницю показує, в якої очі сині-сині, як волошки польові. Це її Одівець-Кравець на суничній галявині зустрів, її вінок з польових волошок біля серця носить.</w:t>
      </w:r>
    </w:p>
    <w:p>
      <w:r>
        <w:br/>
        <w:t>Глянули брати на Одівця-Кравця.</w:t>
      </w:r>
    </w:p>
    <w:p>
      <w:r>
        <w:br/>
        <w:t>— Він! — кажуть.</w:t>
      </w:r>
    </w:p>
    <w:p>
      <w:r>
        <w:br/>
        <w:t>Почервонів Одівець-Кравець, опустив очі.</w:t>
      </w:r>
    </w:p>
    <w:p>
      <w:r>
        <w:br/>
        <w:t>— Нічого не вмію, — чесно признався.</w:t>
      </w:r>
    </w:p>
    <w:p>
      <w:r>
        <w:br/>
        <w:t>— У невмілого руки не болять, — усміхнулася Галя-Ткаля. — Берись та вчись.</w:t>
      </w:r>
    </w:p>
    <w:p>
      <w:r>
        <w:br/>
        <w:t>Вийняла з кишені ножиці, заходилася крам-ловсам кроїти. Одівець-Кравець підсобляє, головою киває — вчиться.</w:t>
      </w:r>
    </w:p>
    <w:p>
      <w:r>
        <w:br/>
        <w:t>Покроїли, взялися шити. І хоч Одівець-Кравець раз у раз пальці коле, проте не зважає, голкою махає — аж чуб мокрий.</w:t>
      </w:r>
    </w:p>
    <w:p>
      <w:r>
        <w:br/>
        <w:t>Дивляться брати — а Одівець-Кравець усміхається. Несміливо, ледь-ледь, але усміхається. Вперше відтоді, як чарівником став.</w:t>
      </w:r>
    </w:p>
    <w:p>
      <w:r>
        <w:br/>
        <w:t>Довго шили вони (брати й сестриці їх підміняли, у сім змін працювали), пошили чотири здоровенницьких хитромудрих мішки-самолови.</w:t>
      </w:r>
    </w:p>
    <w:p>
      <w:r>
        <w:br/>
        <w:t>Веселиця Прекрасна й каже:</w:t>
      </w:r>
    </w:p>
    <w:p>
      <w:r>
        <w:br/>
        <w:t>— Ну а тепер треба з підземелля нагору підніматися.</w:t>
      </w:r>
    </w:p>
    <w:p>
      <w:r>
        <w:br/>
        <w:t>Для цього Бомбулі служить ліфт-ескалатор. Оно він. Але треба розібратися, як ним користуватися. Хто у вас по засобах пересування мастак? У нас Надійка-Водійка.</w:t>
      </w:r>
    </w:p>
    <w:p>
      <w:r>
        <w:br/>
        <w:t>І показує на дівчину-сміяницю, як лілея, білолицю. Це її Літун-Плавець-Ходило на суничній галявині зустрів, її вінок з білих лілей на грудях носить.</w:t>
      </w:r>
    </w:p>
    <w:p>
      <w:r>
        <w:br/>
        <w:t>Глянули брати на Літуна-Плавця-Ходила.</w:t>
      </w:r>
    </w:p>
    <w:p>
      <w:r>
        <w:br/>
        <w:t>— Він! — кажуть.</w:t>
      </w:r>
    </w:p>
    <w:p>
      <w:r>
        <w:br/>
        <w:t>Почервонів Літун-Плавець-Ходило, опустив очі.</w:t>
      </w:r>
    </w:p>
    <w:p>
      <w:r>
        <w:br/>
        <w:t>— Не вмію я нічого, — чесно признався.</w:t>
      </w:r>
    </w:p>
    <w:p>
      <w:r>
        <w:br/>
        <w:t>— У невмілого руки не болять, — усміхнулася Надійка-Водійка. — Берись та вчись.</w:t>
      </w:r>
    </w:p>
    <w:p>
      <w:r>
        <w:br/>
        <w:t>Заходилася Надійка-Водійка коло ліфта поратися — розбиратися, як ним користуватися. Літун-Плавець-Ходило тільки головою киває, підтакує. Незвичайний ліфт, хитромудрий, такого в світі ніде немає. Але розібралися Надійка-Водійка з Літуном-Плавцем-Ходилом. Зашурхотіли, розчинилися двері.</w:t>
      </w:r>
    </w:p>
    <w:p>
      <w:r>
        <w:br/>
        <w:t>Дивляться брати, — а Літун-Плавець-Ходило усміхається. Вперше відтоді, як чарівником став.</w:t>
      </w:r>
    </w:p>
    <w:p>
      <w:r>
        <w:br/>
        <w:t>— Заходьте у ліфт, поїхали, — сказали Надійка-Водійка і Літун-Плавець-Ходило.</w:t>
      </w:r>
    </w:p>
    <w:p>
      <w:r>
        <w:br/>
        <w:t>Зайшли брати і сестриці-сміяниці в ліфт, поїхали нагору.</w:t>
      </w:r>
    </w:p>
    <w:p>
      <w:r>
        <w:br/>
        <w:t>І піднялися прямісінько у палац, у той самий зал, де на стінах зброя висить.</w:t>
      </w:r>
    </w:p>
    <w:p>
      <w:r>
        <w:br/>
        <w:t>Бачать — ранній ранок нагорі. Сонечко у вікна всміхається. Тремтить-дзеленчить на стінах зброя — так хропуть Бомбула і його посімейство.</w:t>
      </w:r>
    </w:p>
    <w:p>
      <w:r>
        <w:br/>
        <w:t>А мішки-самолови вже самі з рук рвуться.</w:t>
      </w:r>
    </w:p>
    <w:p>
      <w:r>
        <w:br/>
        <w:t>Гоп!</w:t>
      </w:r>
    </w:p>
    <w:p>
      <w:r>
        <w:br/>
        <w:t>Гоп! Гоп!</w:t>
      </w:r>
    </w:p>
    <w:p>
      <w:r>
        <w:br/>
        <w:t>Бомбула, Бомбулиця й Бомбулеса навіть прокинутися не встигли, як уже в мішках опинилися.</w:t>
      </w:r>
    </w:p>
    <w:p>
      <w:r>
        <w:br/>
        <w:t>А в четвертий мішок-самолов кривороті карлики і посіпака-вартовий потрапили.</w:t>
      </w:r>
    </w:p>
    <w:p>
      <w:r>
        <w:br/>
        <w:t>Вкинули брати всі чотири мішки у ліфт-ескалатор, натиснули кнопку — гур-гур! — поїхала уся Бомбуляндія під землю на віки вічні.</w:t>
      </w:r>
    </w:p>
    <w:p>
      <w:r>
        <w:br/>
        <w:t>— Ну а тепер, — каже Веселиця Прекрасна, — треба Жарт-Птицю визволяти. Оно бачите, височенна неприступна круча під хмари звелася. І біля самісінького верху ледь помітна цяточка чорніє. То печера. У тій печері замурував Бомбула Жарт-Птицю, щоб ніколи вона людям не усміхалася.</w:t>
      </w:r>
    </w:p>
    <w:p>
      <w:r>
        <w:br/>
        <w:t>— Як же туди дістатися? — в розпачі перезирнулися брати.</w:t>
      </w:r>
    </w:p>
    <w:p>
      <w:r>
        <w:br/>
        <w:t>— Треба розібрати палац Бомбули і з того каміння побудувати сходи, — сказала Веселиця Прекрасна. — Іншого виходу нема. Важка й виснажлива це робота. Сили потрібні. А ми й рісочки в роті не мали. Виснажилися, охляли. Оно за палацом сад з різними химерними рослинами. Та які з них їстівні, а які отруйні — невідомо. Та й приготувати їх, мабуть, треба. Хто з вас у рослинах знавець і куховарити мастак? У нас Томка-Агрономка та Варка-куховарка.</w:t>
      </w:r>
    </w:p>
    <w:p>
      <w:r>
        <w:br/>
        <w:t>І вказала спершу на сестрицю-сміяницю, в якої вуста ніжні, мов червоний мак, горять, а потім на сестрицю-сміяницю, в якої карі очі золотисто проміняться, а щоки рум'яні, наче мальви лісові. Були то дівчата, яких зустріли на суничній галявині Чарівник-Садівник та Чарівник-Годівник. І цим братам довелося червоніти й опускати очі. Бо й вони не вміли нічого. Та дівчата їх навчили. І вони також усміхнулися вперше після того, як чарівниками стали.</w:t>
      </w:r>
    </w:p>
    <w:p>
      <w:r>
        <w:br/>
        <w:t>Томка-Агрономка і Чарівник-Садівник назбирали, накопали у саду різних їстівних рослин, фруктів-овочів. Варка-Куховарка і Чарівник-Годівник наготували смачного обіду. Хотіли вже їсти, аж тут Веселиця Прекрасна й каже:</w:t>
      </w:r>
    </w:p>
    <w:p>
      <w:r>
        <w:br/>
        <w:t>Стривайте! Гляньте одне на одного — на кого ми схожі? Чи годиться у такому вигляді до столу сідати, пити-їсти починати?</w:t>
      </w:r>
    </w:p>
    <w:p>
      <w:r>
        <w:br/>
        <w:t>Глянули брати-чарівники й сестриці-сміяниці одне на одного, усміхнулися. Ну й вигляд! Розпатлані, замурзані, землею перемазані.</w:t>
      </w:r>
    </w:p>
    <w:p>
      <w:r>
        <w:br/>
        <w:t>— А хто у вас вміє чепурити, красу наводити? — питає Веселиця Прекрасна. — У нас Одарка-Перукарка.</w:t>
      </w:r>
    </w:p>
    <w:p>
      <w:r>
        <w:br/>
        <w:t>І на сестрицю-сміяницю вказує, в якої золоте волосся — мов сонячний цвіт кульбаби. Це її Чаклун-Красотун на суничній галявині зустрів, її вінок з кульбабок золотих біля серця носить.</w:t>
      </w:r>
    </w:p>
    <w:p>
      <w:r>
        <w:br/>
        <w:t>Довелося червоніти й Чаклуну-Красотуну.</w:t>
      </w:r>
    </w:p>
    <w:p>
      <w:r>
        <w:br/>
        <w:t>Та Одарка-Перукарка швидко його навчила, і вдвох вони так усіх причепурили, що любо глянути було — не дівчата й хлопці, а лялечки.</w:t>
      </w:r>
    </w:p>
    <w:p>
      <w:r>
        <w:br/>
        <w:t>Сіли вони до столу, гарненько пообідали.</w:t>
      </w:r>
    </w:p>
    <w:p>
      <w:r>
        <w:br/>
        <w:t>— Ну а тепер — за роботу! — каже Веселиця Прекрасна. — Хто у вас будувати мастак?</w:t>
      </w:r>
    </w:p>
    <w:p>
      <w:r>
        <w:br/>
        <w:t>Тут уже й найстаршому братові, Чарівникові-Будівникові довелося пекти раків. І чи не найбільше. Бо у сестриць будівницею була сама Веселиця Прекрасна.</w:t>
      </w:r>
    </w:p>
    <w:p>
      <w:r>
        <w:br/>
        <w:t>І як же неприємно було найстаршому братові опускати перед нею очі й казати:</w:t>
      </w:r>
    </w:p>
    <w:p>
      <w:r>
        <w:br/>
        <w:t>— Не вмію…</w:t>
      </w:r>
    </w:p>
    <w:p>
      <w:r>
        <w:br/>
        <w:t>І чути у відповідь:</w:t>
      </w:r>
    </w:p>
    <w:p>
      <w:r>
        <w:br/>
        <w:t>— У невмілого руки не болять. Берись та вчись.</w:t>
      </w:r>
    </w:p>
    <w:p>
      <w:r>
        <w:br/>
        <w:t>Але нічого не поробиш. Коли щось не вмієш, завжди соромно.</w:t>
      </w:r>
    </w:p>
    <w:p>
      <w:r>
        <w:br/>
        <w:t>Дружно взялися усі за роботу. По камінчику розібрали палац Бомбули. І почали з того каміння будувати сходи.</w:t>
      </w:r>
    </w:p>
    <w:p>
      <w:r>
        <w:br/>
        <w:t>Ох і важка була то робота — будувати сходи аж до самісіньких хмар! Але диво дивне — чим довше вони будували, чим вище піднімалися, тим веселіше їм ставало, незважаючи на втому.</w:t>
      </w:r>
    </w:p>
    <w:p>
      <w:r>
        <w:br/>
        <w:t>І сама рвалася з грудей пісня:</w:t>
      </w:r>
    </w:p>
    <w:p>
      <w:r>
        <w:br/>
        <w:t>Сонце світить, Землю гріє. Хто працює — Той радіє. Квіти квітнуть, Пісня ллється. Хто працює — Той сміється.</w:t>
      </w:r>
    </w:p>
    <w:p>
      <w:r>
        <w:br/>
        <w:t>Довго будували вони сходи. Та нарешті збудували.</w:t>
      </w:r>
    </w:p>
    <w:p>
      <w:r>
        <w:br/>
        <w:t>Зайшли в печеру, розбили мур і випустили на волю чарівну Жарт-Птицю. Злетіла вона до сонця і — заспівала. І така радість братів охопила, що ні в казці сказати, ні пером описати!</w:t>
      </w:r>
    </w:p>
    <w:p>
      <w:r>
        <w:br/>
        <w:t>Глянули брати з гори на світ — та який же він гарний! Сонячний і веселий. Дзвінкий, птахоспівний, красноквітий!</w:t>
      </w:r>
    </w:p>
    <w:p>
      <w:r>
        <w:br/>
        <w:t>І подумали брати — та невже ж було таке, що їм жити не хотілося!.. Аж згадувать страшно!</w:t>
      </w:r>
    </w:p>
    <w:p>
      <w:r>
        <w:br/>
        <w:t>І вигукнув Чарівник-Будівник:</w:t>
      </w:r>
    </w:p>
    <w:p>
      <w:r>
        <w:br/>
        <w:t>— А давайте збудуємо тут місто-сад Радоград!</w:t>
      </w:r>
    </w:p>
    <w:p>
      <w:r>
        <w:br/>
        <w:t>— Правильно! — сказала Веселиця-Прекрасна.</w:t>
      </w:r>
    </w:p>
    <w:p>
      <w:r>
        <w:br/>
        <w:t>І всі інші брати і сестриці сказали:</w:t>
      </w:r>
    </w:p>
    <w:p>
      <w:r>
        <w:br/>
        <w:t>— Абсолютно правильно!</w:t>
      </w:r>
    </w:p>
    <w:p>
      <w:r>
        <w:br/>
        <w:t>І знову взялися вони за роботу.</w:t>
      </w:r>
    </w:p>
    <w:p>
      <w:r>
        <w:br/>
        <w:t>Незабаром зросло чудове місто-сад Радоград.</w:t>
      </w:r>
    </w:p>
    <w:p>
      <w:r>
        <w:br/>
        <w:t>А коли місто було побудоване, раптом задзвонив чарифон-автомат. Взяли брати трубку і почули далекі-далекі й рідні-рідні голоси:</w:t>
      </w:r>
    </w:p>
    <w:p>
      <w:r>
        <w:br/>
        <w:t>— Здрастуйте, сини наші, синочки, синочки-голубочки! Ми все-все бачили по чаривізору і все-все знаємо. Дуже ми за вас раді, нарешті ви зрозуміли, що вам треба. Тепер ми спокійні. Щасти вам!</w:t>
      </w:r>
    </w:p>
    <w:p>
      <w:r>
        <w:br/>
        <w:t>— Ой, стривайте! Не кладіть трубку! — загукали брати. — Стривайте! Готуйтесь, чекайте і нас зустрічайте! Зараз ми по вас прилетимо. Годі вам жити у самоті на горі Спокою. Ви тепер житимете з нами, у місті Радограді.</w:t>
      </w:r>
    </w:p>
    <w:p>
      <w:r>
        <w:br/>
        <w:t>Сіли брати на літак і полетіли на гору Спокою. Забрали діда Мудрила і бабу Лагоду і привезли у Радоград. І відбулося бучне свято. Одразу новосілля і весілля. У грандіозному Палаці Щастя одночасно одружувалося сім пар:</w:t>
      </w:r>
    </w:p>
    <w:p>
      <w:r>
        <w:br/>
        <w:t>Чарівник-Будівник і Веселиця Прекрасна, Чарівник-Садівник і Томка-Агрономка, Чарівник-Годівник і Варка-Куховарка, Чаклун-Красотун і Одарка-Перукарка, Одівець-Кравець і Галя-Ткаля, Майстер-Видумляйстер і Олена-Вчена, Літун-Плавець-Ходило і Надійка-Водійка. Правда, як вам відомо, називалися так брати тільки за звичкою — адже вони не були вже ніякими чарівниками, а були звичайними вмілими трудівниками.</w:t>
      </w:r>
    </w:p>
    <w:p>
      <w:r>
        <w:br/>
        <w:t>А коли відгуляли молоді весілля, знову взялися до праці — зводити людям будинки, вирощувати сади, годувати людей смачною їжею, майструвати для них різні машини, що полегшують важку працю, одягати їх у найчудесніші вбрання, робити їх гарними і молодими і возити їх швидко й весело по усій-усій землі.</w:t>
      </w:r>
    </w:p>
    <w:p>
      <w:r>
        <w:br/>
        <w:t>І були брати завжди радісні і щасливі. Бо їм завжди співала свої веселі пісні чарівна Жарт-Птиця. І я хочу, любі друзі, щоб ви добре запам'ятали:</w:t>
      </w:r>
    </w:p>
    <w:p>
      <w:r>
        <w:br/>
        <w:t>Співає, сміється чарівна Жарт-Птиця</w:t>
      </w:r>
    </w:p>
    <w:p>
      <w:r>
        <w:br/>
        <w:t>Тому, хто уміє і любить трудиться!</w:t>
      </w:r>
    </w:p>
    <w:p>
      <w:r>
        <w:br/>
        <w:t>І хто цього не забуде —</w:t>
      </w:r>
    </w:p>
    <w:p>
      <w:r>
        <w:br/>
        <w:t>Той завжди щасливий буде!..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жарт-птицю...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