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цигана Романа, Мару-Поторочу і москальське царство</w:t>
      </w:r>
    </w:p>
    <w:p>
      <w:r>
        <w:br/>
        <w:t xml:space="preserve"> &lt;p&gt;А скажу я вам, що найбільше гамору й крику буває тоді, як до Сабадаша приїздить циганський табір. Ото вже розвага, ото вже біда, ото вже морока!</w:t>
      </w:r>
    </w:p>
    <w:p>
      <w:r>
        <w:br/>
        <w:t>Приїдуть своїми кибитками, стануть за селом на вигоні, шатра свої діряві понапинають, багаття порозпалюють, та й стоять тиждень чи два, аж поки так до печінок дістануть, що насилу їх виженуть. Та вони дуже цим не переймаються: сьогодні тут, а завтра шукай вітра в полі! і разом із вітром шукай табун сільських коней, бо прихоплять цигани із собою найкращих, хоч як стережи. Це ж про них у нас у селі співають:</w:t>
      </w:r>
    </w:p>
    <w:p>
      <w:r>
        <w:br/>
        <w:t>А цигани-молдавани</w:t>
      </w:r>
    </w:p>
    <w:p>
      <w:r>
        <w:br/>
        <w:t>Ні шити, ні прясти —</w:t>
      </w:r>
    </w:p>
    <w:p>
      <w:r>
        <w:br/>
        <w:t>Тільки ходять попід тин,</w:t>
      </w:r>
    </w:p>
    <w:p>
      <w:r>
        <w:br/>
        <w:t>Щоб чого украсти!</w:t>
      </w:r>
    </w:p>
    <w:p>
      <w:r>
        <w:br/>
        <w:t>А як циганки розійдуться селом, замиготять своїми рясними спідницями, то вже не одної зозулястої курочки не дорахується хазяйка, або і сувій полотна щезне просто з-перед очей. Буває, хазяїн спіймає з куркою, то віддають, та ще й приказують:</w:t>
      </w:r>
    </w:p>
    <w:p>
      <w:r>
        <w:br/>
        <w:t>— Так то ваша?! А ми ж думали, що дика — з лісу приблудила.</w:t>
      </w:r>
    </w:p>
    <w:p>
      <w:r>
        <w:br/>
        <w:t>І ніколи не буває так весело у селі, як з циганами. Тут вам і пісні, і гадання, і розваги всякі у таборі. А що вже кращих ковалів, як цигани, то годі й шукати!</w:t>
      </w:r>
    </w:p>
    <w:p>
      <w:r>
        <w:br/>
        <w:t>Найвеселіший і найгарніший був у тому таборі циган Роман. Смаглявий, білозубий, кучерявий. Сорочка на ньому червона, шовкова, а у вусі сережка золота теліпається. Співає Роман так, що слухаєш його, слухаєш, аж не зчуєшся, як циганчата з кишені калиточку витягли. Добрим ковалем був Роман — такі підкови кував, як золото, а що коней любив — як братів рідних! Де якого коня доброго побачить, то і поговорить з ним, гриву розчеше, по спині погладить. Хоч би який був норовливий кінь, а до Романа підходив і слухав його.</w:t>
      </w:r>
    </w:p>
    <w:p>
      <w:r>
        <w:br/>
        <w:t>А ще любив Роман теревені правити: поставить свою кибитку найближче до села, та й виглядає дядьків сільських, закликає до себе. Сидять, люльки шмалять, язиками чешуть. От лишень біда — був Роман запальний дуже. Тільки слово поперек почує, запасіює, закричить:</w:t>
      </w:r>
    </w:p>
    <w:p>
      <w:r>
        <w:br/>
        <w:t>— Ану геть з моєї хати аж за дишель!</w:t>
      </w:r>
    </w:p>
    <w:p>
      <w:r>
        <w:br/>
        <w:t>А за хвилинку заспокоїться, та й знов у гості кличе. Недарма кажуть: "Крутить як циган сонцем".</w:t>
      </w:r>
    </w:p>
    <w:p>
      <w:r>
        <w:br/>
        <w:t>Говорили вони про все на світі, а найбільше про щастя та долю циганську. Роман жалівся:</w:t>
      </w:r>
    </w:p>
    <w:p>
      <w:r>
        <w:br/>
        <w:t>— І що то за біда така у нас на роду? Все по степах нас носить, дощі нас мочать, сонце пече, мороз морозить, та й голод дошкуляє!</w:t>
      </w:r>
    </w:p>
    <w:p>
      <w:r>
        <w:br/>
        <w:t>Добре вам: у вас і хата є, і хліб на столі, і тепло вам і добре. А у мене… — тільки рукою змахне — От якби став я паном, то зажив би на всю губу! І різні напої-наїдки мав би щодня, навіть вночі їсти вставав би і одежу всю золоту носив би! А що слуг би мав то як коней у табуні! А, до речі, чий ото кінь пасеться такий гарний гнідий?</w:t>
      </w:r>
    </w:p>
    <w:p>
      <w:r>
        <w:br/>
        <w:t>От якось село вже поснуло, цигани теж повкладалися, лише Роману не спалося Сидів собі біля багаття, люльку шмалив та у казаночку кашу варив. Ніч темна-темна, місяця не видно, тільки вогонь блимає та люлька жаром шкварчить. Коли це чує Роман — щось від лісу шарудить наче іде хтось, та все ближче і ближче Навколо така тиша запала аж у вухах дзвенить. Страшно Роману стало. Хотів на ноги схопитися, та не може з місця зрушити Хотів закричати — голос пропав. Аж тут виходить на світло таке страшидло, що й розказати не можна. Худе чорне, волохате, з довгими пазуристими руками, а з широкого рота ікла стирчать. Очі великі, круглі, як у сови, і світяться. А кругом страховидла туман, як павутина, плаває Стало воно, та й на Романа вилупилось. А тому хоч і страшно, та виду не подає взяв ложку, насипав каші у миску, та й страховиську простягнув. Подивилось воно, подивилось, а далі кашу взяло, та й з’їло. Роман ще насипав. Воно знов злупило, далі ще… Так увесь казанок і втеребило. А далі туманом утерлось і каже:</w:t>
      </w:r>
    </w:p>
    <w:p>
      <w:r>
        <w:br/>
        <w:t>— Ну, хлопче, оце ти від смерті врятувався. Бо я так їсти хотіла, що думала тебе зжерти, а тут і каша пішла. Тепер же знай що я — Мара-Потороча, і від мене ще ніхто ніколи не рятувався, хіба що у тебе вийде. Розважай мене до ранку. Якщо мені сподобається — виконаю твоє бажання, а ні — живий не будеш!</w:t>
      </w:r>
    </w:p>
    <w:p>
      <w:r>
        <w:br/>
        <w:t>Роману страшно, та що поробиш? Давай він співати, та так жалібненько, та так тоненько, що Мара-Потороча тільки кривиться від жалю. А далі давай про свою долю нещасну розказувати та приказувати. Мара-Потороча уже і вголос хлипає та сльози втирає.</w:t>
      </w:r>
    </w:p>
    <w:p>
      <w:r>
        <w:br/>
        <w:t>— Ой бідні ж ми з тобою, сирітки нещасливі, голубочки сизокрилі!..</w:t>
      </w:r>
    </w:p>
    <w:p>
      <w:r>
        <w:br/>
        <w:t>Уже й світати почало а циган з Марою обійнявшись сидять та сльози гіркі за доленькою своєю ллють.</w:t>
      </w:r>
    </w:p>
    <w:p>
      <w:r>
        <w:br/>
        <w:t>Почало небо світлішати, стала Мара-Потороча потрошку пропадати — уже тільки туман лишився. От з туману і чується:</w:t>
      </w:r>
    </w:p>
    <w:p>
      <w:r>
        <w:br/>
        <w:t>— Добре ти мене, цигане, розважив, жалко мені тебе стало. Виконаю я твоє бажання — кажи чого хочеш!</w:t>
      </w:r>
    </w:p>
    <w:p>
      <w:r>
        <w:br/>
        <w:t>Роман тут же плакати забув, сльози витер і каже:</w:t>
      </w:r>
    </w:p>
    <w:p>
      <w:r>
        <w:br/>
        <w:t>— Хочу бути паном над панами! Зроби мене царем москальським!</w:t>
      </w:r>
    </w:p>
    <w:p>
      <w:r>
        <w:br/>
        <w:t>— Добре! Будеш царем аж поки пізнають, що ти циган. Але ж не жалій потім!</w:t>
      </w:r>
    </w:p>
    <w:p>
      <w:r>
        <w:br/>
        <w:t>— А за чим там жаліти?! Роби царем!</w:t>
      </w:r>
    </w:p>
    <w:p>
      <w:r>
        <w:br/>
        <w:t>Тільки-но сказав це Роман, як навкруги все перевернулось, перекрутилось, зашуміло! Романа туманом огорнуло, догори ногами перекинуло — понесло просто до Петербурга! Не встиг Роман перелякатися, не встиг закричати, а його раз! — через вікно і до царського покою закинуло.</w:t>
      </w:r>
    </w:p>
    <w:p>
      <w:r>
        <w:br/>
        <w:t>А там уже слуг та лакеїв набігло без ліку. і всі кругом цигана бігають, одягають-роздягають, з ложечки годують, вошей з голови вибирають. Надягли на нього корону та на трон посадили. Перед ним усякі придворні та генерали кланяються, у ручку цілують. А хто поближче, той і ззаду понижче поцьомає. А туман кругом цигана як стіна стоїть — усім в очі лізе.</w:t>
      </w:r>
    </w:p>
    <w:p>
      <w:r>
        <w:br/>
        <w:t>Ох і зажив циган царем! Ох і запанував! Що не скаже, яку дурницю не бовкне, усі його вихваляють наввипередки:</w:t>
      </w:r>
    </w:p>
    <w:p>
      <w:r>
        <w:br/>
        <w:t>— Ах какой царь батюшка мудрий, какой вумний!</w:t>
      </w:r>
    </w:p>
    <w:p>
      <w:r>
        <w:br/>
        <w:t>Що не накаже, то всі удесятеро зроблять — як побити одного винного, то десять невинних з синцями ходять та царю-батюшці дякують.</w:t>
      </w:r>
    </w:p>
    <w:p>
      <w:r>
        <w:br/>
        <w:t>Що не велить грошей принести, хай хоч і сто карбованців, то тут-таки притягнуть і на тарілочку покладуть, а по дорозі тисячу і собі до кишені вкинуть. А їсти носять страви усе не прості, а панські. І вдень і вночі цигана годують та марципанами заморськими підгодовують. Став циган паради та бали влаштовувати. Солдати перед ним шпацірують та "Гуря!" кричать, а пани з панянками як зайці на балях стрибають.</w:t>
      </w:r>
    </w:p>
    <w:p>
      <w:r>
        <w:br/>
        <w:t>Як циган чхне, то і всі за ним чхають, як спіткнеться — усі за ним спотикаються. Усі перед ним спини гнуть, мало ноги не цілують. Добре цигану жилось у царях москальських: хоче — Туреччину воює, хоче — Польщу, хоче — Персію, а хоче — Кавказ. Солдатів багато — все не закінчуються. А всі тільки "Гуря!" кричать та дивляться, куди далі йти воювати.</w:t>
      </w:r>
    </w:p>
    <w:p>
      <w:r>
        <w:br/>
        <w:t>Бенкетує циган, гуляє, а люди бідні ходять, голодні обідрані, лахами трусять, а придворним і байдуже — все палаци будують. Так уже їх наліпили, що до тої річки Неви людям і не доступитися — аж до Обухова добудували. Дужче всіх таємний радник старається, краде, багатіє та все цигану на підпис укази носить. А той хрестика поставить, та й по тому — все одно читати не вміє. Так тими указами пів-царства Москальського придворним та генералам пороздавав — не жалко, бо ж на дурничку дісталося.</w:t>
      </w:r>
    </w:p>
    <w:p>
      <w:r>
        <w:br/>
        <w:t>Поцарював циган, поцарював, а далі сумувати почав. Нема йому з ким поговорити, теревені поправити. Нема де каші з казанка поїсти, димом приправленої, нема з ким пісні циганської заспівати, — кругом тільки лакеї кланяються та його вихваляють. Хоч знов Мару-Поторочу клич, та де її найдеш, хоч і цар.</w:t>
      </w:r>
    </w:p>
    <w:p>
      <w:r>
        <w:br/>
        <w:t>Набридло циганові каміння коштовне та палаци муровані, набридло лакейство та мова чужа, набридли страви заморські та вбрання золоте. Від цілунків генеральських вже й задниця попухла. Нудить світом бідний циган: все йому сорочка його червона ввижається, та степ, та дядьки сабадаські зі своїми розмовами, та багаття у таборі циганському, та зорі у небі нічному над Гірським Тікичем.</w:t>
      </w:r>
    </w:p>
    <w:p>
      <w:r>
        <w:br/>
        <w:t>Уже б і радий циган драпонути із царства того, та зась! Що він не робив, що не казав, як не доводив, що він не цар, а циган, — придворні усе радіють:</w:t>
      </w:r>
    </w:p>
    <w:p>
      <w:r>
        <w:br/>
        <w:t>— Каково наш царь-батюшка шутіт!</w:t>
      </w:r>
    </w:p>
    <w:p>
      <w:r>
        <w:br/>
        <w:t>А туман кругом Романа усе густіший стає. Куди Роман не йде, навкруги лакеї, пани та солдати, ніяк і не втечеш — не пускають. Пробував Роман тікати вдень, пробував уночі, та далі Твері не забігав — скрізь на лакеїв та панів попадав. Тут же його впіймають, кланяються, у ручку та ще кудись цьомають, та назад до палацу попід руки ведуть.</w:t>
      </w:r>
    </w:p>
    <w:p>
      <w:r>
        <w:br/>
        <w:t>Та ось одного разу іде Роман із купою придворних по столиці, зернятами заморськими плює. А придворні все те в хусточки складають, та ближче до серця пхають, а як же — з рота самого царя-батюшки! Та ще й вихваляються один перед одним, у кого більш заслиняне. А ще як на когось кісточкою поцілить, то тому всі заздрять — ото вже онукам розказувати буде!</w:t>
      </w:r>
    </w:p>
    <w:p>
      <w:r>
        <w:br/>
        <w:t>Аж дивиться Роман — наші чумаки сабадаські до Петербурга добилися. Ячмінь привезли і коней на продаж пригнали. Як побачив Роман гнідого коня, як затрусився! Кинувся до нього, за шию обійняв, пальці у гриву запустив, по спині погладив. Заіржав кінь, голову Роману на плече поклав. Не втримався Роман, заспівав пісню циганську, яку в Сабадаші співав. Придивилися дядьки наші до царя:</w:t>
      </w:r>
    </w:p>
    <w:p>
      <w:r>
        <w:br/>
        <w:t>— То ти, Романе?</w:t>
      </w:r>
    </w:p>
    <w:p>
      <w:r>
        <w:br/>
        <w:t>— Та я ж, я! — закричав циган.</w:t>
      </w:r>
    </w:p>
    <w:p>
      <w:r>
        <w:br/>
        <w:t>Тут де не взявся вітер, туман розвіявся, і всі побачили, що то ніякий не цар, а циган Роман. А той зрадів, корону царську з голови зняв і у придворних пожбурив. Підняло його, закрутило, догори ногами перекинуло і назад на Вкраїну понесло — до табору циганського.</w:t>
      </w:r>
    </w:p>
    <w:p>
      <w:r>
        <w:br/>
        <w:t>А придворні, лакеї, пани та солдати тільки "А-а-а!" і встигли закричати. Відтоді москалі так усе через "А" говорять.</w:t>
      </w:r>
    </w:p>
    <w:p>
      <w:r>
        <w:br/>
        <w:t>Сів циган під свою кибитку, багаттячко розпалив, люльку в зуби взяв, поглянув на степ, на ліс, на небо, на коней і засміявся. Бо найбільше щастя для людини — то воля!</w:t>
      </w:r>
    </w:p>
    <w:p>
      <w:r>
        <w:br/>
        <w:t>І чого ото на царство пхатися, ніби там медом помазано? А так люди добром згадають: "Ото лепські підкови циган кував! А цар з нього так був — ледащо!"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цигана Романа, Мару-Поторочу і москальське царство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