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Степана Сороку, його жінку і відьомське кодло</w:t>
      </w:r>
    </w:p>
    <w:p>
      <w:r>
        <w:br/>
        <w:t xml:space="preserve"> &lt;p&gt;Найвродливішим парубком у нашому селі був Степан Сорока. Стрункий, чорнявий, чуб кучерявий, на дівчат і молодиць вусом тонким моргає, спокою-сну їх позбавляє. Сорочка на ньому завжди чистенька, білого полотна, а вишивка аж очі вбирає — все дубові листочки та барвінок. Любив Степан чепуритися, як ото справжня сорока. Хоча Сороками їх прозвали через Степанового діда — той взимку крав дерево у лісі за річкою, дровеняка упала йому на ногу та прибила боляче. Так дід (його Мехтодом звали) прискакав додому через лід на одній нозі. Відтоді і пішло у селі: Сороки та Сороки. Степан на прізвисько не ображався — все ж краще, ніж Грицько Кобиляча Смерть, чи Хома Ногайське Ярмо. А в нашій Бузівській сотні і не такі імена є. Ось як пан полковий писар викликає козаків до служби, то хто чужий, як прізвиська почує, то зі сміху качається. А наші нічого — звикли. А все через те, що люди у нашому селі всі веселі і жартівники славні на всю сотню, ба навіть і на весь Київський полк. От і Степан був не гірший за інших — любив посміятися, пожартувати, не без того щоб і в чарочку заглянути.</w:t>
      </w:r>
    </w:p>
    <w:p>
      <w:r>
        <w:br/>
        <w:t>А славний Степан був тим. що Бог дав йому великий талант. Був Степан музикою. Ніхто його не вчив ніколи, але десь воно у нього взялося. Сам собі і сопілку вистругав, і скрипку зробив, і бубна натягнув, і кобзу з лірою змайстрував. Де яку пісню почує — зараз же підбере, наче зроду-віку її грав. Дівчата за Степаном так і бігали чередою — і на вулиці, і на вечорницях: де купка дівчаток сидить, значить там і Степанова сива шапка стирчить, а сам Степан метелицю чи полечку виграє, та ще й приспівує та присвистує — і не хочеш, а затанцюєш!</w:t>
      </w:r>
    </w:p>
    <w:p>
      <w:r>
        <w:br/>
        <w:t>Погуляв так Степан, попарубкував, та пора вже женитися, сім’ю заводити. Висватав Степан собі дівчину аж у Вороному, та й привіз до нас у Сабадаш. А вже гарна ж яка! Висока, повненька, міцна, до роботи справна. Степан проти неї маленьким здається. Зажив Степан з жінкою, уже і дітки у них є. А тільки жінка із Степаном часто лаялася. Степан усе по весіллях та по святах ходить. Жодна гульня без Степана не обходиться — як же без музики обійтися?</w:t>
      </w:r>
    </w:p>
    <w:p>
      <w:r>
        <w:br/>
        <w:t>Жінка свариться:</w:t>
      </w:r>
    </w:p>
    <w:p>
      <w:r>
        <w:br/>
        <w:t>— Що ти за хазяїн? Там стеля протікає, там двері порозсихалися, там тин повалився, а він усе собі співає! Коли ж ти ото наспіваєшся, коли награєшся? Ніколи тебе вдома немає — все гульки та веселощі!</w:t>
      </w:r>
    </w:p>
    <w:p>
      <w:r>
        <w:br/>
        <w:t>А Степанові й байдуже: як сяде на печі, як заграє на сопілці, то йому всі кози в золоті! Весело йому, аж тішиться! А як жінка надто вже лається, то, бувало, Степан і наб’є її.</w:t>
      </w:r>
    </w:p>
    <w:p>
      <w:r>
        <w:br/>
        <w:t>Ходить Степан по весіллях та все думає: "От не пощастило мені з моєю Одаркою. Не розуміє вона мене, сварить. Невже я для того козаком народився, щоб за бабську спідницю все життя триматися? Он скільки кругом молодичок гарних — вони б мене не лаяли".</w:t>
      </w:r>
    </w:p>
    <w:p>
      <w:r>
        <w:br/>
        <w:t>Ходить Степан по весіллях, та все на молодиць підморгує, та ще краще виграє й виспівує.</w:t>
      </w:r>
    </w:p>
    <w:p>
      <w:r>
        <w:br/>
        <w:t>Ой учора в куми</w:t>
      </w:r>
    </w:p>
    <w:p>
      <w:r>
        <w:br/>
        <w:t>І сьогодні в куми,</w:t>
      </w:r>
    </w:p>
    <w:p>
      <w:r>
        <w:br/>
        <w:t>Ой колись я куму</w:t>
      </w:r>
    </w:p>
    <w:p>
      <w:r>
        <w:br/>
        <w:t>Та й до себе зазову!</w:t>
      </w:r>
    </w:p>
    <w:p>
      <w:r>
        <w:br/>
        <w:t>А молодиці й собі на Степана подивляються, та одна з-перед другої йому підливають, та вареничків та м’ясця у миску підкладають, та ближче підсідають.</w:t>
      </w:r>
    </w:p>
    <w:p>
      <w:r>
        <w:br/>
        <w:t>А якось на Покрову запросили Степана грати на весіллі на далеке село десь аж за Охматовом під Чорним лісом.</w:t>
      </w:r>
    </w:p>
    <w:p>
      <w:r>
        <w:br/>
        <w:t>Добре Степан людей потішив, копійчину чималу заробив, медом хмільним причастився, наспівався, натанцювався, та так натомився, що за столом у шинку і заснув.</w:t>
      </w:r>
    </w:p>
    <w:p>
      <w:r>
        <w:br/>
        <w:t>Прокинувся Степан — не второпає, де він. Наче у шинку, але що тут робить, то і не згадає.</w:t>
      </w:r>
    </w:p>
    <w:p>
      <w:r>
        <w:br/>
        <w:t>Аж раптом дивиться — навпроти молодичка сидить та з нього очей не зводить. Як угледів п Степан, так забув і те, що знав. бо такої краси й уявити не міг! Брівки як шнурочки, очі чорні-чорні, губи як коралі червоні, намисто з дукачами.</w:t>
      </w:r>
    </w:p>
    <w:p>
      <w:r>
        <w:br/>
        <w:t>— А що, Степаночку, подобаюсь? — питає жіночка.</w:t>
      </w:r>
    </w:p>
    <w:p>
      <w:r>
        <w:br/>
        <w:t>— Дуже, — каже Степан, а сам аж слину пустив.</w:t>
      </w:r>
    </w:p>
    <w:p>
      <w:r>
        <w:br/>
        <w:t>— А підеш, Степаночку, до мене гостей моїх розважати, пісень співати, танців веселих пограти? Я тебе і пригощу добре, та й заплачу таляра золотого, або і два, як сподобається.</w:t>
      </w:r>
    </w:p>
    <w:p>
      <w:r>
        <w:br/>
        <w:t>— Не треба, серденько, мені твоїх грошей. Для тебе і так грати радий! — каже Степан.</w:t>
      </w:r>
    </w:p>
    <w:p>
      <w:r>
        <w:br/>
        <w:t>Взяла його молодичка за руку, та й повела до себе через ліс. іде Степан та чудується. що ліс такий гарний — все навкруги буяє, пташки співають, квіти вздовж стежки розквітають: і маки, і волошки, і петрові батоги, і мальви, та ще й в’юнком усе переплетено.</w:t>
      </w:r>
    </w:p>
    <w:p>
      <w:r>
        <w:br/>
        <w:t>Приходять до хати, а хата як лялечка! Вся біленька, чепурненька, квітами помальована. А всередині немов палати панські — так очі й розбігаються. Лавки різьблені, рушники на стінах золотом гаптовані, всюди килими гарненні розвішані, підлога зіллям татарським притрушена. На столі посуд дорогий — золоті та срібні тарілки стоять, келихи кришталеві вином червоним міняться. А страв усяких стільки, що й не порахуєш! І карасі у сметані, і варенички в маслі, і кури смажені, і шинка, і ковбаси, і пироги, і медяники, і навіть не знати що ще є!</w:t>
      </w:r>
    </w:p>
    <w:p>
      <w:r>
        <w:br/>
        <w:t>А за столом гості сидять — все панночки та молодички, одна краща за іншу, і вбрані як цариці. А все одно хазяйка найкраща!</w:t>
      </w:r>
    </w:p>
    <w:p>
      <w:r>
        <w:br/>
        <w:t>Запросили Степана до столу, нагодували, напоїли, та й просять пісень заграти.</w:t>
      </w:r>
    </w:p>
    <w:p>
      <w:r>
        <w:br/>
        <w:t>А Степан уже і радий. Так грає, так співає, так витанцьовує! і гості всі танцюють і веселяться, а найдужче хазяйка. Та все старається поближче до Степана присунутись. "От, — думає Степан, — жінка гарна і співуча, і видно, що мене любить!"</w:t>
      </w:r>
    </w:p>
    <w:p>
      <w:r>
        <w:br/>
        <w:t>— Степаночку, лишайся зі мною. Житимеш та мені дякуватимеш, — каже хазяйка.</w:t>
      </w:r>
    </w:p>
    <w:p>
      <w:r>
        <w:br/>
        <w:t>А Степан аж тішиться, уже і рота розкрив, щоб сказати: "Лишаюсь у тебе, кралечко, а додому не піду!" Коли це дивиться — на припічку котик сидить і наче вмивається. Придивився Степан — аж котик не вмивається, а плаче і лапкою сльози втирає.</w:t>
      </w:r>
    </w:p>
    <w:p>
      <w:r>
        <w:br/>
        <w:t>Страшно стало Степану: де це бачено, щоб коти плакали?! Стулив Степан рота, далі на скрипочці грає, а сам пильніше кругом оглядається. Відчуває, щось не так. Крутив, крутив головою — все як було, так і є. Коли це одне око заплющив, глянув — і обімлів…</w:t>
      </w:r>
    </w:p>
    <w:p>
      <w:r>
        <w:br/>
        <w:t>Бачить Степан одним оком, що хата-лялечка не хата зовсім, а старий зотлілий млин! Замість лавок пеньки трухляві, замість свічок і канделябрів гнилички синіють, на підлозі багно і кізяки валяються, замість стола човен дірявий лежить! А на човні замість тарілок золотих ночви та корита обкаляні, а замість їжі вишуканої така гидота, що страшно сказати: лапи жаб’ячі стирчать, п’явки всякі, м’ясо смердюче та поганки, з вовчими ягодами перемішані. А молодички та панночки стали такі страшні, що не приведи Боже! Замість зубів ікла стирчать, та й то не в кожної, носяри сопливі до землі звисають, волосся зелене розпатлане, очиці поросячі лихим вогнем горять, на пальцях залізні пазури клацають! А найстрашніша хазяйка-відьма — ще й цілуватися лізе! Відьми скачуть, веселяться, кочергами і мітлами вимахують, кажанів розганяють. Та ще й співають-підвивають:</w:t>
      </w:r>
    </w:p>
    <w:p>
      <w:r>
        <w:br/>
        <w:t>Ой ходила по саду,</w:t>
      </w:r>
    </w:p>
    <w:p>
      <w:r>
        <w:br/>
        <w:t>Вибирала вишні.</w:t>
      </w:r>
    </w:p>
    <w:p>
      <w:r>
        <w:br/>
        <w:t>Коли б мені чоловік</w:t>
      </w:r>
    </w:p>
    <w:p>
      <w:r>
        <w:br/>
        <w:t>До моєї мислі!</w:t>
      </w:r>
    </w:p>
    <w:p>
      <w:r>
        <w:br/>
        <w:t>Щоб люлечки не курив,</w:t>
      </w:r>
    </w:p>
    <w:p>
      <w:r>
        <w:br/>
        <w:t>Табаки не нюхав,</w:t>
      </w:r>
    </w:p>
    <w:p>
      <w:r>
        <w:br/>
        <w:t>Чужих жінок не любив,</w:t>
      </w:r>
    </w:p>
    <w:p>
      <w:r>
        <w:br/>
        <w:t>Одну мене слухав!</w:t>
      </w:r>
    </w:p>
    <w:p>
      <w:r>
        <w:br/>
        <w:t>"Іч, кляті, чого захотіли", — думає Степан та граючи тихцем-тихцем до дверей суне.</w:t>
      </w:r>
    </w:p>
    <w:p>
      <w:r>
        <w:br/>
        <w:t>А відьма-хазяйка хвалиться подругам: — Оце Степан залишиться у мене, то буде ще один котик на хазяйстві — пісень муркотітиме!</w:t>
      </w:r>
    </w:p>
    <w:p>
      <w:r>
        <w:br/>
        <w:t>Тут уже Степан чекати не став. Як вискочить з млина, як зачинить двері, як підіпре колодою, та ноги в руки — і гайда тікати!</w:t>
      </w:r>
    </w:p>
    <w:p>
      <w:r>
        <w:br/>
        <w:t>А навкруги уже не квіти і пташечки — болото гниле і жаби кумкають! Біг-біг Степан — що за чортівня? Знову до млина вибіг. Побіг іншою дорогою — знов назад приблудив. А відьми двері вибивають, колода тріщить — от-от впаде.</w:t>
      </w:r>
    </w:p>
    <w:p>
      <w:r>
        <w:br/>
        <w:t>А Степан — недарма ж козак — сів, стяг чоботи, устілки поперевертав, та й знову ходу звідти. Тепер уже його водити перестало, але чує — двері впали і відьми за ним женуться.</w:t>
      </w:r>
    </w:p>
    <w:p>
      <w:r>
        <w:br/>
        <w:t>Біжить Степан, місяця немає, дороги не видно, серце від страху вискакує. А відьмаки не відстають, тільки виють по-вовчому ззаду. Степана ноги самі додому несуть — і вже й не видно, де він там біжить: чи по землі, чи по небу, чи по туманові. Пригнався Степан додому за годину як добрий кінь, вскочив у хату та сховався під лаву і відсапується — тільки п’яти стирчать. А Одарка вже над ним стоїть — руки в боки та свариться:</w:t>
      </w:r>
    </w:p>
    <w:p>
      <w:r>
        <w:br/>
        <w:t>— І де ж тебе, чоловіче, носило цілий тиждень?! І коли ці гулянки твої скінчаться?! Як ти мене уже до живих печінок дістав із твоїми молодицями!</w:t>
      </w:r>
    </w:p>
    <w:p>
      <w:r>
        <w:br/>
        <w:t>Степан кричить:</w:t>
      </w:r>
    </w:p>
    <w:p>
      <w:r>
        <w:br/>
        <w:t>— Жінко, порятуй мене від цих відьом, ніколи тебе не покину!</w:t>
      </w:r>
    </w:p>
    <w:p>
      <w:r>
        <w:br/>
        <w:t>А відьми вже в двері і вікна лізуть, зуби шкірять та пазюрі виставляють.</w:t>
      </w:r>
    </w:p>
    <w:p>
      <w:r>
        <w:br/>
        <w:t>Одарка як скочить:</w:t>
      </w:r>
    </w:p>
    <w:p>
      <w:r>
        <w:br/>
        <w:t>— То це ви у мене в хаті та мого чоловіка лякаєте? Ах ви іродові душі!</w:t>
      </w:r>
    </w:p>
    <w:p>
      <w:r>
        <w:br/>
        <w:t>Як ухопить Одарка рогача, як зачне тими відьмами кидати — тільки патли і зуби літають. Де там ті відьмаки подівалися — ніхто досі не знає.</w:t>
      </w:r>
    </w:p>
    <w:p>
      <w:r>
        <w:br/>
        <w:t>А Степан відтоді жінку саму вдома не кидав. По весіллях разом ходили і пісень разом співали і бити жінку Степан боявся. Он якого рогача вона вдома має!</w:t>
      </w:r>
    </w:p>
    <w:p>
      <w:r>
        <w:br/>
        <w:t>А я вам скажу, не народилася ще така відьма, яка з нашою жінкою впоратись може!</w:t>
      </w:r>
    </w:p>
    <w:p>
      <w:r>
        <w:br/>
        <w:t>Тим-то й відьми в Україні перевелися, хіба що одна в Конотопі лишилася, та й у тої вітер в голові…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Степана Сороку, його жінку і відьомське кодло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