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рибака та рибку</w:t>
      </w:r>
    </w:p>
    <w:p>
      <w:r>
        <w:br/>
        <w:t xml:space="preserve"> Переклад українською – Н.Забіла</w:t>
      </w:r>
    </w:p>
    <w:p>
      <w:r>
        <w:br/>
        <w:t>Жив старий із своєю старою&lt;br /&gt;</w:t>
        <w:br/>
        <w:t>Біля самого синього моря.&lt;br /&gt;</w:t>
        <w:br/>
        <w:t>Жили вони в ветхій землянці&lt;br /&gt;</w:t>
        <w:br/>
        <w:t>Рівно тридцять літ і три роки.&lt;br /&gt;</w:t>
        <w:br/>
        <w:t>Дід ловив неводом рибу,&lt;br /&gt;</w:t>
        <w:br/>
        <w:t>А баба куделила пряжу.</w:t>
      </w:r>
    </w:p>
    <w:p>
      <w:r>
        <w:br/>
        <w:t>Якось в море закинув він невід, —&lt;br /&gt;</w:t>
        <w:br/>
        <w:t>Прийшов невід з самим баговинням.&lt;br /&gt;</w:t>
        <w:br/>
        <w:t>Він удруге закинув невід, —&lt;br /&gt;</w:t>
        <w:br/>
        <w:t>Прийшов невід з травою морською.&lt;br /&gt;</w:t>
        <w:br/>
        <w:t>Як утретє закинув він невід, —&lt;br /&gt;</w:t>
        <w:br/>
        <w:t>Витяг невід однісіньку рибку,&lt;br /&gt;</w:t>
        <w:br/>
        <w:t>Золотую рибку, не просту.&lt;br /&gt;</w:t>
        <w:br/>
        <w:t>Почала тая рибка благати,&lt;br /&gt;</w:t>
        <w:br/>
        <w:t>Людським голосом промовляти:&lt;br /&gt;</w:t>
        <w:br/>
        <w:t>"Відпусти мене, діду, до моря,&lt;br /&gt;</w:t>
        <w:br/>
        <w:t>Дорогий дам за себе я відкуп:&lt;br /&gt;</w:t>
        <w:br/>
        <w:t>Відкуплюся чим тільки ти схочеш!"&lt;br /&gt;</w:t>
        <w:br/>
        <w:t>Здивувався старий, налякався:&lt;br /&gt;</w:t>
        <w:br/>
        <w:t>Він рибалив тридцять літ і три роки&lt;br /&gt;</w:t>
        <w:br/>
        <w:t>Та не чув він, щоб риба говорила.&lt;br /&gt;</w:t>
        <w:br/>
        <w:t>Відпустив він рибку золотую&lt;br /&gt;</w:t>
        <w:br/>
        <w:t>Ще й сказав їй привітливе слово:&lt;br /&gt;</w:t>
        <w:br/>
        <w:t>"Бог з тобою, рибко золотая!&lt;br /&gt;</w:t>
        <w:br/>
        <w:t>Мені твого відкупу не треба,&lt;br /&gt;</w:t>
        <w:br/>
        <w:t>Іди собі, рибко, в синє море,&lt;br /&gt;</w:t>
        <w:br/>
        <w:t>Гуляй там собі на просторі!"</w:t>
      </w:r>
    </w:p>
    <w:p>
      <w:r>
        <w:br/>
        <w:t>Повернувся дід до старої,&lt;br /&gt;</w:t>
        <w:br/>
        <w:t>Розповів їй про диво велике:&lt;br /&gt;</w:t>
        <w:br/>
        <w:t>"Я піймав був сьогодні рибинку,&lt;br /&gt;</w:t>
        <w:br/>
        <w:t>Золоту рибинку, не просту,&lt;br /&gt;</w:t>
        <w:br/>
        <w:t>По-нашому рибка говорила,&lt;br /&gt;</w:t>
        <w:br/>
        <w:t>В синє море додому просилась.&lt;br /&gt;</w:t>
        <w:br/>
        <w:t>Дорогою ціною відкуплялась,&lt;br /&gt;</w:t>
        <w:br/>
        <w:t>Відкуплялась чим тільки я схочу.&lt;br /&gt;</w:t>
        <w:br/>
        <w:t>Не посмів я взять відкуп з рибки,&lt;br /&gt;</w:t>
        <w:br/>
        <w:t>Відпустив її так в синє море".&lt;br /&gt;</w:t>
        <w:br/>
        <w:t>Почала баба лаяти діда:&lt;br /&gt;</w:t>
        <w:br/>
        <w:t>"Ой, дурило ж ти, недотепа!&lt;br /&gt;</w:t>
        <w:br/>
        <w:t>Не зумів взяти відкупу з рибки!&lt;br /&gt;</w:t>
        <w:br/>
        <w:t>Було взяти від неї хоч ночви,&lt;br /&gt;</w:t>
        <w:br/>
        <w:t>Адже наші, бач, зовсім побиті!"</w:t>
      </w:r>
    </w:p>
    <w:p>
      <w:r>
        <w:br/>
        <w:t>От пішов дід до синього моря,&lt;br /&gt;</w:t>
        <w:br/>
        <w:t>Бачить: море злегенька заграло.&lt;br /&gt;</w:t>
        <w:br/>
        <w:t>Став він кликати рибку золотую.&lt;br /&gt;</w:t>
        <w:br/>
        <w:t>Припливла з моря рибка, спитала:&lt;br /&gt;</w:t>
        <w:br/>
        <w:t>"Чого тобі треба, дідусю?"&lt;br /&gt;</w:t>
        <w:br/>
        <w:t>Тут старий уклонився та й каже:&lt;br /&gt;</w:t>
        <w:br/>
        <w:t>"Змилуйся, паніматонько-рибко!&lt;br /&gt;</w:t>
        <w:br/>
        <w:t>Бач, стара моя все докоряє,&lt;br /&gt;</w:t>
        <w:br/>
        <w:t>Не дає мені, старому, спокою:&lt;br /&gt;</w:t>
        <w:br/>
        <w:t>Їй потрібні новісінькі ночви,&lt;br /&gt;</w:t>
        <w:br/>
        <w:t>Бо наші, бач, зовсім побиті!"&lt;br /&gt;</w:t>
        <w:br/>
        <w:t>Відказала рибка золотая:&lt;br /&gt;</w:t>
        <w:br/>
        <w:t>"Не журися, іди собі з Богом,&lt;br /&gt;</w:t>
        <w:br/>
        <w:t>Будуть вам новісінькі ночви".</w:t>
      </w:r>
    </w:p>
    <w:p>
      <w:r>
        <w:br/>
        <w:t>Повернувся старий до старої, —&lt;br /&gt;</w:t>
        <w:br/>
        <w:t>А у баби новісінькі ночви!&lt;br /&gt;</w:t>
        <w:br/>
        <w:t>Та ще дужче стара докоряє:&lt;br /&gt;</w:t>
        <w:br/>
        <w:t>"Ой, дурило ж ти, недотепа!&lt;br /&gt;</w:t>
        <w:br/>
        <w:t>Випросив, телепню, ночви!&lt;br /&gt;</w:t>
        <w:br/>
        <w:t>А яка ж із ночов отих користь?!&lt;br /&gt;</w:t>
        <w:br/>
        <w:t>Повертайся, дурню, до рибки,&lt;br /&gt;</w:t>
        <w:br/>
        <w:t>Уклонися їй, випроси хату!"</w:t>
      </w:r>
    </w:p>
    <w:p>
      <w:r>
        <w:br/>
        <w:t>От пішов дід до синього моря, —&lt;br /&gt;</w:t>
        <w:br/>
        <w:t>Скаламутилось синє море.&lt;br /&gt;</w:t>
        <w:br/>
        <w:t>Став він кликати рибку золотую.&lt;br /&gt;</w:t>
        <w:br/>
        <w:t>Припливла до нього рибка, спитала:&lt;br /&gt;</w:t>
        <w:br/>
        <w:t>"Чого тобі треба, дідусю?"&lt;br /&gt;</w:t>
        <w:br/>
        <w:t>Тут старий уклонився та й каже:&lt;br /&gt;</w:t>
        <w:br/>
        <w:t>"Змилуйся, паніматонько-рибко!&lt;br /&gt;</w:t>
        <w:br/>
        <w:t>Іще дужче стара мене лає,&lt;br /&gt;</w:t>
        <w:br/>
        <w:t>Не дає мені, старому, спокою,&lt;br /&gt;</w:t>
        <w:br/>
        <w:t>Хату просить баба сварлива!"&lt;br /&gt;</w:t>
        <w:br/>
        <w:t>Відказала рибка золотая:&lt;br /&gt;</w:t>
        <w:br/>
        <w:t>"Не журися, іди собі з Богом.&lt;br /&gt;</w:t>
        <w:br/>
        <w:t>Нехай так уже: буде вам хата!"</w:t>
      </w:r>
    </w:p>
    <w:p>
      <w:r>
        <w:br/>
        <w:t>Пішов дід до своєї землянки,&lt;br /&gt;</w:t>
        <w:br/>
        <w:t>А землянки нема вже й сліду!&lt;br /&gt;</w:t>
        <w:br/>
        <w:t>Перед ним стоїть хата з світлицею,&lt;br /&gt;</w:t>
        <w:br/>
        <w:t>З димарем мурованим, білим,&lt;br /&gt;</w:t>
        <w:br/>
        <w:t>Ще й дубові, тесові ворота.&lt;br /&gt;</w:t>
        <w:br/>
        <w:t>А стара сидить під віконцем&lt;br /&gt;</w:t>
        <w:br/>
        <w:t>Та чимдуж чоловіка картає:&lt;br /&gt;</w:t>
        <w:br/>
        <w:t>"Ой, дурило ж ти, недотепа!&lt;br /&gt;</w:t>
        <w:br/>
        <w:t>Випросив, телепню, хату!&lt;br /&gt;</w:t>
        <w:br/>
        <w:t>Повертайся, вклонися рибці:&lt;br /&gt;</w:t>
        <w:br/>
        <w:t>Вже не хочу я бути селянкою,&lt;br /&gt;</w:t>
        <w:br/>
        <w:t>Хочу буть стовбовою дворянкою!"</w:t>
      </w:r>
    </w:p>
    <w:p>
      <w:r>
        <w:br/>
        <w:t>Знов пішов дід до синього моря, —&lt;br /&gt;</w:t>
        <w:br/>
        <w:t>Неспокійне синєє море!&lt;br /&gt;</w:t>
        <w:br/>
        <w:t>Золоту став він кликати рибку.&lt;br /&gt;</w:t>
        <w:br/>
        <w:t>Припливла з моря рибка, спитала:&lt;br /&gt;</w:t>
        <w:br/>
        <w:t>"Чого тобі треба, дідусю?"&lt;br /&gt;</w:t>
        <w:br/>
        <w:t>Уклонився він рибці та й каже:&lt;br /&gt;</w:t>
        <w:br/>
        <w:t>"Змилуйся, паніматонько-рибко!&lt;br /&gt;</w:t>
        <w:br/>
        <w:t>Бач, стара моя зовсім здуріла,&lt;br /&gt;</w:t>
        <w:br/>
        <w:t>Не дає мені, старому, спокою:&lt;br /&gt;</w:t>
        <w:br/>
        <w:t>Вже не хоче буть вона селянкою,&lt;br /&gt;</w:t>
        <w:br/>
        <w:t>Хоче буть стовбовою дворянкою".&lt;br /&gt;</w:t>
        <w:br/>
        <w:t>Відказала рибка золотая:&lt;br /&gt;</w:t>
        <w:br/>
        <w:t>"Не журися, іди собі з Богом!"</w:t>
      </w:r>
    </w:p>
    <w:p>
      <w:r>
        <w:br/>
        <w:t>Повернувся старий до старої,&lt;br /&gt;</w:t>
        <w:br/>
        <w:t>Що ж він бачить? — Високі хороми,&lt;br /&gt;</w:t>
        <w:br/>
        <w:t>А на ґанку стоїть його баба,&lt;br /&gt;</w:t>
        <w:br/>
        <w:t>В соболевій вона тілогрійці,&lt;br /&gt;</w:t>
        <w:br/>
        <w:t>Грезетова на маківці кічка,&lt;br /&gt;</w:t>
        <w:br/>
        <w:t>Ще й перлове намисто на шиї,&lt;br /&gt;</w:t>
        <w:br/>
        <w:t>На руках самоцвітні каблучки,&lt;br /&gt;</w:t>
        <w:br/>
        <w:t>На ногах — чобітки червоні.&lt;br /&gt;</w:t>
        <w:br/>
        <w:t>Перед нею дбайливі слуги,&lt;br /&gt;</w:t>
        <w:br/>
        <w:t>Вона б'є їх, за чуба тягає...&lt;br /&gt;</w:t>
        <w:br/>
        <w:t>Каже дід до своєї старої:&lt;br /&gt;</w:t>
        <w:br/>
        <w:t>"Здрастуй, пані-добродійко дворянко!&lt;br /&gt;</w:t>
        <w:br/>
        <w:t>Чи теперечки ти вдовольнилась?"&lt;br /&gt;</w:t>
        <w:br/>
        <w:t>А стара на старого як гримне&lt;br /&gt;</w:t>
        <w:br/>
        <w:t>Та на стайню до коней послала.&lt;br /&gt;</w:t>
        <w:br/>
        <w:t>От і тиждень, і другий минає,&lt;br /&gt;</w:t>
        <w:br/>
        <w:t>Іще дужче тут баба здуріла,&lt;br /&gt;</w:t>
        <w:br/>
        <w:t>Знов до рибки старого посилає.&lt;br /&gt;</w:t>
        <w:br/>
        <w:t>"Повертайся, вклонися рибці:&lt;br /&gt;</w:t>
        <w:br/>
        <w:t>Вже не хочу я бути дворянкою,&lt;br /&gt;</w:t>
        <w:br/>
        <w:t>Хочу вільною бути царицею!"&lt;br /&gt;</w:t>
        <w:br/>
        <w:t>Дід злякався, почав благати:&lt;br /&gt;</w:t>
        <w:br/>
        <w:t>"Що ти, бабо, чи ти сказилась?&lt;br /&gt;</w:t>
        <w:br/>
        <w:t>Ні ступити, ні мовить не вмієш,&lt;br /&gt;</w:t>
        <w:br/>
        <w:t>То й смішитимеш ціле царство!"&lt;br /&gt;</w:t>
        <w:br/>
        <w:t>Розгнівалась баба ще дужче,&lt;br /&gt;</w:t>
        <w:br/>
        <w:t>Як ударить діда в обличчя.&lt;br /&gt;</w:t>
        <w:br/>
        <w:t>"Як ти смів сперечатись зі мною,&lt;br /&gt;</w:t>
        <w:br/>
        <w:t>Зі мною, дворянкою стовбовою?!&lt;br /&gt;</w:t>
        <w:br/>
        <w:t>Йди до моря, кажу тобі честю,&lt;br /&gt;</w:t>
        <w:br/>
        <w:t>А не схочеш — неволею підеш!"</w:t>
      </w:r>
    </w:p>
    <w:p>
      <w:r>
        <w:br/>
        <w:t>Почвалав старенький до моря, —&lt;br /&gt;</w:t>
        <w:br/>
        <w:t>Почорніло синєє море.&lt;br /&gt;</w:t>
        <w:br/>
        <w:t>Золоту став він кликати рибку.&lt;br /&gt;</w:t>
        <w:br/>
        <w:t>Припливла до нього рибка, спитала:&lt;br /&gt;</w:t>
        <w:br/>
        <w:t>"Чого тобі треба, дідусю?"&lt;br /&gt;</w:t>
        <w:br/>
        <w:t>Уклонився старий та й каже:&lt;br /&gt;</w:t>
        <w:br/>
        <w:t>"Змилуйся, матінко-рибко!&lt;br /&gt;</w:t>
        <w:br/>
        <w:t>Знову моя баба вередує:&lt;br /&gt;</w:t>
        <w:br/>
        <w:t>Вже не хоче бути дворянкою,&lt;br /&gt;</w:t>
        <w:br/>
        <w:t>Хоче бути вільною царицею!"&lt;br /&gt;</w:t>
        <w:br/>
        <w:t>Відказала рибка золотая:&lt;br /&gt;</w:t>
        <w:br/>
        <w:t>"Не журися, іди собі з Богом.&lt;br /&gt;</w:t>
        <w:br/>
        <w:t>Добре, буде царицею баба!"</w:t>
      </w:r>
    </w:p>
    <w:p>
      <w:r>
        <w:br/>
        <w:t>До старої дідусь повернувся,&lt;br /&gt;</w:t>
        <w:br/>
        <w:t>Бачить: царський палац препишний,&lt;br /&gt;</w:t>
        <w:br/>
        <w:t>У палаці стару свою бачить, —&lt;br /&gt;</w:t>
        <w:br/>
        <w:t>За столом сидить вона — цариця,&lt;br /&gt;</w:t>
        <w:br/>
        <w:t>Служать їй бояри та дворяни,&lt;br /&gt;</w:t>
        <w:br/>
        <w:t>Наливають їй вина заморські,&lt;br /&gt;</w:t>
        <w:br/>
        <w:t>А на закуску — медяники солодкі.&lt;br /&gt;</w:t>
        <w:br/>
        <w:t>Навкруги стоїть грізна сторожа,&lt;br /&gt;</w:t>
        <w:br/>
        <w:t>За плечима — списи та сокири.&lt;br /&gt;</w:t>
        <w:br/>
        <w:t>Як побачив дідусь, налякався,&lt;br /&gt;</w:t>
        <w:br/>
        <w:t>В ноги він старій уклонився,&lt;br /&gt;</w:t>
        <w:br/>
        <w:t>Мовив: "Здрастуй, грізна царице!&lt;br /&gt;</w:t>
        <w:br/>
        <w:t>Чи ж теперечки ти вдовольнилась?"&lt;br /&gt;</w:t>
        <w:br/>
        <w:t>І не глянула баба на нього,&lt;br /&gt;</w:t>
        <w:br/>
        <w:t>Тільки гнати з очей його звеліла.&lt;br /&gt;</w:t>
        <w:br/>
        <w:t>Тут підбігли пани та бояри,&lt;br /&gt;</w:t>
        <w:br/>
        <w:t>Старого у шию заштовхали.&lt;br /&gt;</w:t>
        <w:br/>
        <w:t>А на дверях сторожа надбігла&lt;br /&gt;</w:t>
        <w:br/>
        <w:t>Та сокирами ледь не зарубала.&lt;br /&gt;</w:t>
        <w:br/>
        <w:t>Ще й народ глузував із нього:&lt;br /&gt;</w:t>
        <w:br/>
        <w:t>"Так і треба тобі, старий нечемо!&lt;br /&gt;</w:t>
        <w:br/>
        <w:t>Це тобі, нечемо, наука,&lt;br /&gt;</w:t>
        <w:br/>
        <w:t>Щоб не ліз не в свої сани!"&lt;br /&gt;</w:t>
        <w:br/>
        <w:t>Ось і тиждень, і другий минає, —&lt;br /&gt;</w:t>
        <w:br/>
        <w:t>Іще дужче баба здуріла,&lt;br /&gt;</w:t>
        <w:br/>
        <w:t>Царедворців по діда посилає.&lt;br /&gt;</w:t>
        <w:br/>
        <w:t>Розшукали старого, приводять.&lt;br /&gt;</w:t>
        <w:br/>
        <w:t>Чоловікові й каже баба:&lt;br /&gt;</w:t>
        <w:br/>
        <w:t>"Повертайся, вклонися рибці, —&lt;br /&gt;</w:t>
        <w:br/>
        <w:t>Вже не хочу я бути царицею,&lt;br /&gt;</w:t>
        <w:br/>
        <w:t>Хочу бути морською володаркою,&lt;br /&gt;</w:t>
        <w:br/>
        <w:t>Хочу жити в окіяні-морі,&lt;br /&gt;</w:t>
        <w:br/>
        <w:t>Щоб служила мені рибка золотая&lt;br /&gt;</w:t>
        <w:br/>
        <w:t>І в мене була на побігеньках".</w:t>
      </w:r>
    </w:p>
    <w:p>
      <w:r>
        <w:br/>
        <w:t>Не насмілився дід сперечатись,&lt;br /&gt;</w:t>
        <w:br/>
        <w:t>Не наважився всупереч казати.&lt;br /&gt;</w:t>
        <w:br/>
        <w:t>От іде він до синього моря,&lt;br /&gt;</w:t>
        <w:br/>
        <w:t>Бачить — море сердито бушує,&lt;br /&gt;</w:t>
        <w:br/>
        <w:t>Надимає розгнівані хвилі,&lt;br /&gt;</w:t>
        <w:br/>
        <w:t>Ходять хвилі, і стогнуть, і виють.&lt;br /&gt;</w:t>
        <w:br/>
        <w:t>Став він кликати рибку золотую.&lt;br /&gt;</w:t>
        <w:br/>
        <w:t>Припливла з моря рибка, спитала:&lt;br /&gt;</w:t>
        <w:br/>
        <w:t>"Чого тобі треба, дідусю?"&lt;br /&gt;</w:t>
        <w:br/>
        <w:t>Уклонився старий та й каже:&lt;br /&gt;</w:t>
        <w:br/>
        <w:t>"Змилуйся, матінко-рибко!&lt;br /&gt;</w:t>
        <w:br/>
        <w:t>Що робити з клятою бабою?&lt;br /&gt;</w:t>
        <w:br/>
        <w:t>Вже не хоче вона буть царицею,&lt;br /&gt;</w:t>
        <w:br/>
        <w:t>Хоче буть володаркою морською,&lt;br /&gt;</w:t>
        <w:br/>
        <w:t>Щоб їй жити в окіяні-морі,&lt;br /&gt;</w:t>
        <w:br/>
        <w:t>І щоб ти сама їй служила&lt;br /&gt;</w:t>
        <w:br/>
        <w:t>І в неї була на побігеньках!"&lt;br /&gt;</w:t>
        <w:br/>
        <w:t>Не сказала нічого рибка,&lt;br /&gt;</w:t>
        <w:br/>
        <w:t>Лиш хвостом по воді майнула&lt;br /&gt;</w:t>
        <w:br/>
        <w:t>І сховалась в глибокому морі.</w:t>
      </w:r>
    </w:p>
    <w:p>
      <w:r>
        <w:br/>
        <w:t>Довго ждав старий біля моря,&lt;br /&gt;</w:t>
        <w:br/>
        <w:t>Не діждався, пішов він додому.&lt;br /&gt;</w:t>
        <w:br/>
        <w:t>Глянув — аж перед ним землянка,&lt;br /&gt;</w:t>
        <w:br/>
        <w:t>На порозі сидить його баба,&lt;br /&gt;</w:t>
        <w:br/>
        <w:t>Перед нею — розколоті ночви.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рибака та рибку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