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плуга</w:t>
      </w:r>
    </w:p>
    <w:p>
      <w:r>
        <w:br/>
        <w:t xml:space="preserve"> &lt;p&gt;ПОХВАЛА МАТЕРІ</w:t>
      </w:r>
    </w:p>
    <w:p>
      <w:r>
        <w:br/>
        <w:t>Казка починається з любові — з матері. Хто путній а чи безпутній народився без її чесних мук?</w:t>
      </w:r>
    </w:p>
    <w:p>
      <w:r>
        <w:br/>
        <w:t>Це почалося ще в стару старовину, як перші люди відчинили світ. Стоїть мати під горою та дивиться з хатнього порога на шлях, який гине в куряві.</w:t>
      </w:r>
    </w:p>
    <w:p>
      <w:r>
        <w:br/>
        <w:t>Її коси як передосінній ранковий туман у пониззі над дніпровськими лиманами. Тільки той туман лягає хвилями, розходиться й звітрюється, а її коси впливли під хустину і сивіють.</w:t>
      </w:r>
    </w:p>
    <w:p>
      <w:r>
        <w:br/>
        <w:t>Пооране чоло вкривають тіні — сліди голосних думок, а брови як журавлині крила. Тільки журавлі покидають пожовклі ліси, визимнілі озера, голі поля, а її думки не знають вирію: вони завжди з нею, в гнізді її голови. І завжди мовби чути їх журне: "Кру-кру..."</w:t>
      </w:r>
    </w:p>
    <w:p>
      <w:r>
        <w:br/>
        <w:t>Як із поліських пущ беруть початок річки, і течуть, і поять широкі степи, так з-під її брів випромінюються морщини й зморщечки, розтікаються і бринять на обличчі. Її обличчя повниться щедрістю і ласкою, як ті широкі, безкраї лани, на яких жито-пшениця потопають у гарячому сонці.</w:t>
      </w:r>
    </w:p>
    <w:p>
      <w:r>
        <w:br/>
        <w:t>Великі очі такі ясні, що в них годі приховатися лукавству, ворожнечі, невірності. Вони як синє, без єдиної хмарки бездонне небо над високою Верховиною і глибоким Дінцем. Тільки небо одне, а їх — двоє. Дивляться — купають світ у любистку і м’яті.</w:t>
      </w:r>
    </w:p>
    <w:p>
      <w:r>
        <w:br/>
        <w:t>З уст не сходить усмішка: вабить, зачаровує, як світанкова зоря, що переливається над землею, віщуючи мирний день.</w:t>
      </w:r>
    </w:p>
    <w:p>
      <w:r>
        <w:br/>
        <w:t>В їЇ мові не прохоплюються ні писк зажерливої сойки, ні скрекіт сварливої сороки, ні клекіт погордливої орлиці; чайка і горлиця — її пташки. Вона рідко мовить якесь слово: робота. За неї кажуть руки: кожна пучка віддає стільки тепла і ласки, що камінь і дерево стають людьми. Щоб вони не мізерніли, вона тихо виводить старовинну пісню за роботою... В’ється угору й кигиче над дорогою срібнопера чайка, озивається з темної діброви невидима горлиця — це вони співають її голосом.</w:t>
      </w:r>
    </w:p>
    <w:p>
      <w:r>
        <w:br/>
        <w:t>В грудях у неї б’ється живе, добре серце. Воно таке віддане, таке незрадливе, як у величної лосихи, що виводить із страшних нетрів, із ще загрозливіших пропастищ своїх бистрооких і безтурботних, дзвінкокопитних і молодорогих теляток. Ріки дарують прохолоду, сонце — тепло, а вона віддає себе своєму родові — мати.</w:t>
      </w:r>
    </w:p>
    <w:p>
      <w:r>
        <w:br/>
        <w:t>НАРОДЖЕННЯ СИНІВ</w:t>
      </w:r>
    </w:p>
    <w:p>
      <w:r>
        <w:br/>
        <w:t>Під горою, перед вигоном, була собі хата. В ній жила жінка-солдатка. З гори починався ліс, долиною текла річка. Тому всі казали, що та жінка-солдатка сидить край лісу і край води.</w:t>
      </w:r>
    </w:p>
    <w:p>
      <w:r>
        <w:br/>
        <w:t>Хата була під солом’яною стріхою, на дві половини. В одній половині, без вікон, човплася худоба, а в другій, з одним малим вікном,— людське житло.</w:t>
      </w:r>
    </w:p>
    <w:p>
      <w:r>
        <w:br/>
        <w:t>Вже отелилася корова — привела теличку. Вже покотилися вівці — народилася біла ярочка й чорний баранець. Господиня попереносила їх через поріг — забрала до себе, щоб їм було тепліше. Лисенька звелася на ніжки, ярочка й баранець вистрибують собі, а вона сіла під вікном, радів і журяться:</w:t>
      </w:r>
    </w:p>
    <w:p>
      <w:r>
        <w:br/>
        <w:t>— Мої ви клопоти, хто ж вас буде пасти, як у мене пастуха нема?</w:t>
      </w:r>
    </w:p>
    <w:p>
      <w:r>
        <w:br/>
        <w:t>Коли це у вікно: стук-стук... Тихо, лагідно. І говорить:</w:t>
      </w:r>
    </w:p>
    <w:p>
      <w:r>
        <w:br/>
        <w:t>— Буде аж два... Буде аж два...</w:t>
      </w:r>
    </w:p>
    <w:p>
      <w:r>
        <w:br/>
        <w:t>Господиня обернулася. Теличка, ярочка й баранець перестали бавитися, теж дивляться Й собі, а у вікно стукає сизий дикий голуб і каже людським голосом:</w:t>
      </w:r>
    </w:p>
    <w:p>
      <w:r>
        <w:br/>
        <w:t>— Щоб не сталося, а ви не лякайтеся, бо цієї ночі народяться пастухи, які пастимуть людську долю...</w:t>
      </w:r>
    </w:p>
    <w:p>
      <w:r>
        <w:br/>
        <w:t>Сказав, фуркнув і полетів.</w:t>
      </w:r>
    </w:p>
    <w:p>
      <w:r>
        <w:br/>
        <w:t>Лисенькій і овечкам що? Вгрілися, полягали під припічком і заснули, а господиня не лягає, сидить. У печі вигоріло. Вогонь згас. Залягла така темна, невидна ніч, хоч око вийми, а жінка-солдатка сидить: вірить і не вірить сизому дикому голубові. Непомітно й здрімнула, сидячи на стільці, бо була дуже втомлена: скрізь сама, хоч розірвися...</w:t>
      </w:r>
    </w:p>
    <w:p>
      <w:r>
        <w:br/>
        <w:t>Зашумів ліс, завирувала річка.</w:t>
      </w:r>
    </w:p>
    <w:p>
      <w:r>
        <w:br/>
        <w:t>"Чи то мені вчувається, чи, може, сниться? — думала вона.— Такий вітер — буря!"</w:t>
      </w:r>
    </w:p>
    <w:p>
      <w:r>
        <w:br/>
        <w:t>Опівночі вдарив грім, блиснуло, освітило небо й начеб щось важке упало на поріг, і хтось навстіж розчинив двері.</w:t>
      </w:r>
    </w:p>
    <w:p>
      <w:r>
        <w:br/>
        <w:t>"Валиться ліс, річка виходить з берегів, перекидає хату!.." — отак думаючи, вибігла надвір.</w:t>
      </w:r>
    </w:p>
    <w:p>
      <w:r>
        <w:br/>
        <w:t>Віло. Тихо, як у вусі. Нишком поскрипує мороз — ходить по зорях, черкає по місяцю, сніги іскряться. Ліс мовчить, а річка під кригою.</w:t>
      </w:r>
    </w:p>
    <w:p>
      <w:r>
        <w:br/>
        <w:t>— Звідки узятися тому грому? Ще зима. Що ж я собі навигадувала? — запитувала саму себе.</w:t>
      </w:r>
    </w:p>
    <w:p>
      <w:r>
        <w:br/>
        <w:t>Дивиться: на порозі лежать ковадло, молот — і сполошилася: "Звідки? Хто підкинув? Що за знак? Почнуть шукати, допитуватися, хоча б нічого злого не трапилося! І кому я що винна?"</w:t>
      </w:r>
    </w:p>
    <w:p>
      <w:r>
        <w:br/>
        <w:t>А ковадло і молот спалахкують осяйним блиском — поріг світиться.</w:t>
      </w:r>
    </w:p>
    <w:p>
      <w:r>
        <w:br/>
        <w:t>Вона за те ковадло, за того молота: покидає їх у сніг, загорне, щоб не було й сліду.</w:t>
      </w:r>
    </w:p>
    <w:p>
      <w:r>
        <w:br/>
        <w:t>А на стріху сів сизий дикий голуб і гуде:</w:t>
      </w:r>
    </w:p>
    <w:p>
      <w:r>
        <w:br/>
        <w:t>— Це ковадло, цей молот з неба. Вони — твоїх синів.</w:t>
      </w:r>
    </w:p>
    <w:p>
      <w:r>
        <w:br/>
        <w:t>— Де ж ті мої сини? — крикнула жінка-солдатка.</w:t>
      </w:r>
    </w:p>
    <w:p>
      <w:r>
        <w:br/>
        <w:t>— Чи ж ти чула, що я тобі казав звечора, а чи й досі не віриш? — була їй відповідь і голосне лопотіння голубиних крил.</w:t>
      </w:r>
    </w:p>
    <w:p>
      <w:r>
        <w:br/>
        <w:t>З ковадлом, з молотом увійшла до хати.</w:t>
      </w:r>
    </w:p>
    <w:p>
      <w:r>
        <w:br/>
        <w:t>На ліжку, в сповитку лежало двоє хлопчиків. Лисенька теличка й овечки — біла ярочка й чорний баранець — дихали на них, зогріваючи їх своїм духом, бо розчинена хата зовсім визимніла.</w:t>
      </w:r>
    </w:p>
    <w:p>
      <w:r>
        <w:br/>
        <w:t>— Недарма гриміло і блискало: усе справдилося,— сказала вона.</w:t>
      </w:r>
    </w:p>
    <w:p>
      <w:r>
        <w:br/>
        <w:t>КОЛИСКОВА</w:t>
      </w:r>
    </w:p>
    <w:p>
      <w:r>
        <w:br/>
        <w:t>Хлопці лежали в колисці, підчепленій до сволока. Колиска була виплетена з липової кори.</w:t>
      </w:r>
    </w:p>
    <w:p>
      <w:r>
        <w:br/>
        <w:t>Жінка-солдатка, ставши матір’ю, колисала їх, прядучи кужіль. Коли вони починали чогось пхинькати, вона, не кидаючи веретена й не перериваючи нитки, погойдувала колиску і співала пісню, яку співають усі матері своїм дітям, щоб вони не плакали:</w:t>
      </w:r>
    </w:p>
    <w:p>
      <w:r>
        <w:br/>
        <w:t>— Лю-лі... Лю-лі...</w:t>
      </w:r>
    </w:p>
    <w:p>
      <w:r>
        <w:br/>
        <w:t>Колисанку слухали не лише хлоп’ята, а й телятко з ярочкою й баранцем, бо все мале виростає і вбирається у силу з маминої пісні.</w:t>
      </w:r>
    </w:p>
    <w:p>
      <w:r>
        <w:br/>
        <w:t>Сини собі спали. Колиска пахла цвітом і бджолами.</w:t>
      </w:r>
    </w:p>
    <w:p>
      <w:r>
        <w:br/>
        <w:t>Інколи не вони заливалися таким плачем, що аж синіли, і їх ніяк не можна було заспокоїти.</w:t>
      </w:r>
    </w:p>
    <w:p>
      <w:r>
        <w:br/>
        <w:t>Мати пряла кужіль і виводила ніжним голосом про те, що кіт спить і мишки сплять, а вони все одно не вгавали. Тоді вона тихо виливала:</w:t>
      </w:r>
    </w:p>
    <w:p>
      <w:r>
        <w:br/>
        <w:t>— Знаю, чого ви заходитеся... Ви гукаєте тата. Забрав вашого таточка Цар на війну.</w:t>
      </w:r>
    </w:p>
    <w:p>
      <w:r>
        <w:br/>
        <w:t>Щойно ці слова зірвалися їй з язика, як під хатою гуркіт: хтось іде, та не один.</w:t>
      </w:r>
    </w:p>
    <w:p>
      <w:r>
        <w:br/>
        <w:t>Двері розчинилися, начеб їх проламано, і на порозі виросли сільський Голова і Стражник.</w:t>
      </w:r>
    </w:p>
    <w:p>
      <w:r>
        <w:br/>
        <w:t>В колисці притихло, примовкло, мовби на неї дихнуло морозом.</w:t>
      </w:r>
    </w:p>
    <w:p>
      <w:r>
        <w:br/>
        <w:t>— Згадали Царя і накликали...— схопилася мати. Веретено впало на землю — нитка урвалася.</w:t>
      </w:r>
    </w:p>
    <w:p>
      <w:r>
        <w:br/>
        <w:t>— Що ти сказала? — бовкнув, доскіпуючись, Голова. В його руках довга палиця, а на грудях — бляха.</w:t>
      </w:r>
    </w:p>
    <w:p>
      <w:r>
        <w:br/>
        <w:t>— Згадала Царя, а ви тут як тут. Правду кажуть: про вовка промовка, а вовк і в хату.</w:t>
      </w:r>
    </w:p>
    <w:p>
      <w:r>
        <w:br/>
        <w:t>— Що-що?! — розкричався Голова.</w:t>
      </w:r>
    </w:p>
    <w:p>
      <w:r>
        <w:br/>
        <w:t>А Стражник стоїть з пікою і мовчить: мотає собі на ус, записуючи в умі кожне слівце.</w:t>
      </w:r>
    </w:p>
    <w:p>
      <w:r>
        <w:br/>
        <w:t>Голова грізно стукнув палицею:</w:t>
      </w:r>
    </w:p>
    <w:p>
      <w:r>
        <w:br/>
        <w:t>— Ти мені кинь про вовка і всіляке таке. Ми — Царські! І ти — Царська. Все, що ти маєш,— Царське! Кожен палець на твоїй руці — Царський! І все-все...— Тут він закотив під лоба очі, начеб побачив самого самодержця, розкинув ручища, ніби обіймав всесвіт, і гаркнув: — Царське!</w:t>
      </w:r>
    </w:p>
    <w:p>
      <w:r>
        <w:br/>
        <w:t>Цар, Царські, Царське — то були його улюблені слова, І він їх так проказував, начеб прибивав печатки.</w:t>
      </w:r>
    </w:p>
    <w:p>
      <w:r>
        <w:br/>
        <w:t>— Радуйся і веселися — твій чоловік поліг за Царя,— сказав.</w:t>
      </w:r>
    </w:p>
    <w:p>
      <w:r>
        <w:br/>
        <w:t>Ця лиха звістка стиснула матері в грудях серце. Мати обхопила руками голову й заніміла. Колиска зайшлася плачем.</w:t>
      </w:r>
    </w:p>
    <w:p>
      <w:r>
        <w:br/>
        <w:t>— Та в тебе приплід? — гукнув Голова, глянув у колиску і напустився: — Чого ж ти їх досі ще не записала? їх треба записать! Я ще нині пошлю депешу самому Царю, що є аж двоє нових хлопців. Ну й що з того, що твій чоловік поліг? Один поліг, в двоє народилося. Нехай Цар знає: його Царський народ безсмертний.</w:t>
      </w:r>
    </w:p>
    <w:p>
      <w:r>
        <w:br/>
        <w:t>— Я ще й удова! — тільки й сказала мати.</w:t>
      </w:r>
    </w:p>
    <w:p>
      <w:r>
        <w:br/>
        <w:t>Голова і Стражник забралися, а вона мусила нести записувати своїх синів.</w:t>
      </w:r>
    </w:p>
    <w:p>
      <w:r>
        <w:br/>
        <w:t>Одного назвали Кузьмою, а другого — Дем’яном. Писар так і записав у грубій книзі.</w:t>
      </w:r>
    </w:p>
    <w:p>
      <w:r>
        <w:br/>
        <w:t>Мати гойдала колиску і співала:</w:t>
      </w:r>
    </w:p>
    <w:p>
      <w:r>
        <w:br/>
        <w:t>— Ростіть, Кузьмо і Дем’яне, мої сини, мої сироти.</w:t>
      </w:r>
    </w:p>
    <w:p>
      <w:r>
        <w:br/>
        <w:t>Вона співала ще з досвітку, клала свою пісню хлопцям у голови, щоб шуміла їм калиною, а сама — до роботи. Носила з лісу Й рубала дрова, поралася коло худоби, перебирала насіння, готуючись до весни.</w:t>
      </w:r>
    </w:p>
    <w:p>
      <w:r>
        <w:br/>
        <w:t>Корова давала трохи молока. Кузьма і Дем’ян не були голодні.</w:t>
      </w:r>
    </w:p>
    <w:p>
      <w:r>
        <w:br/>
        <w:t>Мати співала, купаючи і сповиваючи синів-сиріт ввечері.</w:t>
      </w:r>
    </w:p>
    <w:p>
      <w:r>
        <w:br/>
        <w:t>Тоді бралася за кужіль, тягла нитку їм на сорочки і співала:</w:t>
      </w:r>
    </w:p>
    <w:p>
      <w:r>
        <w:br/>
        <w:t>— Дочекаємося весни, будемо поле обробляти — розум сіяти, красу садити...</w:t>
      </w:r>
    </w:p>
    <w:p>
      <w:r>
        <w:br/>
        <w:t>Ввечері вона була дуже вимучена. Очі самі злипалися. Засинала, сидячи за кужелем і над колискою.</w:t>
      </w:r>
    </w:p>
    <w:p>
      <w:r>
        <w:br/>
        <w:t>Кузьма і Дем’ян чомусь не хотіли спати серед ночі. Якщо заводився один, пхинькаючи, то починав заводитися й другий. Вона зривалася й світила свічку.</w:t>
      </w:r>
    </w:p>
    <w:p>
      <w:r>
        <w:br/>
        <w:t>— І чого ви вовтузитеся? Ще накличете біду...— втишувала їх, а вони виповивалися, пручаючись, з пелюшок.— От Стражник почує і донесе на вас Цареві, що ви не даєте йому спати...</w:t>
      </w:r>
    </w:p>
    <w:p>
      <w:r>
        <w:br/>
        <w:t>Кузьма й Дем’ян ще цього не розуміли. Мати наставляла:</w:t>
      </w:r>
    </w:p>
    <w:p>
      <w:r>
        <w:br/>
        <w:t>— Поки малі, поти й щастя...— співаючи: —Лю-лі...</w:t>
      </w:r>
    </w:p>
    <w:p>
      <w:r>
        <w:br/>
        <w:t>І вела свій спів, як довгу нитку:</w:t>
      </w:r>
    </w:p>
    <w:p>
      <w:r>
        <w:br/>
        <w:t>— Колись ми були вільні, нікому не підлеглі, але хто це тепер вже пам’ятає? Загарбав нас Цар. Не дає ні дихнути, ні писнути. Лю-лі...</w:t>
      </w:r>
    </w:p>
    <w:p>
      <w:r>
        <w:br/>
        <w:t>Гасила свічку. Кожне слово промовляла пошепки, бо і піч, і стіни мають вуха.</w:t>
      </w:r>
    </w:p>
    <w:p>
      <w:r>
        <w:br/>
        <w:t>— Цар — він Змій із чотирма головами. Змій — чотириголовець, але хто його так назве? Цар. Сидить у своєму палаці, чотири голови спрямовані в чотири кінці світу — дивиться і наслухає: чи хтось проти не повстає, чи нема яких заворушень. Лю-лі...</w:t>
      </w:r>
    </w:p>
    <w:p>
      <w:r>
        <w:br/>
        <w:t>Йому всього мало. Він погнав нашого татка на війну, завойовувати сусідні землі, і наш татко дурно наклав головою. Той Змій-чотириголовець хоче перейти світ. Лю-лі...</w:t>
      </w:r>
    </w:p>
    <w:p>
      <w:r>
        <w:br/>
        <w:t>Проти нього не можна писнути й півслова — лигне й проковтне. В нього Міністри, Стражники... Всі вони між собою зв’язані, бо Змій-чотириголовець дав їм життя. Це не люди, а Спиновики. Душать нас і плещуть у долоні: "Слава!.." Лю-лі...</w:t>
      </w:r>
    </w:p>
    <w:p>
      <w:r>
        <w:br/>
        <w:t>Колисала колиску й не могла скінчити колискову:</w:t>
      </w:r>
    </w:p>
    <w:p>
      <w:r>
        <w:br/>
        <w:t>— Хай у того людожера чотири голови, але і він не побачив і не почув, як з неба впали ковадло і молот. Я закопала їх у землю, бо мені був голос, що ви, сини, пастимете людську долю...</w:t>
      </w:r>
    </w:p>
    <w:p>
      <w:r>
        <w:br/>
        <w:t>ПАСОВИСЬКО</w:t>
      </w:r>
    </w:p>
    <w:p>
      <w:r>
        <w:br/>
        <w:t>Чорняві, лобасті, Кузьма і Дем’ян росли волос у волос, голос у голос. Росли вони ні швидко, ні помалу, а так, як усі людські діти. Спочатку вигойдувалися в колисці, тоді повільно сп’ялися на ноги. А коли нарешті переступили через поріг, то дременули, переганяючи вітер.</w:t>
      </w:r>
    </w:p>
    <w:p>
      <w:r>
        <w:br/>
        <w:t>Виламали по хворостині, наробили коней. Посідають, як пришпорять — вигін розлягається. Ліс відгукується луною, річка сплескує, голосно іржуть хворостяні коні.</w:t>
      </w:r>
    </w:p>
    <w:p>
      <w:r>
        <w:br/>
        <w:t>Але хлопцям не було коли гайнувати час. Адже це тільки Царські Міністри, Царські Слуги — Спиновики можуть полювати, стріляти стрілами й бити байди. Їхня мати і удова насилу стягувалася, щоб не померти з голоду.</w:t>
      </w:r>
    </w:p>
    <w:p>
      <w:r>
        <w:br/>
        <w:t>Вони посідали на своїх хворостяних коней і, гарцюючи, погнали пасти гусей. Але особливо вигарцьовувати не було як. Старий гусак дуже сичав, розпустивши крила, і намагався кусати. Кузьма і Дем’ян утікали, а мати сміялася і зупиняла їх. Висмикувала з-під котрогось хворостину — той хворостяний кінь у її руці вмить перетворювався на лозину.</w:t>
      </w:r>
    </w:p>
    <w:p>
      <w:r>
        <w:br/>
        <w:t>Мати напускалася на гусака:</w:t>
      </w:r>
    </w:p>
    <w:p>
      <w:r>
        <w:br/>
        <w:t>— Який верховода! — і проганяла його, наказуючи: — Ви мені</w:t>
      </w:r>
    </w:p>
    <w:p>
      <w:r>
        <w:br/>
        <w:t>пильнуйте, щоб гусачисько не провадив гусочок на воду, бо хто їх позбирає? — А сама думала: де там Кузьмі й Дем’янові пасти людську долю, якщо вони бояться дурного гусака?</w:t>
      </w:r>
    </w:p>
    <w:p>
      <w:r>
        <w:br/>
        <w:t>Хлопці пильно доглядали своїх хворостяних коней: годували і напували. Ті коні на перше схотіння вони могли перетворити в замашну лозу, то знову ставали баскими верховиками. Що їм тепер якийсь гусак?</w:t>
      </w:r>
    </w:p>
    <w:p>
      <w:r>
        <w:br/>
        <w:t>Вони пасли не лише гусей. Берегли курчат, щоб їх не похапали хижаки. З’являвся кібець чи сорока — частували камінцями.</w:t>
      </w:r>
    </w:p>
    <w:p>
      <w:r>
        <w:br/>
        <w:t>Минув час, і хлопці погнали на вигін корову, телицю й овець.</w:t>
      </w:r>
    </w:p>
    <w:p>
      <w:r>
        <w:br/>
        <w:t>Тепер вони пасли на зміну. Один рубав дрова або порався на городі, бо мати відробляла панщину. Якраз тоді з лісу занадився вовк і почав красти телят і овець. На пасовиську стало небезпечно. Люди засідали, йшли облавою, а вовкові хоч би що. Село забідкалося: сіроманець поріже й пожере всю худобу. Кузьма і Дем’ян почали думати, як би упіймати того злодія.</w:t>
      </w:r>
    </w:p>
    <w:p>
      <w:r>
        <w:br/>
        <w:t>Примітили, що він, виходячи з лісу, залягає на горі під дубом і вичікує слушного часу: пастухи загаяться, собаки притихнуть, от і нападає.</w:t>
      </w:r>
    </w:p>
    <w:p>
      <w:r>
        <w:br/>
        <w:t>Вони й надумалися: засіли під дубом з довбнями. Чекали-чекали, а вовк не йде. І не з’явився. Теж хитрий.</w:t>
      </w:r>
    </w:p>
    <w:p>
      <w:r>
        <w:br/>
        <w:t>Тоді Дем’ян виліз на дуба. Кузьма вигнав худобу, ліг і мовби спить.</w:t>
      </w:r>
    </w:p>
    <w:p>
      <w:r>
        <w:br/>
        <w:t>Вовк вибрався з лісу, підповз під дуба і пантрує. Дем’ян дивиться на нього згори й не дише. Тільки-но сіроманець зібрався, щоб плигнути, скотитися й упасти на череду, а Дем’ян скочив йому на спину і схопив його за вуха. Якщо вовка вхопити за вуха, то видертися йому нелегко.</w:t>
      </w:r>
    </w:p>
    <w:p>
      <w:r>
        <w:br/>
        <w:t>Він жене, а Дем’ян сидить на ньому і керує за вуха.</w:t>
      </w:r>
    </w:p>
    <w:p>
      <w:r>
        <w:br/>
        <w:t>— Кузьмо, до мене! — гукає братові.</w:t>
      </w:r>
    </w:p>
    <w:p>
      <w:r>
        <w:br/>
        <w:t>Кузьма не став чекати, підбіг, сів на вовчий хребет, вхопивши Дем’яна за плечі.</w:t>
      </w:r>
    </w:p>
    <w:p>
      <w:r>
        <w:br/>
        <w:t>Вовк і давай гасати вигоном. Як не хоче, як не старається, щоб скинути їх, а не може. То присяде, то плигне. Гарчить, піна йому з рота падає клаптями, та не заверне голови, не вкусить. Даремно клацає зубами. Дем’ян держить його за вуха, а Кузьма підпихає ногами в боки.</w:t>
      </w:r>
    </w:p>
    <w:p>
      <w:r>
        <w:br/>
        <w:t>Хлопці прогнались верхи на сіроманцю через село. Вернулися, промчали назад. На вигоні він луснув, і дух з нього вийшов геть — на радість людям.</w:t>
      </w:r>
    </w:p>
    <w:p>
      <w:r>
        <w:br/>
        <w:t>Село дякує Кузьмі й Дем’янові, а сільський Голова і Стражник вирячили очі: ще ніхто такого не бачив, щоб вовка було зловлено за вуха.</w:t>
      </w:r>
    </w:p>
    <w:p>
      <w:r>
        <w:br/>
        <w:t>— Видать, не прості ці удовиченки,— сказав Стражник.— Малолітки, а що уміють?.. Потрібно на них донести куди треба...</w:t>
      </w:r>
    </w:p>
    <w:p>
      <w:r>
        <w:br/>
        <w:t>— Ці удовиченки будуть або великими злодіями, або великими людьми. Донести! Непремінно донести! — стверджував Голова.</w:t>
      </w:r>
    </w:p>
    <w:p>
      <w:r>
        <w:br/>
        <w:t>Мати це почула, стала і загородила собою Кузьму і Дем’яна.</w:t>
      </w:r>
    </w:p>
    <w:p>
      <w:r>
        <w:br/>
        <w:t>— Що вам до моїх синів? Вони перемогли і здолали сірого вовка,— голосно кинула в обличчя обом верховодам, а тоді сказала: — Ви страшніші від вовків. Ви — Спиновики.— І стояла — сива і горда.</w:t>
      </w:r>
    </w:p>
    <w:p>
      <w:r>
        <w:br/>
        <w:t>Сільський Голова підняв свою довгу палицю:</w:t>
      </w:r>
    </w:p>
    <w:p>
      <w:r>
        <w:br/>
        <w:t>— Ти мені кинь про всіляке таке...</w:t>
      </w:r>
    </w:p>
    <w:p>
      <w:r>
        <w:br/>
        <w:t>Стражник його втихомирив: він знав, що люди не дозволять торкнутися до матері та її синів пальцем.</w:t>
      </w:r>
    </w:p>
    <w:p>
      <w:r>
        <w:br/>
        <w:t>Тепер череди паслися, де хотіли. Заходили глибоко в ліс. Пастухи знаходили худобу по дзвіночках, які були начеплені на шиях корів, телят і овець.</w:t>
      </w:r>
    </w:p>
    <w:p>
      <w:r>
        <w:br/>
        <w:t>Ніщо, здавалося, не віщувало біди. Весна видалася теплою. Село обсіялося, плекало надію на погоже літо й суху осінь, думаючи: буде чим платити данину тому Змію-чотириголовцю та й чи собі щось залишиться. Тут і задощило. Зливи змили поле й городи. Річка вийшла з берегів. А потім ударила страшна посуха: все вигоріло.</w:t>
      </w:r>
    </w:p>
    <w:p>
      <w:r>
        <w:br/>
        <w:t>Кругом стало чорно. Голодна худоба никає по вигону. Люди мов тіні.</w:t>
      </w:r>
    </w:p>
    <w:p>
      <w:r>
        <w:br/>
        <w:t>Та це ще було півгоря. Упало повне горе: за Царським наказом Царські слуги — Змійовики-Спиновики — пішли по хатах, підчищаючи до останньої зернинки, а тоді забрали на вигоні худобу й погнали табуни за табунами.</w:t>
      </w:r>
    </w:p>
    <w:p>
      <w:r>
        <w:br/>
        <w:t>Плач і розпач устали над селом: голод.</w:t>
      </w:r>
    </w:p>
    <w:p>
      <w:r>
        <w:br/>
        <w:t>Кузьма і Дем’ян не знали, що діяти, мати хитала головою:</w:t>
      </w:r>
    </w:p>
    <w:p>
      <w:r>
        <w:br/>
        <w:t>— Що не вимокло, те вигоріло. А що не вимокло й не вигоріло, то забрано. Аж тепер нам капець...</w:t>
      </w:r>
    </w:p>
    <w:p>
      <w:r>
        <w:br/>
        <w:t>Ще була жменька борошна. Хлопці принесли з лісу соснової кори, натовкли. Мати замішувала її з борошном, варила затірку. Сама їла чи ні, аби вони посьорбали. А коли й того не стало, вона зняла з горища в’язку грибів і сказала:</w:t>
      </w:r>
    </w:p>
    <w:p>
      <w:r>
        <w:br/>
        <w:t>— Ось все, що у нас залишилося. Будьте ощадні, діти, варіть по одному грибочку, може, перебудете зиму. Сама ж перезимувати вже не мала надії.</w:t>
      </w:r>
    </w:p>
    <w:p>
      <w:r>
        <w:br/>
        <w:t>Кузьма і Дем’ян одяглися в сіряки, подалися у ліс: може, надибають якусь кислицю а чи трапиться заєць? Вернулися з кетягами замерзлої калини.</w:t>
      </w:r>
    </w:p>
    <w:p>
      <w:r>
        <w:br/>
        <w:t>Мати начеб спала. Почула, що сини в хаті, й розплющила очі.</w:t>
      </w:r>
    </w:p>
    <w:p>
      <w:r>
        <w:br/>
        <w:t>— Така червона калина,— вимовила.</w:t>
      </w:r>
    </w:p>
    <w:p>
      <w:r>
        <w:br/>
        <w:t>Вони дали їй цілий кетяг, але вона взяла собі лише бубочку.</w:t>
      </w:r>
    </w:p>
    <w:p>
      <w:r>
        <w:br/>
        <w:t>— Ніякого спадку у вас нема,— вела слово за словом.— Ото тільки під порогом закопані ковадло і молот, які впали з неба в ту ніч, як ви народилися...— кинула до рота бубочку калини. Очі заплющилися: мати заснула всмерть.</w:t>
      </w:r>
    </w:p>
    <w:p>
      <w:r>
        <w:br/>
        <w:t>КУЗНЯ</w:t>
      </w:r>
    </w:p>
    <w:p>
      <w:r>
        <w:br/>
        <w:t>Кузьма і Дем’ян стали жити самі. Нічого в них не було, крім заповіту матері — відкопати під порогом ковадло і молот.</w:t>
      </w:r>
    </w:p>
    <w:p>
      <w:r>
        <w:br/>
        <w:t>Коли хлопці видобули ковальські інструменти, вони засвітилися осяйним блиском: анітрішки не заіржавіли, хоч і лежали в землі. Кузьма взяв молот і відчув, як його руки наливаються силою. Дем’ян підняв ковадло — його руки теж відчули міць і снагу.</w:t>
      </w:r>
    </w:p>
    <w:p>
      <w:r>
        <w:br/>
        <w:t>В тій половині хати, де стояли корова, телиця й вівці, було зроблено кузню.</w:t>
      </w:r>
    </w:p>
    <w:p>
      <w:r>
        <w:br/>
        <w:t>Дем’ян і запитує Кузьму:</w:t>
      </w:r>
    </w:p>
    <w:p>
      <w:r>
        <w:br/>
        <w:t>— Що ж ми куватимемо, брате?</w:t>
      </w:r>
    </w:p>
    <w:p>
      <w:r>
        <w:br/>
        <w:t>Кузьма подумав і каже:</w:t>
      </w:r>
    </w:p>
    <w:p>
      <w:r>
        <w:br/>
        <w:t>— Давай кувати мечі й списи, озброїмо простих людей, рушимо війною на таких, як Голова і Стражник, на самого Царя — чотириголового Змія...</w:t>
      </w:r>
    </w:p>
    <w:p>
      <w:r>
        <w:br/>
        <w:t>Дем’ян довго мовчав. Кинув коротко:</w:t>
      </w:r>
    </w:p>
    <w:p>
      <w:r>
        <w:br/>
        <w:t>— А чи тора? — і знову мовчав.</w:t>
      </w:r>
    </w:p>
    <w:p>
      <w:r>
        <w:br/>
        <w:t>Тоді твердо:</w:t>
      </w:r>
    </w:p>
    <w:p>
      <w:r>
        <w:br/>
        <w:t>— Ні,— відповів,— брате. Не пора...— Й казав: — На війні загинув наш батько. З війни ніякої користі нема. Ліпше ми викуємо залізного плуга, а там побачимо...</w:t>
      </w:r>
    </w:p>
    <w:p>
      <w:r>
        <w:br/>
        <w:t>Кузьма зміряв брата своїм твердим поглядом і згодився:</w:t>
      </w:r>
    </w:p>
    <w:p>
      <w:r>
        <w:br/>
        <w:t>— Твоя правда. Дерев’яною сохою дороблюватися хліба важко. Соха і Цар доводять до голоду. З голоду померла наша мама. Якщо ми подужаємо соху, то колись подужаємо і Царя, і Змієвих Спиновиків...—Брати розмовляють, а Стражник підповз до кузні, припав вухом до щілини і наслухає. "Чи бачиш, вже вони діло замишляють? — закарбовує собі й посміхається: — Ну, я недарма на Царській службі. Я не марно Царський хліб жую..."</w:t>
      </w:r>
    </w:p>
    <w:p>
      <w:r>
        <w:br/>
        <w:t>А хлопцям байдуже. Випалили в лісі березового вугілля. Міхи роздмухнулися, загуло в горні, У кузні край лісу і край води задзвенів молот.</w:t>
      </w:r>
    </w:p>
    <w:p>
      <w:r>
        <w:br/>
        <w:t>Сипляться іскри — розжарене червоне залізо лягає на ковадло, молот його розрівнює.</w:t>
      </w:r>
    </w:p>
    <w:p>
      <w:r>
        <w:br/>
        <w:t>Кузьма і Дем’ян міняються місцями: то один стає молотобійцем, то другий. В обох чуби мокрі. У перерві, коли над горном синіють вогники, а залізо нагрівається, вони трохи перепочивають.</w:t>
      </w:r>
    </w:p>
    <w:p>
      <w:r>
        <w:br/>
        <w:t>— Знаєш, Дем’яне, що я хочу тобі сказати? — запитує Кузьма й поводить чорною бровою.— Скуємо плуга і подаруємо людям. Віддамо за так.</w:t>
      </w:r>
    </w:p>
    <w:p>
      <w:r>
        <w:br/>
        <w:t>— Я те ж саме хотів тобі сказати, та ти мене випередив,— обзивається Кузьма.</w:t>
      </w:r>
    </w:p>
    <w:p>
      <w:r>
        <w:br/>
        <w:t>В кузні душно. Не звітрюється дух горілого — пахне важкою працею.</w:t>
      </w:r>
    </w:p>
    <w:p>
      <w:r>
        <w:br/>
        <w:t>Кузьма схотів розчинити двері, впустити свіжого вітерцю, а двері не піддаються" мовби за ними хтось стоїть. Виглянув, спохмурнів, але стримався.</w:t>
      </w:r>
    </w:p>
    <w:p>
      <w:r>
        <w:br/>
        <w:t>— А, то ви, пане Стражнику? — гукнув.</w:t>
      </w:r>
    </w:p>
    <w:p>
      <w:r>
        <w:br/>
        <w:t>— Це я! — гаркнув Стражник. Ввалився і почав сердито, строго: — А шо ви, удовиченки, тут майструєте? Що ви зібралися дарувати людям?</w:t>
      </w:r>
    </w:p>
    <w:p>
      <w:r>
        <w:br/>
        <w:t>Дем’ян кинув братові бровою, щоб той узяв двері на защіпку, а тоді каже:</w:t>
      </w:r>
    </w:p>
    <w:p>
      <w:r>
        <w:br/>
        <w:t>— Пане Стражнику, ви, певно, не один день за нами слідкуєте і вивідуєте?</w:t>
      </w:r>
    </w:p>
    <w:p>
      <w:r>
        <w:br/>
        <w:t>— Служба! — не відмагається Стражник, посміюючись глузливо.</w:t>
      </w:r>
    </w:p>
    <w:p>
      <w:r>
        <w:br/>
        <w:t>— Ну, й нишпоріть собі на здоров’я, але щоб нам від того не було жодних збитків, ми зараз вкоротимо вам язичка. Навіщо вам, пане Стражнику, бути —таким язикатим?</w:t>
      </w:r>
    </w:p>
    <w:p>
      <w:r>
        <w:br/>
        <w:t>Той скипів. Та не встиг опам’ятатися: Кузьма узяв його за плечі, а Дем’ян обценьками і вкоротив йому язика.</w:t>
      </w:r>
    </w:p>
    <w:p>
      <w:r>
        <w:br/>
        <w:t>Стражник підняв загрозливо кулаки, та не може спромогтися на слово: белькоче казна-що.</w:t>
      </w:r>
    </w:p>
    <w:p>
      <w:r>
        <w:br/>
        <w:t>А брати-ковалі йому кажуть:</w:t>
      </w:r>
    </w:p>
    <w:p>
      <w:r>
        <w:br/>
        <w:t>— Ви, пане Стражнику, не кипіть, не погрожуйте. Тепер ми собі спокійні, бо ви нікому на нас не донесете. Якщо ж спробуєте донести, то Цар витурить вас зі служби. Навіщо йому німий Стражник?</w:t>
      </w:r>
    </w:p>
    <w:p>
      <w:r>
        <w:br/>
        <w:t>Так воно і сталося.</w:t>
      </w:r>
    </w:p>
    <w:p>
      <w:r>
        <w:br/>
        <w:t>Кузьма і Дем’ян цілу зиму не виходили з кузні. Зійшли сніги, стряхло, село зібралося в поле, і вони показали свою роботу.</w:t>
      </w:r>
    </w:p>
    <w:p>
      <w:r>
        <w:br/>
        <w:t>В їхнього плуга гострий леміш, положиста палиця, а замість шкарадистих рогалів, які стирчать у сохи,— вправні чепіги.</w:t>
      </w:r>
    </w:p>
    <w:p>
      <w:r>
        <w:br/>
        <w:t>Сільський Голова як побачив, очі розгорілися.</w:t>
      </w:r>
    </w:p>
    <w:p>
      <w:r>
        <w:br/>
        <w:t>— Які хочете вам гроші дам, лиш продайте! — загарячкував, ляскаючи себе по кишені.</w:t>
      </w:r>
    </w:p>
    <w:p>
      <w:r>
        <w:br/>
        <w:t>— Наш плуг, пане Голово, не продається,— відповів Кузьма.</w:t>
      </w:r>
    </w:p>
    <w:p>
      <w:r>
        <w:br/>
        <w:t>А Дем’ян сказав:</w:t>
      </w:r>
    </w:p>
    <w:p>
      <w:r>
        <w:br/>
        <w:t>— Ми даруємо його людям.</w:t>
      </w:r>
    </w:p>
    <w:p>
      <w:r>
        <w:br/>
        <w:t>Запрягли биків. Плуг заглибився. Відвалюється скиба. Рівно лягає борозна.</w:t>
      </w:r>
    </w:p>
    <w:p>
      <w:r>
        <w:br/>
        <w:t>Плуг іде легко і вільно. Він мовби живий. Його начеб не зроблено руками, а сам він вийшов із землі, щоб її орати і робити поле.</w:t>
      </w:r>
    </w:p>
    <w:p>
      <w:r>
        <w:br/>
        <w:t>Голова знай прицмакує:</w:t>
      </w:r>
    </w:p>
    <w:p>
      <w:r>
        <w:br/>
        <w:t>— Такий плужок...— І напускається на Стражника: —Що ж ти ні пари з уст?!</w:t>
      </w:r>
    </w:p>
    <w:p>
      <w:r>
        <w:br/>
        <w:t>Стражник мовчить, що язик у нього вкорочений: боїться, бо Цар ще прожене зі служби.</w:t>
      </w:r>
    </w:p>
    <w:p>
      <w:r>
        <w:br/>
        <w:t>Орач держиться за чепіги, як за ноги Всесвіту. Плуг оре — править землею.</w:t>
      </w:r>
    </w:p>
    <w:p>
      <w:r>
        <w:br/>
        <w:t>— Аж тепер, мабуть, ми будемо з хлібом,— радіють люди.</w:t>
      </w:r>
    </w:p>
    <w:p>
      <w:r>
        <w:br/>
        <w:t>А Кузьма і Дем’ян кажуть:</w:t>
      </w:r>
    </w:p>
    <w:p>
      <w:r>
        <w:br/>
        <w:t>— Ми ще не такі плуги вам скуємо.</w:t>
      </w:r>
    </w:p>
    <w:p>
      <w:r>
        <w:br/>
        <w:t>Про це довідався Цар і не заборонив, а навпаки — схвалив почин, як корисний державі.</w:t>
      </w:r>
    </w:p>
    <w:p>
      <w:r>
        <w:br/>
        <w:t>Як не дивно, але найбільше радів Стражник. Він був просто щасливий, що ковалі вкоротили йому язика, бо за безглуздий донос Цар міг стяти і голову.</w:t>
      </w:r>
    </w:p>
    <w:p>
      <w:r>
        <w:br/>
        <w:t>ЦАРСЬКІ МИЛОСТІ</w:t>
      </w:r>
    </w:p>
    <w:p>
      <w:r>
        <w:br/>
        <w:t>Почали Кузьма і Дем’ян кувати плуги — людям розвиднілося. А що вони не правили грошей, то їх називали братами-безсрібниками.</w:t>
      </w:r>
    </w:p>
    <w:p>
      <w:r>
        <w:br/>
        <w:t>Добре оброблені поля стали родити ліпше. Забулося про недороди і голод. Люди мали хліб, якось могли калатати і перебиватися, аж упав Царський указ.</w:t>
      </w:r>
    </w:p>
    <w:p>
      <w:r>
        <w:br/>
        <w:t>Всіх скликано до столиць На мурованій вежі, обливаній сріблом і золотом, раптом з’явився Змій. Його чотири голови в коронах дивилися на чотири сторони.</w:t>
      </w:r>
    </w:p>
    <w:p>
      <w:r>
        <w:br/>
        <w:t>На високий поміст зійшов Дяк-ревун і крикнув:</w:t>
      </w:r>
    </w:p>
    <w:p>
      <w:r>
        <w:br/>
        <w:t>— Увага і покора!</w:t>
      </w:r>
    </w:p>
    <w:p>
      <w:r>
        <w:br/>
        <w:t>Міністри і Спиновики попадали на коліна, а прості люди мусили бити поклони і цілувати землю.</w:t>
      </w:r>
    </w:p>
    <w:p>
      <w:r>
        <w:br/>
        <w:t>Дяк-ревун розгорнув сувій і почав:</w:t>
      </w:r>
    </w:p>
    <w:p>
      <w:r>
        <w:br/>
        <w:t>— Ми, Цар над царями і Володар над володарями, зібрали вас, щоб явити свої великі милості! — Від його голосу прилягла трава.</w:t>
      </w:r>
    </w:p>
    <w:p>
      <w:r>
        <w:br/>
        <w:t>Він проголошував:</w:t>
      </w:r>
    </w:p>
    <w:p>
      <w:r>
        <w:br/>
        <w:t>— Ми, обранець небес і підкорювач світу, спиняємо бурі, керуємо сонцем, даємо вам хліб! Наші мисливці, ковалі й гречкосії найстаранніші. Чи в усьому підзоряному світі ще є такий народ, який жив би вільніше і щасливіше?</w:t>
      </w:r>
    </w:p>
    <w:p>
      <w:r>
        <w:br/>
        <w:t>Міністри й Спиновики загукали:</w:t>
      </w:r>
    </w:p>
    <w:p>
      <w:r>
        <w:br/>
        <w:t>— Слава! Слава!</w:t>
      </w:r>
    </w:p>
    <w:p>
      <w:r>
        <w:br/>
        <w:t>Кузьма і Дем’ян мовчать. А Стражник ляскає в долоні, показує очима, щоб і вони плескали, виявляючи одностайність.</w:t>
      </w:r>
    </w:p>
    <w:p>
      <w:r>
        <w:br/>
        <w:t>Дяк-ревун гримить ще дужче:</w:t>
      </w:r>
    </w:p>
    <w:p>
      <w:r>
        <w:br/>
        <w:t>— Ми своїми очима доглядаємо до кінця сходу і заходу, до кінця півночі і півдня. Під високою рукою пройдемо і ощасливимо землі і народи, а тих, хто не схоче наших милостей, обернемо в рабів і невільників, пустимо вдовами і каліками, осиротимо і знищимо.</w:t>
      </w:r>
    </w:p>
    <w:p>
      <w:r>
        <w:br/>
        <w:t>Міністри і Спиновики знову славили Царя. А Дяк-ревун, перепочивши, гримів далі:</w:t>
      </w:r>
    </w:p>
    <w:p>
      <w:r>
        <w:br/>
        <w:t>— Від цього дня наказуємо: віддавати нам хлопців і дівчат!</w:t>
      </w:r>
    </w:p>
    <w:p>
      <w:r>
        <w:br/>
        <w:t>— Здавати хліб, вовну, м’ясо!..</w:t>
      </w:r>
    </w:p>
    <w:p>
      <w:r>
        <w:br/>
        <w:t>— Кувати списи, мечі!..</w:t>
      </w:r>
    </w:p>
    <w:p>
      <w:r>
        <w:br/>
        <w:t>— Зв найменший непослух — кара: смерть!</w:t>
      </w:r>
    </w:p>
    <w:p>
      <w:r>
        <w:br/>
        <w:t>Міністри й Спиновики за кожним пунктом указу гукали "слава", а численні Стражники приневолювали людей бити поклони й цілувати землю.</w:t>
      </w:r>
    </w:p>
    <w:p>
      <w:r>
        <w:br/>
        <w:t>— Якби хтось ослухався і якби десь виникли заворушення, ми, обранець небес і підкорювач світу, погасимо сонце і нашлемо вічну темряву. Кінець! — пролунав бас Дяка-ревуна.</w:t>
      </w:r>
    </w:p>
    <w:p>
      <w:r>
        <w:br/>
        <w:t>Навколо вежі вгору полетіли шапки і картузи.</w:t>
      </w:r>
    </w:p>
    <w:p>
      <w:r>
        <w:br/>
        <w:t>Змій-чотириголовець пильно дивився і дослухав, хто яким дихом дихає. Як раптово з’явився, так раптово і зник. Його вже не було, а шапки й картузи летіли вгору. Міністри і Спиновики так виявляли свою вірність Цареві, що Стражники почали їх втихомирювати, цьвохкаючи батогами.</w:t>
      </w:r>
    </w:p>
    <w:p>
      <w:r>
        <w:br/>
        <w:t>— Нема закону й рятунку,— прошепотів Дем’ян, а Кузьма понурив голову.</w:t>
      </w:r>
    </w:p>
    <w:p>
      <w:r>
        <w:br/>
        <w:t>Настали лихі часи. І раніше люди робили панщину, і раніше їх обдирали, як липку, а тепер нічого не залишали. Живіть, мовляв, вірністю Цареві. Птахи і звірі теж Царські. Але хіба Цар думає, чим вони годуються?</w:t>
      </w:r>
    </w:p>
    <w:p>
      <w:r>
        <w:br/>
        <w:t>Почалися обмани, потаємні крадіжки. Хто вкрав, а його не зловили, той не злодій. Сільський Голова і Стражник цупили собі відверто. Хто їм що зробить, коли вищі за них заступаються, а сірому зневажають? Кругом сама неправда.</w:t>
      </w:r>
    </w:p>
    <w:p>
      <w:r>
        <w:br/>
        <w:t>Та найстрашніше, що беруть хлопців і дівчат. Підростуть, їх і женуть у Царську вежу. Зав’язують очі чорною хустиною, саджають на гойдалку, гойдають, щоб голова замакітрилася, і морить голодом. Раз у три дні виповзав сам Змій-чотириголовець і шепче на вухо: "Я твій, Царю, і нехай у мене не буде Царя над тебе". Якщо новобранець повторить ці слова, Цар дає Йому зі своєї руки дрібку сухаря й ковток води. Так триває до того часу, поки голодний, із зав’язаними очима призвичаюється ще здалеку чути, як вповзає чотириголовий Змій, і починає заздалегідь вигукувати:</w:t>
      </w:r>
    </w:p>
    <w:p>
      <w:r>
        <w:br/>
        <w:t>— Я твій. Царю. І нехай у мене не буде Царя над тебе!</w:t>
      </w:r>
    </w:p>
    <w:p>
      <w:r>
        <w:br/>
        <w:t>Якщо він вигукнув твердо, впевнено — готовий, вивчився. Стає чорнохустинником, бо носить до скону на шиї хустину, якою йому зав’язували очі.</w:t>
      </w:r>
    </w:p>
    <w:p>
      <w:r>
        <w:br/>
        <w:t>Хлопців шикують у солдати і ведуть загарбувати сусідні землі. Шикують і деяких дівчат, а інші залишаються служницями, а то й наглядачками. Чорнохустинники забувають про своїх матерів і батьків, про свій рід: мати і батьківщина — Цар. Вони — Царські діти.</w:t>
      </w:r>
    </w:p>
    <w:p>
      <w:r>
        <w:br/>
        <w:t>Саджали у вежу Кузьму і Дем’яна. Гойдалися вони на тій гойдалці, де замакітрюються голови, куштували дрібки сухаря й ковтки води з руки Змія-чотириголовця, але чорнохустинниками не стали. Ніяк не могли привчитися вигукувати твердо і впевнено:</w:t>
      </w:r>
    </w:p>
    <w:p>
      <w:r>
        <w:br/>
        <w:t>— Я твій. Царю, і нехай у мене не буде Царя над тебе.</w:t>
      </w:r>
    </w:p>
    <w:p>
      <w:r>
        <w:br/>
        <w:t>Їх тільки тому і пощадили, що вони неабиякі ковалі, а то ворон і кісток не знайшов би.</w:t>
      </w:r>
    </w:p>
    <w:p>
      <w:r>
        <w:br/>
        <w:t>БИТВА</w:t>
      </w:r>
    </w:p>
    <w:p>
      <w:r>
        <w:br/>
        <w:t>Новобранців проводжали усім родом. Стражник і Голова наглядали за порядком.</w:t>
      </w:r>
    </w:p>
    <w:p>
      <w:r>
        <w:br/>
        <w:t>Селом ішли ще сяк-так. Та село кінчалося, починався вигін, і матері заводили своїми розпачливими голосами:</w:t>
      </w:r>
    </w:p>
    <w:p>
      <w:r>
        <w:br/>
        <w:t>— Куди ж ми вас виряджаємо, молодих, як цвіт? Ліпше б ми виряджали вас на смерть, ніж ви підете на війни чи ще хто знає куди! Якщо не накладете головами, повернетеся, то що нам з того? Ви не признаєте ні батька, ні матері. Нам старим хоч живцем у могилу...</w:t>
      </w:r>
    </w:p>
    <w:p>
      <w:r>
        <w:br/>
        <w:t>Стражник наставляв піку, щоб матері не лементували, а Голова робив страшні очі.</w:t>
      </w:r>
    </w:p>
    <w:p>
      <w:r>
        <w:br/>
        <w:t>А матері заводили ще дужче:</w:t>
      </w:r>
    </w:p>
    <w:p>
      <w:r>
        <w:br/>
        <w:t>— Ой, не признаєте, забудете, відцураєтеся... Хіба не правда: здирали данину, насилали солдатів — син лупцював нагаєм батька. А коли мати заступилася, він і рідну матір оперезав нагаєм — Діти-діточки...</w:t>
      </w:r>
    </w:p>
    <w:p>
      <w:r>
        <w:br/>
        <w:t>На вигоні Стражник відкидав батьків і родичів від новобранців, а Голова наставляв:</w:t>
      </w:r>
    </w:p>
    <w:p>
      <w:r>
        <w:br/>
        <w:t>— Не ридати, а радіти треба! Не плакати, а сміятися і витанцьовувати — ваші діти йдуть на Царську службу...— І погулував чобітьми, танцюючи зі своєю палицею-сучковиком.</w:t>
      </w:r>
    </w:p>
    <w:p>
      <w:r>
        <w:br/>
        <w:t>Дорога здригалася від плачів і тужіння. Тоді Голова страхав:</w:t>
      </w:r>
    </w:p>
    <w:p>
      <w:r>
        <w:br/>
        <w:t>— Ви хочете, щоб Цар погасив сонце і нагнав вічну темряву? Ви того хочете?</w:t>
      </w:r>
    </w:p>
    <w:p>
      <w:r>
        <w:br/>
        <w:t>Стражник вів хлопців і дівчат, а дорога ще довго стогнала.</w:t>
      </w:r>
    </w:p>
    <w:p>
      <w:r>
        <w:br/>
        <w:t>Таке саме діялося, коли збирали побори.</w:t>
      </w:r>
    </w:p>
    <w:p>
      <w:r>
        <w:br/>
        <w:t>Люди почали казати, що настає кінець світу. Тоді в кузню до Кузьми й Дем’яна прийшли старі дідусі, старі бабусі й почали просити, щоб якось допомогли звільнитися від Змія-чотириголовця. Ковалі мовчки кували. Старі люди похитали головами, мовляв, Кузьма і Дем’ян теж бояться, що Цар вкраде і погасить сонце, бояться, хоч вони і брати-безсрібники...</w:t>
      </w:r>
    </w:p>
    <w:p>
      <w:r>
        <w:br/>
        <w:t>Але що не рік, то ще важче. Хати розвалюються, село стає пусткою. В кузню прийшли середні люди — мисливці, рибалки, гречкосії.</w:t>
      </w:r>
    </w:p>
    <w:p>
      <w:r>
        <w:br/>
        <w:t>— Не ми вас просимо: самі наші ліси вас просять встати проти чотириголового Змія,— казали й кланялися Кузьмі й Дем’янові мисливці.</w:t>
      </w:r>
    </w:p>
    <w:p>
      <w:r>
        <w:br/>
        <w:t>— Не ми вас просимо: сама наша річка вас просить встати проти чотириголового Змія,— казали й кланялися рибалки.</w:t>
      </w:r>
    </w:p>
    <w:p>
      <w:r>
        <w:br/>
        <w:t>Поклонилися гречкосії, кажучи:</w:t>
      </w:r>
    </w:p>
    <w:p>
      <w:r>
        <w:br/>
        <w:t>— Не ми — сама наша земля волає визволення.</w:t>
      </w:r>
    </w:p>
    <w:p>
      <w:r>
        <w:br/>
        <w:t>Ковалі мовчать. У горні гуде. Молот поковує.</w:t>
      </w:r>
    </w:p>
    <w:p>
      <w:r>
        <w:br/>
        <w:t>Раптом упало:</w:t>
      </w:r>
    </w:p>
    <w:p>
      <w:r>
        <w:br/>
        <w:t>— Хай чотириголовець лякає, що вкраде й погасить сонце, а все одно не втримає нас у страху: ми й так світа-сонця не бачимо.</w:t>
      </w:r>
    </w:p>
    <w:p>
      <w:r>
        <w:br/>
        <w:t>Ніхто не примітив, хто це вимовив. Ці слова начеб мимоволі вихопилися кожному з грудей! Всі почули, як гуде ліс, як тече річка, як шумлять поля.</w:t>
      </w:r>
    </w:p>
    <w:p>
      <w:r>
        <w:br/>
        <w:t>До кузні прибігли маленькі діти, мовлячи і благаючи навперебій:</w:t>
      </w:r>
    </w:p>
    <w:p>
      <w:r>
        <w:br/>
        <w:t>— Ми не хочемо відрікатися від батьків і матерів. Ми не будемо чорнохустинниками. Ми хочемо мати братиків і сестричок...</w:t>
      </w:r>
    </w:p>
    <w:p>
      <w:r>
        <w:br/>
        <w:t>Кузьма і Дем’ян перестали кувати і відповіли:</w:t>
      </w:r>
    </w:p>
    <w:p>
      <w:r>
        <w:br/>
        <w:t>— Добре... Але ж ви усі допомагайте нам!</w:t>
      </w:r>
    </w:p>
    <w:p>
      <w:r>
        <w:br/>
        <w:t>І почали вони робити великого залізного плуга. Мисливці приносили вугілля, щоб палало в горні, рибалки — воду, щоб гартувати леміш, гречкосії роздмухували міх... Працювали не покладаючи рук. Кузьма і Дем’ян кували плуг повільно: роботи було дуже багато. Люди потомилися й давай підсміюватися з братів-ковалів: "Навіщо той плуг? Який би великий він не був, хіба дим подужати 3міячотириголовця? Тут потрібен меч, щоб стяти йому голови! Ми взяли б меча і напали на Царську вежу!"</w:t>
      </w:r>
    </w:p>
    <w:p>
      <w:r>
        <w:br/>
        <w:t>Дем’ян і Кузьма це почули й кажуть:</w:t>
      </w:r>
    </w:p>
    <w:p>
      <w:r>
        <w:br/>
        <w:t>— Можете собі підсміюватися, а ніякого меча ми кувати не будемо. Не підемо брати приступом Царську вежу. Той Змій сам до нас прийде,— та й далі кують плуга.</w:t>
      </w:r>
    </w:p>
    <w:p>
      <w:r>
        <w:br/>
        <w:t>Замість чотириголового Змія прийшов Стражник. Допомагачі знову підсміюються з братів-ковалів. А Стражник походив по кузні, взявся за велетенські чепіги, помацав широченного лемеша. Відразу ж змикитив, що тут щось не те, й побіг доносити Цареві. Хоч йому й вкорочено язика, але він нічого так не прагне, як вислужитися.</w:t>
      </w:r>
    </w:p>
    <w:p>
      <w:r>
        <w:br/>
        <w:t>Всі Царські слуги на тому й держаться.</w:t>
      </w:r>
    </w:p>
    <w:p>
      <w:r>
        <w:br/>
        <w:t>Доніс Стражник Змієві-чотириголовцю, якого незвичайного плуга роблять брати-ковалі, а той відразу пригадав Кузьму й Дем’яна — це вони не схотіли твердо і впевнено проказувати: "Я твій, Царю, і нехай у мене не буде Царя над тебе!" — не піддались його науці.</w:t>
      </w:r>
    </w:p>
    <w:p>
      <w:r>
        <w:br/>
        <w:t>— Я ж їх провчу! — крикнув, вибрався з вежі й повзе до кузні.</w:t>
      </w:r>
    </w:p>
    <w:p>
      <w:r>
        <w:br/>
        <w:t>Село обмерло. А брати-ковалі доковують плуга.</w:t>
      </w:r>
    </w:p>
    <w:p>
      <w:r>
        <w:br/>
        <w:t>Чотириголовий Змій став перед дверима й погрожує:</w:t>
      </w:r>
    </w:p>
    <w:p>
      <w:r>
        <w:br/>
        <w:t>— Відчиніть!</w:t>
      </w:r>
    </w:p>
    <w:p>
      <w:r>
        <w:br/>
        <w:t>Кузьма й Дем’ян статечно відгукуються:</w:t>
      </w:r>
    </w:p>
    <w:p>
      <w:r>
        <w:br/>
        <w:t>— Зробимо роботу й відчинимо.</w:t>
      </w:r>
    </w:p>
    <w:p>
      <w:r>
        <w:br/>
        <w:t>Змій не схотів чекати. Пролизав двері, встромляє свого язика. Дем’ян узявся за кліщі, вхопив язика, засмикнув одну Змієву голову в кузню, а Кузьма молотом мах — і збив з неї корону.</w:t>
      </w:r>
    </w:p>
    <w:p>
      <w:r>
        <w:br/>
        <w:t>Щоб перемогти Царя, треба з його голови збити корону. В Змія ж — чотири голови, чотири корони. Залишившись з трьома, він ввинувся, підіймається вгору й погрожує, що зараз погасить сонце.</w:t>
      </w:r>
    </w:p>
    <w:p>
      <w:r>
        <w:br/>
        <w:t>— Не погасиш! — відповідають йому ковалі.— Наш плуг вже готовий.</w:t>
      </w:r>
    </w:p>
    <w:p>
      <w:r>
        <w:br/>
        <w:t>Кузьма з молотом, а Дем’ян з плугом і хомутом. Як підняв Кузьма свого ковальського молота, так і збив той корони, а Дем’ян накинув на шию Змієві хомута. Запрягли його в плуга і давай орати. Змій як пішов, як пішов, а вони не дають йому вискочити з борозни.</w:t>
      </w:r>
    </w:p>
    <w:p>
      <w:r>
        <w:br/>
        <w:t>Поганяють і приказують:</w:t>
      </w:r>
    </w:p>
    <w:p>
      <w:r>
        <w:br/>
        <w:t>— А що, погасив сонце?..</w:t>
      </w:r>
    </w:p>
    <w:p>
      <w:r>
        <w:br/>
        <w:t>Так справдилося віщування дикого голуба, що Кузьма і Дем’ян пастимуть людську долю.</w:t>
      </w:r>
    </w:p>
    <w:p>
      <w:r>
        <w:br/>
        <w:t>Ще й досі видніють вали. Їх називають Змійовими. Тут брати-ковалі запрягали чотириголове диво й орали. Після зими вали буйно зеленіють. Здається, що сама земля гомонить своїми травами, річкою і лісом — віє тихий мирний вітерець. Земля начеб звільнилася від чогось важкого і відчула радість життя.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плуга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