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парубків, Тимоша і квітку-папороть</w:t>
      </w:r>
    </w:p>
    <w:p>
      <w:r>
        <w:br/>
        <w:t xml:space="preserve"> &lt;p&gt;Вночі на Андрея хлопці в селі бешкетують. Кому новісінькі ворота дьогтем вимажуть, кому дрова розкидають, а кому і воза на хату витягнуть. Стоїть тоді на ранок хазяїн, потилицю чухає, а зробити нічого не може — бо на Андрея парубкам усе дозволено.</w:t>
      </w:r>
    </w:p>
    <w:p>
      <w:r>
        <w:br/>
        <w:t>А хто своє хазяйство боронити стане, то може і по шиї заробити, хіба що від хлопців відкупиться відром горілки.</w:t>
      </w:r>
    </w:p>
    <w:p>
      <w:r>
        <w:br/>
        <w:t>От і у нас якось на Дячуківському кутку хлопці веселились: Івану Вариводі тина аж у город затаскали, дядьку Павлові коней зі стайні повипускали, а сільському голові — кабана в собачу буду запхали. Наче б то усі діла переробили, а ще тільки пів-ночі пройшло. Місяць світить, сніг порипує, морозець веселить. Додому йти ще ніби ранувато.</w:t>
      </w:r>
    </w:p>
    <w:p>
      <w:r>
        <w:br/>
        <w:t>От парубоцький отаман і гукає: "А ну, гайда через лід на той беріг у Корчі до діда Тимоша! Нехай на казки розказує!".</w:t>
      </w:r>
    </w:p>
    <w:p>
      <w:r>
        <w:br/>
        <w:t>А у Корчах, просто серед лісу стояла маленька дідова хатина, а сам дід знав безліч казок і був дуже веселий. Одна біда була в діда: ноги мав криві та кульгаві — наче тримав щось між коліньми. То, бувало, хлопці, жартуючи, дражнили старого:</w:t>
      </w:r>
    </w:p>
    <w:p>
      <w:r>
        <w:br/>
        <w:t>— Діду Тимоше! Оно-го дивіться, з-під вас коня вкрали, а ви ще й досі їдете!</w:t>
      </w:r>
    </w:p>
    <w:p>
      <w:r>
        <w:br/>
        <w:t>— А, їхала б по вас лиха година — вздовж і впоперек! — лаявся дід.</w:t>
      </w:r>
    </w:p>
    <w:p>
      <w:r>
        <w:br/>
        <w:t>Та от, поки я вам про діда оповідав, то парубки вже через річку перейшли і до хатини добралися.</w:t>
      </w:r>
    </w:p>
    <w:p>
      <w:r>
        <w:br/>
        <w:t>А дід Тихіш гарно піч кізяком витопив, та й на лежанці спав. Дим валує, лежанка тепла — добре дідові спиться.</w:t>
      </w:r>
    </w:p>
    <w:p>
      <w:r>
        <w:br/>
        <w:t>Коли це хлопці давай у двері гамселити: "Діду! Вставай казки розповідати!".</w:t>
      </w:r>
    </w:p>
    <w:p>
      <w:r>
        <w:br/>
        <w:t>— От зараз встану, та віжками потягну через спину! (А дід таки міг і віжками, чи батогом гарно шмагонути).</w:t>
      </w:r>
    </w:p>
    <w:p>
      <w:r>
        <w:br/>
        <w:t>Але з печі не злазить, а двері міцні — дубові — бий скільки влізе.</w:t>
      </w:r>
    </w:p>
    <w:p>
      <w:r>
        <w:br/>
        <w:t>Били — били хлопці чобітьми — немає діла, не відчиняє дід.</w:t>
      </w:r>
    </w:p>
    <w:p>
      <w:r>
        <w:br/>
        <w:t>— Ну стривай, вражий діду, ось ми тобі покажемо!</w:t>
      </w:r>
    </w:p>
    <w:p>
      <w:r>
        <w:br/>
        <w:t>Залізли хлопці на стріху, та й запхали у комин шапку, гарно затовкли, кулаками забили, а двері колодою підперли.</w:t>
      </w:r>
    </w:p>
    <w:p>
      <w:r>
        <w:br/>
        <w:t>От як пішов дим у хату — біда! Смердить, під стелею клубочиться, горло спирає.</w:t>
      </w:r>
    </w:p>
    <w:p>
      <w:r>
        <w:br/>
        <w:t>Дід перше перебрався з лежанки на піл — понижче, а далі на підлогу, а потім до дверей — бо вже дихати немає чим. А двері колодою підперті — зовсім дід пропадає. Давай тоді дід сваритися — а хлопці тільки регочуть. Далі став вже проситися: "Відчиніть, бо вчадію зовсім!".</w:t>
      </w:r>
    </w:p>
    <w:p>
      <w:r>
        <w:br/>
        <w:t>— А казку розкажеш?</w:t>
      </w:r>
    </w:p>
    <w:p>
      <w:r>
        <w:br/>
        <w:t>— Розкажу, тільки відчиніть!</w:t>
      </w:r>
    </w:p>
    <w:p>
      <w:r>
        <w:br/>
        <w:t>Відчинили парубки двері, дим шапками порозганяли, холоду напустили.</w:t>
      </w:r>
    </w:p>
    <w:p>
      <w:r>
        <w:br/>
        <w:t>Дід знову заліз на піч, а хлопці по хаті порозсідалися — казку слухати.</w:t>
      </w:r>
    </w:p>
    <w:p>
      <w:r>
        <w:br/>
        <w:t>— От ви думаєте, що я завжди був такий кульгавий і кривоногий — так от і ні! Це мене таким папороть зробила.</w:t>
      </w:r>
    </w:p>
    <w:p>
      <w:r>
        <w:br/>
        <w:t>— Як-то так? — дивуються парубки.</w:t>
      </w:r>
    </w:p>
    <w:p>
      <w:r>
        <w:br/>
        <w:t>— А отак-о. Як був я ще молодий та гарний, як ви, то все слухав, що старі люди розказують про папороть. Цвіте папороть тільки раз на рік, на Івана Купала. Квітка не кожному покажеться, і не кожен її взяти зуміє. Квітка та краси невимовної. Як побачиш — то все будеш тільки про неї думати, так що і батька-матір забудеш, а станеш потім усе життя по лісах блукати та Квітку-Папороть шукати.</w:t>
      </w:r>
    </w:p>
    <w:p>
      <w:r>
        <w:br/>
        <w:t>Квітка Папороть розквітає опівночі червоним цвітом і горить як жар. Тоді її треба зразу рвати. Але це теж діло не просте. Слід взяти з собою скатертину, на якій сім літ паску святили, ножа, яким хліб ріжуть, та ще й освячену хлібину. Скатертину треба розстелити перед собою в лісі там, де росте папороть, покласти на неї хліб та ніж і чекати. Тільки-но побачиш опівночі червоний вогник — біжи туди і зривай Квітку-Папороть. Перед цим тобі усякі жахи ввижатимуться, бо нечиста сила дуже боронить Квітку, але до святого хліба та скатертини не підійде.</w:t>
      </w:r>
    </w:p>
    <w:p>
      <w:r>
        <w:br/>
        <w:t>Коли Квітку зірвав, треба ножем надрізати шкіру на долоні біля великого пальця, Квітку в рані затиснути і не відпускати, щоб вона там заросла. Тоді усе знатимеш: що де на світі робиться, де який скарб лежить і що думає про тебе сусідка.</w:t>
      </w:r>
    </w:p>
    <w:p>
      <w:r>
        <w:br/>
        <w:t>Після цього треба бігти додому, щоб устигнути повернутися, доки півні не проспівали. Але головне — не оглядатися. Бо як оглянешся, то нечиста сила тебе впіймає. Вона тебе буде лякати, гукати, шарпати, заважати, а ти тікай і не оглядайся!</w:t>
      </w:r>
    </w:p>
    <w:p>
      <w:r>
        <w:br/>
        <w:t>От я і полював за тією Квіткою, коли був молодий. Знайшов у лісі найглухіше місце, де росте папороть, взяв усе, що треба, і в ніч на Купала сів чекати.</w:t>
      </w:r>
    </w:p>
    <w:p>
      <w:r>
        <w:br/>
        <w:t>Коли це щось почало шарудіти, наче літає наді мною, якісь пики страшні з кущів виглядають, то кажани, то сови в’ються. Але я всього того не боюся, бо нічого до мене підібратися не може — святий хліб не пускає.</w:t>
      </w:r>
    </w:p>
    <w:p>
      <w:r>
        <w:br/>
        <w:t>Раптом усе замовкло і затихло — нічого не шелесне. Дивлюсь — прямо переді мною серед папороті світло червоне загорілося, як свічечка маленька. Ніби якась дуже гарна музика заграла, чи наче щось заспівало — як ото мати дитині співає. І так мені хороше та добре зробилося, що я сиджу, а з місця зрушити не можу. Коли це раптом згадав, що треба Квітку-Папороть рвати, бо так і розум страчу, і в лісі залишуся.</w:t>
      </w:r>
    </w:p>
    <w:p>
      <w:r>
        <w:br/>
        <w:t>Підбіг я до того світла чарівного, дивлюся — Квітка маціпусінька, як горошинка, і медом пахне. Зірвав я її, — а вона тепла, як жива. Різонув ножем долоню і Квітку в рані затис! Аж тут як зареве, як зашумить по лісі! Я ноги в руки — і тікати! Коли це попереду коріння із землі полізло, ззаду за сорочку щось почало хапати, якесь гаддя з дерев посипалося. Зліва щелепи вовчі клацають а справа костомахи з черепами танцюють.</w:t>
      </w:r>
    </w:p>
    <w:p>
      <w:r>
        <w:br/>
        <w:t>Я все біжу, тільки кулак міцніше стискаю та ножем відмахуюсь. Тут позаду щось загукало, та все голосніше й голосніше:</w:t>
      </w:r>
    </w:p>
    <w:p>
      <w:r>
        <w:br/>
        <w:t>— Тимоше! Стій-зупинися, бо лихо тобі буде! Стій! Озирнись!</w:t>
      </w:r>
    </w:p>
    <w:p>
      <w:r>
        <w:br/>
        <w:t>Я знаю, що не можна оглядатися, але так кортить! Тут іззаду наче наш пан економ гукає:</w:t>
      </w:r>
    </w:p>
    <w:p>
      <w:r>
        <w:br/>
        <w:t>— Стій, лобуряко бо канчуків на стайні скуштуєш!</w:t>
      </w:r>
    </w:p>
    <w:p>
      <w:r>
        <w:br/>
        <w:t>Я собі біжу, бо я того економа і в селі не дуже боюся, а тут у лісі хай-но підійде! А позаду вже ніби корчмар Лейба кричить:</w:t>
      </w:r>
    </w:p>
    <w:p>
      <w:r>
        <w:br/>
        <w:t>— Тимоше, а стій-но, я тобі горілочки солоденької наллю!</w:t>
      </w:r>
    </w:p>
    <w:p>
      <w:r>
        <w:br/>
        <w:t>Дурний він! Хіба ж не знає, що у поході козак горілки не п’є, а лиш на землю виливає!</w:t>
      </w:r>
    </w:p>
    <w:p>
      <w:r>
        <w:br/>
        <w:t>А тоді наче Ганька, наша сільська вдовиця-красуня що до неї наш виборний та дячок вчащають, кричить:</w:t>
      </w:r>
    </w:p>
    <w:p>
      <w:r>
        <w:br/>
        <w:t>— Тимоше, стій, я тебе поцілую!</w:t>
      </w:r>
    </w:p>
    <w:p>
      <w:r>
        <w:br/>
        <w:t>"Ага, — думаю, — цілуй мого рябого підсвинка, бо краще моєї Оксани у світі немає!"</w:t>
      </w:r>
    </w:p>
    <w:p>
      <w:r>
        <w:br/>
        <w:t>Коли раптом чую — моя мати гукає:</w:t>
      </w:r>
    </w:p>
    <w:p>
      <w:r>
        <w:br/>
        <w:t>— Синочку! Зупинися, порятуй мене!</w:t>
      </w:r>
    </w:p>
    <w:p>
      <w:r>
        <w:br/>
        <w:t>Тут уже я не втримався, оглянувся — і ноги мої наче до землі приросли: стоїть переді мною здоровенний чорний собака, язик висолопив, з рота піна летить, а у нього на спині сидить кицька, і очі у неї червоним світяться. От дивляться вони на мене, а я з місця зрушити не можу. Раптом кицька розкриває рота і каже:</w:t>
      </w:r>
    </w:p>
    <w:p>
      <w:r>
        <w:br/>
        <w:t>— А чого це ти, Тимоше, нашу Квіточку вкрав?! Треба за неї заплатити.</w:t>
      </w:r>
    </w:p>
    <w:p>
      <w:r>
        <w:br/>
        <w:t>А я б радий утекти, та стою як укопаний і тільки кулака тисну. Але ж бачу, що допоки Квітка у мене в руці, то нечиста мене зачепити не годна, але й не відпускати не збирається.</w:t>
      </w:r>
    </w:p>
    <w:p>
      <w:r>
        <w:br/>
        <w:t>— Нема, — кажу, — чим платити.</w:t>
      </w:r>
    </w:p>
    <w:p>
      <w:r>
        <w:br/>
        <w:t>Кицька хвостом покрутила, та й каже:</w:t>
      </w:r>
    </w:p>
    <w:p>
      <w:r>
        <w:br/>
        <w:t>— А давай так — ти з нами у карти зіграєш. Якщо програєш — віддаси квітку, а як виграєш, то ми тебе відпустимо, ще й торбу грошей дамо, самих червінців насиплемо!</w:t>
      </w:r>
    </w:p>
    <w:p>
      <w:r>
        <w:br/>
        <w:t>Стою, думаю — що його робити? Як не погоджуся, все одно тут пропаду, бо вже всі ці потвори мене обступили і тільки й чекають, щоб мене на зубчика попробувати. Ну та дарма, щось вигадаю.</w:t>
      </w:r>
    </w:p>
    <w:p>
      <w:r>
        <w:br/>
        <w:t>— Ну давай, вража кицько, зіграємо!</w:t>
      </w:r>
    </w:p>
    <w:p>
      <w:r>
        <w:br/>
        <w:t>Тут-таки кажани зі зміями мотнулися, притаскали гниличок, присвітити. Кицька сіла на задні лапи, пазуряками у собачу спину міцніше вчепилася і на пеньочку карти розкидала.</w:t>
      </w:r>
    </w:p>
    <w:p>
      <w:r>
        <w:br/>
        <w:t>Взяв я свої карти, а на них такі огидні пики намальовані, що тільки тьху! І нічого я не второпаю в тих картах. З однієї кров цебенить, з іншої попіл сиплеться, а ті смердять гірше лайна. "Ну, — думаю, — не одуриш мене, клята нечисть!"</w:t>
      </w:r>
    </w:p>
    <w:p>
      <w:r>
        <w:br/>
        <w:t>А кицька радіє, аж підстрибує, собака ікла шкірить — посміхається. Кидає кицька свої карти на пеньок і тішиться:</w:t>
      </w:r>
    </w:p>
    <w:p>
      <w:r>
        <w:br/>
        <w:t>— Ну що, програв?! Не маєш чим бити?!</w:t>
      </w:r>
    </w:p>
    <w:p>
      <w:r>
        <w:br/>
        <w:t>А я і собі карти поверх котячих кидаю, та одразу ножем на них хреста малюю:</w:t>
      </w:r>
    </w:p>
    <w:p>
      <w:r>
        <w:br/>
        <w:t>— А що, з’їла, вража нечисть?!</w:t>
      </w:r>
    </w:p>
    <w:p>
      <w:r>
        <w:br/>
        <w:t>Кицька — круть, верть до тих карт, а взяти — зась! Хрест не пускає! Загарчала, зашипіла, заверещала нечисть, а вдіяти нічого не може. А я собі й гукаю:</w:t>
      </w:r>
    </w:p>
    <w:p>
      <w:r>
        <w:br/>
        <w:t>— А ну, несіть мою торбу грошей!</w:t>
      </w:r>
    </w:p>
    <w:p>
      <w:r>
        <w:br/>
        <w:t>Кицька нявчить:</w:t>
      </w:r>
    </w:p>
    <w:p>
      <w:r>
        <w:br/>
        <w:t>— Перехитрував нас Тиміш! Тягніть йому червінці!</w:t>
      </w:r>
    </w:p>
    <w:p>
      <w:r>
        <w:br/>
        <w:t>Тут вовча паща дає мені торбу з грошима, а я, дурний, руку за торбою простяг, кулака розкрив, а Квітка-Папороть і випала! Розреготалася нечиста сила:</w:t>
      </w:r>
    </w:p>
    <w:p>
      <w:r>
        <w:br/>
        <w:t>— Дурний ти, Тимоше. Жадібність тебе згубила! Все міг мати, а проміняв на жменьку чужих грошей!</w:t>
      </w:r>
    </w:p>
    <w:p>
      <w:r>
        <w:br/>
        <w:t>Тут же мене угору підняло, перекинуло і давай мною дуби та терни товкти. Так до самого дому било і ламало, аж поки межи корчі закинуло. А тут і півні проспівали. От відтоді я й кульгаю! А у торбі тільки кізяки і сміття було. От так жадібність людей губить!</w:t>
      </w:r>
    </w:p>
    <w:p>
      <w:r>
        <w:br/>
        <w:t>Послухали-послухали парубки діда Тимоша, та й добре собі ту казку на вуса понамотували. Відтоді у нас в селі жадібних і не було. І не крали у нас, і двері на замки-колодки не замикали, а так — патичком підіпруть, щоб кури в сіни не заходили. А на столі завжди паляниця і глечик з молоком стоять, рушничком накриті. Іде подорожній через село — у будь-яку хату заходь, поїж-попий, рушничком утрись, знов патичком двері підіпри, та й мандруй собі далі. І так по всій Україні велося, поки москалі не перекапустили.</w:t>
      </w:r>
    </w:p>
    <w:p>
      <w:r>
        <w:br/>
        <w:t>Щедра душа усім радість дарує, а жадібний — і собі не гам, і людям не дам!</w:t>
      </w:r>
    </w:p>
    <w:p>
      <w:r>
        <w:br/>
        <w:t>Ой не їв я і не пив —</w:t>
      </w:r>
    </w:p>
    <w:p>
      <w:r>
        <w:br/>
        <w:t>Тільки грошики любив!</w:t>
      </w:r>
    </w:p>
    <w:p>
      <w:r>
        <w:br/>
        <w:t>Не пожив, не погуляв —</w:t>
      </w:r>
    </w:p>
    <w:p>
      <w:r>
        <w:br/>
        <w:t>А з собою не забрав!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парубків, Тимоша і квітку-папороть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