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Гандрея і яничарський скарб</w:t>
      </w:r>
    </w:p>
    <w:p>
      <w:r>
        <w:br/>
        <w:t xml:space="preserve"> &lt;p&gt;Жив у нашому селі Сабадаші чоловік на ім’я Охота. І був у нього синочок, якого звали Гандрей. Хлопчина ріс розумний і меткий — все, бувало, сидить коло бандуриста чи лірника на майдані і слухає, що той оповідає про Байду, чи бідних невольників, або про Марусю Богуславку. А опісля на вигоні збере кругом себе дітей, та й переказує їм усе те, а ще й додасть від себе, щоб цікавіше було. Або назбирає всякого залізяччя під кузнею, паличок настругає ножем і все собі щось майструє. Та добре було б, аби щось путнє майстрував: чи то граблі, чи то терницю до конопель, чи хай навіть ложку — так ні! Все ото робить птахів якихось, вітрячки або коліщатка. Докупи складе, а зверху вітрильце маленьке із ганчірочки вчепить. Каже:</w:t>
      </w:r>
    </w:p>
    <w:p>
      <w:r>
        <w:br/>
        <w:t>— Хочу такого возика зробити, щоб сам їздив. Поїду на ньому за край землі, подивлюсь, які там чудеса бувають.</w:t>
      </w:r>
    </w:p>
    <w:p>
      <w:r>
        <w:br/>
        <w:t>Ну що з нього візьмеш — мале, дурне. Де це хто бачив, щоб віз сам, без коней або волів, їхав? Нема, щоб, як людські діти, якогось доброго діла вчитись. Людські діти все до пуття роблять, та ще й себе глядять — у гурті не зівають. Де що до рук запопало, то вже не видереш! А цей — ну чисто легейда. Що хто не попросить, те й віддасть. Або ще й хлібчиком поділиться з песиком якимось. і в кого воно вдалося таке? За це його сільські діти не любили, ніхто з ним не товаришував, хіба що сусідська Гапочка. Ото посідають на колоді ввечері, комарів гілкою відганяють, на зірки дивляться та все собі сміються. і що там вони в тих зірках знайшли? Краще б ото дивився, як Лейба у шинку хазяйнує, та й комерції вчився — все б до якогось діла пристав.</w:t>
      </w:r>
    </w:p>
    <w:p>
      <w:r>
        <w:br/>
        <w:t>Так от, зайшов до нас у село на Великдень сліпий лірник, та й сів співати під церквою, а далі почав казки розповідати про Бову— королевича, про Лугая, та про Котигорошка. А Гандрей усе слухає та запам’ятовує. Насамкінець лірник розповів казку про скарби, що запорожці у плавнях ховають або в лісах закопують, і які там коштовності лежать.</w:t>
      </w:r>
    </w:p>
    <w:p>
      <w:r>
        <w:br/>
        <w:t>"— А козаки тоді лясські льохи розбивали,</w:t>
      </w:r>
    </w:p>
    <w:p>
      <w:r>
        <w:br/>
        <w:t>Серебро-злато на три часті паювали.</w:t>
      </w:r>
    </w:p>
    <w:p>
      <w:r>
        <w:br/>
        <w:t>Первую часть брали-на церкви накладали,</w:t>
      </w:r>
    </w:p>
    <w:p>
      <w:r>
        <w:br/>
        <w:t>На святого Межигірського Спаса.</w:t>
      </w:r>
    </w:p>
    <w:p>
      <w:r>
        <w:br/>
        <w:t>А другую часть поміж собою паювали —</w:t>
      </w:r>
    </w:p>
    <w:p>
      <w:r>
        <w:br/>
        <w:t>Пили-гуляли, гопака затинали.</w:t>
      </w:r>
    </w:p>
    <w:p>
      <w:r>
        <w:br/>
        <w:t>А третюю часть брали, очеретами сідали</w:t>
      </w:r>
    </w:p>
    <w:p>
      <w:r>
        <w:br/>
        <w:t>І гарно ті скарби ховали!"</w:t>
      </w:r>
    </w:p>
    <w:p>
      <w:r>
        <w:br/>
        <w:t>Гандрей слухав-слухав, та давай діда просити ще повторити, а далі ще, та все про скарби випитує, та про каміння дорогоцінне, та про дукати і таляри золоті, та про шаблі і ятагани, золотом куті, та про намисто із перлів та діамантів.</w:t>
      </w:r>
    </w:p>
    <w:p>
      <w:r>
        <w:br/>
        <w:t>"-І на тому місці дерево примітне саджали,</w:t>
      </w:r>
    </w:p>
    <w:p>
      <w:r>
        <w:br/>
        <w:t>Або каменем великим прикладали</w:t>
      </w:r>
    </w:p>
    <w:p>
      <w:r>
        <w:br/>
        <w:t>І закляття всякі таємні промовляли.</w:t>
      </w:r>
    </w:p>
    <w:p>
      <w:r>
        <w:br/>
        <w:t>А там коштовностей всяких —</w:t>
      </w:r>
    </w:p>
    <w:p>
      <w:r>
        <w:br/>
        <w:t>І золота,і срібла,і талярів срібних і червінців</w:t>
      </w:r>
    </w:p>
    <w:p>
      <w:r>
        <w:br/>
        <w:t>Неміряно-нещитано…"</w:t>
      </w:r>
    </w:p>
    <w:p>
      <w:r>
        <w:br/>
        <w:t>Відтоді Гандрей змінився — все йому з голови ті скарби не йдуть, все ввижаються гори коштовностей та золота. і почав Гандрей скарб шукати. День і ніч все по лісах бродить та ями копає. Де якесь таємниче місце знайде — то вже й перериє. і все йому ввижається, що от-от він скарб знайде. Так уже рік минув, потім другий, потім ще…</w:t>
      </w:r>
    </w:p>
    <w:p>
      <w:r>
        <w:br/>
        <w:t>Дядьки в селі, як кому треба криницю чи погріб викопати-то Гандрея кличуть:</w:t>
      </w:r>
    </w:p>
    <w:p>
      <w:r>
        <w:br/>
        <w:t>— А знаєш, Гандрею, там он у мене під вишнею дід мій банячок із грошима закопав, та глибоченько…</w:t>
      </w:r>
    </w:p>
    <w:p>
      <w:r>
        <w:br/>
        <w:t>То Гандрей прийде та лопатою довбе ту яму, а дядько ходить та заглядає, чи досить йому вже. А як дориється до води, тут хазяїн і каже:</w:t>
      </w:r>
    </w:p>
    <w:p>
      <w:r>
        <w:br/>
        <w:t>— Чуєш, хлопче, то я забув трохи — не тут дід мій скарб закопав, а в іншому місці.</w:t>
      </w:r>
    </w:p>
    <w:p>
      <w:r>
        <w:br/>
        <w:t>Гандрей тільки зітхне, збере свої лопати і заступи, та й іде далі скарби шукати.</w:t>
      </w:r>
    </w:p>
    <w:p>
      <w:r>
        <w:br/>
        <w:t>Гапочка плакала та вмовляла його, щоб покинув те все, бо люди з нього сміються, роки йдуть, а Гандрей усе дурницями займається: ні тобі хазяйства немає, ні тобі ремесла якогось, тільки лопатою орудує, як козак шаблею.</w:t>
      </w:r>
    </w:p>
    <w:p>
      <w:r>
        <w:br/>
        <w:t>А Гандрей все відповідає:</w:t>
      </w:r>
    </w:p>
    <w:p>
      <w:r>
        <w:br/>
        <w:t>— Ось побачиш, як знайду скарб — тоді вже ніхто з мене сміятися не буде. Тоді з грошима і золотом я все зробити зможу, щоб мене люди добром згадували!</w:t>
      </w:r>
    </w:p>
    <w:p>
      <w:r>
        <w:br/>
        <w:t>От якось копав Гандрей під дубом у Грековому лісі, та під вечір сів спочити. Коли це раптом-задвигтіло, зашуміло! І виїжджає із хащів панок на коні. Кінь як змій — аж виграє під сідлом золотим, та копитами креше, вороним боком вилискує. А панок у жупані червоному, пояс золотом карбованим міниться, перо на шапці самоцвітом прикрашене. Всім панам пан! От тільки очі у нього якісь страшні — наче темні чорні провалля, а в них вогник червоний блимає.</w:t>
      </w:r>
    </w:p>
    <w:p>
      <w:r>
        <w:br/>
        <w:t>— То що, Гандрею, — питає панок, — відкопав скарб чи знову черепки старі попалися?</w:t>
      </w:r>
    </w:p>
    <w:p>
      <w:r>
        <w:br/>
        <w:t>Мовчить Гандрей, голову нагнув, ногою в поросі пише— бо що тут скажеш? Нема скарбів, хоч плач.</w:t>
      </w:r>
    </w:p>
    <w:p>
      <w:r>
        <w:br/>
        <w:t>— А хочеш, хлопче, я тобі підкажу, де скарб лежить?</w:t>
      </w:r>
    </w:p>
    <w:p>
      <w:r>
        <w:br/>
        <w:t>— Хочу, хочу, панночку!</w:t>
      </w:r>
    </w:p>
    <w:p>
      <w:r>
        <w:br/>
        <w:t>— Але умова, — каже панок, — як скарб візьмеш — то продай. Половину грошей віддаси мені. Але прийду я по них не зразу, а через рік-два або й три. Прийду несподівано для тебе, але щоб гроші тут таки були напоготові — рівно половина твого багатства.</w:t>
      </w:r>
    </w:p>
    <w:p>
      <w:r>
        <w:br/>
        <w:t>Гандрей подумав-подумав — неначе все чесно, та й погодився.</w:t>
      </w:r>
    </w:p>
    <w:p>
      <w:r>
        <w:br/>
        <w:t>От панок йому і розказує:</w:t>
      </w:r>
    </w:p>
    <w:p>
      <w:r>
        <w:br/>
        <w:t>— На полі під Охматовом стоять дві високі могили — одна козацька, а друга яничарська. На козацькій могилі калина росте, а на яничарській — осика. За десять ступнів від осики лежить чорний камінь. Вночі треба сісти на той камінь і чекати. Де вогник зблисне, там на тій могилі і копай. Але копати треба вкраденим заступом. Що там знайдеш — забирай і швидше біжи звідти. Та гляди — нікому про це не розказуй і мене чекай з половиною грошей.</w:t>
      </w:r>
    </w:p>
    <w:p>
      <w:r>
        <w:br/>
        <w:t>От Гандрей так і зробив, як панок сказав. Украв у сусіди заступ, знайшов могилу з осикою, знайшов камінь, сів і чекає. Коли це — блись-блись! — синенький вогник затанцював Гандрей туди, та давай копати. Вибахкав здоровенну яму. Дивиться— наче дошки якісь лежать. Він їх підважив, а там нора! Поліз Гандрей у ту нору, свічкою присвічує. А в кінці — кімната велика прокопана, під стінами лавки стоять, а на них кружком сидять яничари із ятаганами та списами у жупанах кольорових, золотом гаптованих. Шкіра на лицях висохла, волосся сиве, тільки очі виблискують. А перед ними лежить купа коштовностей: перли, діаманти, горщики із золотом, шаблі, у самоцвіти оправлені.</w:t>
      </w:r>
    </w:p>
    <w:p>
      <w:r>
        <w:br/>
        <w:t>Побачив Гандрей яничарів і все те і злякався. А найстаріший яничар засміявся та й каже:</w:t>
      </w:r>
    </w:p>
    <w:p>
      <w:r>
        <w:br/>
        <w:t>— Прийшов-таки? Ну хапай, що донесеш! Та служи золоту так, як ми служили! Бери — не бійся, не зачепимо!</w:t>
      </w:r>
    </w:p>
    <w:p>
      <w:r>
        <w:br/>
        <w:t>Гандрей похапав у мішок, що зміг підняти: золота, перлів і самоцвітів, та й поліз нагору. І скільки ліз, стільки і чув сміх яничарський. Виліз хлопець, а за ним могила затряслася, захиталася, та й яма завалилася, аж загуло.</w:t>
      </w:r>
    </w:p>
    <w:p>
      <w:r>
        <w:br/>
        <w:t>Притяг Гандрей скарб додому, по лавках розіклав, та й тішиться — ото вже багатство, ото вже щастя! Тепер можна і зажити!</w:t>
      </w:r>
    </w:p>
    <w:p>
      <w:r>
        <w:br/>
        <w:t>"Ну вже добра людям нароблю — хай тільки-но продам усе та з панком розрахуюся", — думає хлопець.</w:t>
      </w:r>
    </w:p>
    <w:p>
      <w:r>
        <w:br/>
        <w:t>Почав Гандрей золото та перли потроху панам продавати, став уже у самоцвітах і коштовностях розбиратися та їм добру ціну складати, став з панами знатися та багатіти. Збудував хату добру, а в ній склеп камінний, щоб грошики складати. Та все мішки червінцями напихає. Бо може, вже завтра панок приїде по гроші, то треба, щоб їх більше було — бо ж забере половину, а ще треба грошей багато, щоб було за що людям добро робити. "Ну, — думає Гандрей, — ще трошки вторгую, та и досить, — тої половини мені вже вистачить. Ще трошки-і вже почну добро робити!".</w:t>
      </w:r>
    </w:p>
    <w:p>
      <w:r>
        <w:br/>
        <w:t>А потім знову порахує червінці, в руках їх потримає, крізь пальці пропустить — і так йому шкода цих грошей стає: "Невже оце я стільки років тяжко працював, такого страху натерпівся, щоб зараз таке багатство втеряти?! А ну ще трохи наскладаю, наторгую— а тоді вже, як панок прийде, то мені більше зостанеться!".</w:t>
      </w:r>
    </w:p>
    <w:p>
      <w:r>
        <w:br/>
        <w:t>Став Гандрей золотом та самоцвітами гендлювати — купляти та перепродувати. Уже й товаришів собі знайшов не простих, а багачів — пана Радзієвського, та поручика гусарського, та гендляра Соломона та Бабанського сотника. Щодня вони до нього приїздять, та все хвалять, та величають. Аякже ж — на його гроші вип’ють, погуляють, у шинку повеселяться, ще й на завтра напросяться.</w:t>
      </w:r>
    </w:p>
    <w:p>
      <w:r>
        <w:br/>
        <w:t>От якось сидять вони у шинку та Гандрея вихваляють, який він добрий та як він для людей старається. А Гандрей слухає та думає: "От де друзі! От люди! Може, вони мені щось порадять, як з тим панком бути?"</w:t>
      </w:r>
    </w:p>
    <w:p>
      <w:r>
        <w:br/>
        <w:t>Розповів Гандрей про скарб, про панка, та про умову, та про те, як гроші жалко віддавати, хай навіть і половину. Раптом бачить — і у пана, і у поручика, і у гендляра з сотником в очах вогник червоний загорівся, а очі як провалля чорні стали! Оглядається Гандрей, а кругом нього замість його друзів панки сидять, та всі на одне лице — що тоді в лісі зустрічав. Розреготався панок у чотири горла, та й каже:</w:t>
      </w:r>
    </w:p>
    <w:p>
      <w:r>
        <w:br/>
        <w:t>— А ти, хлопче, так нічого і не зрозумів? Усі ці гроші і так мої! І що ти там вторгуєш, все одно до мене повернеться. Служи ж цьому золоту, як я служу!</w:t>
      </w:r>
    </w:p>
    <w:p>
      <w:r>
        <w:br/>
        <w:t>У Гандрея волосся сторч стало! Перед ним то панок, то яничар сміється, то гендляр, то сотник. І у всіх вогник червоний в очах горить! Всі закрутилися і пропали, тільки у вухах у Гандрея регіт чортівський стоїть.</w:t>
      </w:r>
    </w:p>
    <w:p>
      <w:r>
        <w:br/>
        <w:t>Коли це глянув Гандрей у дзеркало — аж у нього очах той самий вогник розгоряється-та дужче і дужче! Ось-ось на панка перетвориться!</w:t>
      </w:r>
    </w:p>
    <w:p>
      <w:r>
        <w:br/>
        <w:t>Аж серце від страху зайшлося в Гандрея.</w:t>
      </w:r>
    </w:p>
    <w:p>
      <w:r>
        <w:br/>
        <w:t>"Ну, стривай, нечистий, не будеш ти моєю душею володіти — я не тобі і золоту, а людям служитиму!"-, скрикнув хлопець.</w:t>
      </w:r>
    </w:p>
    <w:p>
      <w:r>
        <w:br/>
        <w:t>Кинувся Гандрей чортівське золото з хати викидати — та де там!</w:t>
      </w:r>
    </w:p>
    <w:p>
      <w:r>
        <w:br/>
        <w:t>Липнуть червінці до рук,із живим м’ясом не відриваються!</w:t>
      </w:r>
    </w:p>
    <w:p>
      <w:r>
        <w:br/>
        <w:t>Вхопив тоді Гандрей мішка із скарбом, щоб все разом гамузом подалі закинути — а мішок і приріс йому до спини як горб золотий! До землі Гандрея нагинає,вогнем плечі пече.</w:t>
      </w:r>
    </w:p>
    <w:p>
      <w:r>
        <w:br/>
        <w:t>Пробував Гандрей мішка того скинути, пробував розрізати — а той як тіло живе болить!</w:t>
      </w:r>
    </w:p>
    <w:p>
      <w:r>
        <w:br/>
        <w:t>Ніхто зарадити не може-ні знахарі,ні лікарі,ні священники!</w:t>
      </w:r>
    </w:p>
    <w:p>
      <w:r>
        <w:br/>
        <w:t>Шукав Гандрей того панка і вдень і вночі,щоб те золото йому віддати, та де ж його знайдеш?</w:t>
      </w:r>
    </w:p>
    <w:p>
      <w:r>
        <w:br/>
        <w:t>Коли це дивиться Гандрей — біля церкви той самий лірник старенький сидить, що казки оповідав.</w:t>
      </w:r>
    </w:p>
    <w:p>
      <w:r>
        <w:br/>
        <w:t>Упав Гандрей на коліна перед дідусем, розказав про горе своє,про скарб яничарський, про панка на коні вороному…</w:t>
      </w:r>
    </w:p>
    <w:p>
      <w:r>
        <w:br/>
        <w:t>Вислухав його лірник, та й говорить: "Ох, дурне ти, хлопче, зробив. Але допомогти можна, бо ще не втратив ти душу свою. От, лишень, скажи мені-що ти поганого вчинив перед тим як золото брати?"</w:t>
      </w:r>
    </w:p>
    <w:p>
      <w:r>
        <w:br/>
        <w:t>"Ну, лопату в сусіда вкрав,"-каже Гандрей.</w:t>
      </w:r>
    </w:p>
    <w:p>
      <w:r>
        <w:br/>
        <w:t>— "Ну то біжи поверни, та вибачся! А потім вночі йди до тої могили. Нечистий сам примчить за твою душу боротися, бо владу над тобою після цього втратить. Та гляди ж мені — не бійся! Згадай, що ти козацького роду. А козакові чорта боятися не личить! А там-Бог допоможе. Та і я поряд буду."</w:t>
      </w:r>
    </w:p>
    <w:p>
      <w:r>
        <w:br/>
        <w:t>Побіг Гандрей, вибачився перед сусідом. Обіцяв лопату повернути як знайде-бо там-таки коло могили і покинув, коли скарб забирав.</w:t>
      </w:r>
    </w:p>
    <w:p>
      <w:r>
        <w:br/>
        <w:t>Трошки легше стало мішка тягати.</w:t>
      </w:r>
    </w:p>
    <w:p>
      <w:r>
        <w:br/>
        <w:t>То вже ж не може Гандрей ночі діждати.</w:t>
      </w:r>
    </w:p>
    <w:p>
      <w:r>
        <w:br/>
        <w:t>Причвалав до могил, та й на камінь сів.</w:t>
      </w:r>
    </w:p>
    <w:p>
      <w:r>
        <w:br/>
        <w:t>А опівночі зацокотіли копита-примчав панок на коні вороному. Навколо нього гроші золоті вихором кружляють-то вгору підлетять, то по землі в’ються як сніжинки.</w:t>
      </w:r>
    </w:p>
    <w:p>
      <w:r>
        <w:br/>
        <w:t>"То що, Гандрею, — каже панок, — бачиш скільки золота мені люди приносять службою своєю? А ти що зробив?! Га?! Навіщо перед сусідом вибачався, угоду нашу порушував? Чи варта та лопата хоч одного червінця? А у нас з тобою-он їх скільки! На, потримай їх, перебери, дзвін їх золотий послухай — от де радість і щастя з насолодою! Ще не пізно все назад повернути! Візьми, та служи золоту вірнесенько, як раніше служив!"</w:t>
      </w:r>
    </w:p>
    <w:p>
      <w:r>
        <w:br/>
        <w:t>"Ні! Не буду я йому служити! Як сам не хочу-то ніхто не примусить!"— каже Гандрей.</w:t>
      </w:r>
    </w:p>
    <w:p>
      <w:r>
        <w:br/>
        <w:t>"Добром не хочеш — бідою присилую!"— засичав панок.</w:t>
      </w:r>
    </w:p>
    <w:p>
      <w:r>
        <w:br/>
        <w:t>"Гляди щоб пуп не розв’язався козака присилувати, — насупився Гандрей, — так припечатаю, що тут тобі і жаба цицьки дасть!"</w:t>
      </w:r>
    </w:p>
    <w:p>
      <w:r>
        <w:br/>
        <w:t>"Хе-хе, — засміявся панок, — куди тобі,злидню порепаний, зі мною силою мірятися!"</w:t>
      </w:r>
    </w:p>
    <w:p>
      <w:r>
        <w:br/>
        <w:t>Вдарив кінь панський копитом у землю-як грім прогримів!</w:t>
      </w:r>
    </w:p>
    <w:p>
      <w:r>
        <w:br/>
        <w:t>Здригнулася, застогнала земля— і за панком військо яничарське із могили встало. Ятаганами виблискує,списами їжачиться, мушкетами націляється.</w:t>
      </w:r>
    </w:p>
    <w:p>
      <w:r>
        <w:br/>
        <w:t>"Ну що, злякався? — регоче панок, — Де та сила візьметься, що мою силу подужає?"</w:t>
      </w:r>
    </w:p>
    <w:p>
      <w:r>
        <w:br/>
        <w:t>"А ось де!", — Гандрей відказує,та як гукне: "Пугу-пугу! Козак з лугу!"</w:t>
      </w:r>
    </w:p>
    <w:p>
      <w:r>
        <w:br/>
        <w:t>Задвигтіла козацька могила —і перед яничарами козацьке військо як мак зацвіло!</w:t>
      </w:r>
    </w:p>
    <w:p>
      <w:r>
        <w:br/>
        <w:t>Коні іржуть, шаблі бряжчать, пістолі клацають, корогви на вітрі мають.</w:t>
      </w:r>
    </w:p>
    <w:p>
      <w:r>
        <w:br/>
        <w:t>А попереду-кошовий. Ну геть чисто як той лірник! Тільки молодий. Он ще й ліра біля сідла приторочена і очі сміються.</w:t>
      </w:r>
    </w:p>
    <w:p>
      <w:r>
        <w:br/>
        <w:t>— Ну що, хлопче, пристаєш до коша нашого?</w:t>
      </w:r>
    </w:p>
    <w:p>
      <w:r>
        <w:br/>
        <w:t>— Прийміть, батьку!— впав Гандрей на коліна.</w:t>
      </w:r>
    </w:p>
    <w:p>
      <w:r>
        <w:br/>
        <w:t>— А чим же воювати будеш? — питає кошовий, — "Бачу і шаблі у тебе немає."</w:t>
      </w:r>
    </w:p>
    <w:p>
      <w:r>
        <w:br/>
        <w:t>Гандрей— туди, сюди. Дивиться — лопата землею притрушена. Та що він покинув тоді біля могили.</w:t>
      </w:r>
    </w:p>
    <w:p>
      <w:r>
        <w:br/>
        <w:t>Вхопив Гандрей лопату: "Ось моя шабля!"</w:t>
      </w:r>
    </w:p>
    <w:p>
      <w:r>
        <w:br/>
        <w:t>"Ну що ж, добра зброя! Замашна, — сміється кошовий, — "Ану, писарю, пиши Гандрея Охоту до Уманського куреня!"</w:t>
      </w:r>
    </w:p>
    <w:p>
      <w:r>
        <w:br/>
        <w:t>Звівся кошовий в стременах: "Ну, дітки мої,в останній бій ідемо! Не за багатство прокляте, не за ставочок зариблений, пасіку добру, чи хутірець порядний! А за славу козацьку і в оборону люду нашого! Тож повикидайте гроші — дукати золоті,та таляри срібні,та камені коштовні,та жупани золотом гаптовані,щоб не було у вас страху за кишені свої! А тільки страх честь свою козацьку в бою втеряти, та ворога злякатися!"</w:t>
      </w:r>
    </w:p>
    <w:p>
      <w:r>
        <w:br/>
        <w:t>Тут же козаки золото з кишень в багнюку вивертали, кармазинові жупани під копита скидали і шаблі догори здіймали!</w:t>
      </w:r>
    </w:p>
    <w:p>
      <w:r>
        <w:br/>
        <w:t>А Гандрей за мішка свого лапнув-а він з плеча як пушинка злетів!</w:t>
      </w:r>
    </w:p>
    <w:p>
      <w:r>
        <w:br/>
        <w:t>Розмахнувся Гандрей мішком— та гарненько пана по голові і поцілив!</w:t>
      </w:r>
    </w:p>
    <w:p>
      <w:r>
        <w:br/>
        <w:t>Гепнувся панок в болото, розкотилося золото по землі. А яничари ятагани і списи покидали і кинулися те золото хапати-визбирувати, та один в одного віднімати!</w:t>
      </w:r>
    </w:p>
    <w:p>
      <w:r>
        <w:br/>
        <w:t>Куди там вже до бою ставати!</w:t>
      </w:r>
    </w:p>
    <w:p>
      <w:r>
        <w:br/>
        <w:t>Вдарили тоді мушкети козацькі,шаблі задзвеніли, коні заіржали.</w:t>
      </w:r>
    </w:p>
    <w:p>
      <w:r>
        <w:br/>
        <w:t>Хвилею козаки на яничарів накотилися. Бій розпочався.</w:t>
      </w:r>
    </w:p>
    <w:p>
      <w:r>
        <w:br/>
        <w:t>А Гандрей добру силу в руках має-</w:t>
      </w:r>
    </w:p>
    <w:p>
      <w:r>
        <w:br/>
        <w:t>Лопатою ворогів гарненько пригощає!</w:t>
      </w:r>
    </w:p>
    <w:p>
      <w:r>
        <w:br/>
        <w:t>Десятками на землю валить-побиває,</w:t>
      </w:r>
    </w:p>
    <w:p>
      <w:r>
        <w:br/>
        <w:t>До панка дорогу прочищає!</w:t>
      </w:r>
    </w:p>
    <w:p>
      <w:r>
        <w:br/>
        <w:t>Панок палашом своїм золотим затулився.</w:t>
      </w:r>
    </w:p>
    <w:p>
      <w:r>
        <w:br/>
        <w:t>Та куди ж тому золоту проти лопати доброї,у кузні кованій, у воді джерельній гартованій і з держаком із ясена тесаного!</w:t>
      </w:r>
    </w:p>
    <w:p>
      <w:r>
        <w:br/>
        <w:t>Притулив гарненько Гандрей лопатою пана-обсипався той порохом на землю. Тільки палаш зігнутий задзеленчав.</w:t>
      </w:r>
    </w:p>
    <w:p>
      <w:r>
        <w:br/>
        <w:t>Тут — таки і військо пропало і гроші крізь землю пішли.</w:t>
      </w:r>
    </w:p>
    <w:p>
      <w:r>
        <w:br/>
        <w:t>Тільки з яничарської могили виття люте почулося, а з козацької-сурми заграли.</w:t>
      </w:r>
    </w:p>
    <w:p>
      <w:r>
        <w:br/>
        <w:t>Ледве стоїть Гандрей, та лопату сусідську в руках стискає. Все оговтатись не може.</w:t>
      </w:r>
    </w:p>
    <w:p>
      <w:r>
        <w:br/>
        <w:t>Над ранок добився Гандрей додому. А там-ні палат кам’яних, ні золота, ні коштовностей!</w:t>
      </w:r>
    </w:p>
    <w:p>
      <w:r>
        <w:br/>
        <w:t>А він тому і радий, а він і радий!</w:t>
      </w:r>
    </w:p>
    <w:p>
      <w:r>
        <w:br/>
        <w:t>Аж стрибає від радощів, що позбувся скарбу чортівського.</w:t>
      </w:r>
    </w:p>
    <w:p>
      <w:r>
        <w:br/>
        <w:t>А лопату сусід йому після того і подарував.</w:t>
      </w:r>
    </w:p>
    <w:p>
      <w:r>
        <w:br/>
        <w:t>Гандрей став нею сади людям розводити, та криниці копати. І грошей за те не брав ніколи.</w:t>
      </w:r>
    </w:p>
    <w:p>
      <w:r>
        <w:br/>
        <w:t>З Гапочкою одружився, дітей народили, козаків з них виховали працьовитих добрих і хоробрих на радість собі і людям.</w:t>
      </w:r>
    </w:p>
    <w:p>
      <w:r>
        <w:br/>
        <w:t>А як старий став, то серед села липу посадив і просив громаду в пам’ять про себе те дерево не рубати — нехай росте.</w:t>
      </w:r>
    </w:p>
    <w:p>
      <w:r>
        <w:br/>
        <w:t>Так до цих пір серед дороги у нашому Сабадаші липа Охотина стоїть— висока та широка. Усі її об’їжджають то справа, то зліва, а рубати ніхто не сміє.</w:t>
      </w:r>
    </w:p>
    <w:p>
      <w:r>
        <w:br/>
        <w:t>Бо то пам’ять про людину добру.</w:t>
      </w:r>
    </w:p>
    <w:p>
      <w:r>
        <w:br/>
        <w:t>Отож не збирайте багатства на землі а лиш на небі.</w:t>
      </w:r>
    </w:p>
    <w:p>
      <w:r>
        <w:br/>
        <w:t>Вклоняюсь наперед Господу Богу,</w:t>
      </w:r>
    </w:p>
    <w:p>
      <w:r>
        <w:br/>
        <w:t>І батькові отаману кошовому,</w:t>
      </w:r>
    </w:p>
    <w:p>
      <w:r>
        <w:br/>
        <w:t>І всьому Війську славному Запорозькому,</w:t>
      </w:r>
    </w:p>
    <w:p>
      <w:r>
        <w:br/>
        <w:t>І всім слухаючим головам</w:t>
      </w:r>
    </w:p>
    <w:p>
      <w:r>
        <w:br/>
        <w:t>На многії і благая літа!</w:t>
      </w:r>
    </w:p>
    <w:p>
      <w:r>
        <w:br/>
        <w:t>А слава козацька не вмре — не поляже</w:t>
      </w:r>
    </w:p>
    <w:p>
      <w:r>
        <w:br/>
        <w:t>Віднині до віка!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Гандрея і яничарський скарб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