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дурне мишенятко</w:t>
      </w:r>
    </w:p>
    <w:p>
      <w:r>
        <w:br/>
        <w:t xml:space="preserve"> С.Маршак&lt;br /&gt;</w:t>
        <w:br/>
        <w:t>Казка про дурне мишенятко&lt;br /&gt;</w:t>
        <w:br/>
        <w:t>Переклад українською – М.Пригари</w:t>
      </w:r>
    </w:p>
    <w:p>
      <w:r>
        <w:br/>
        <w:t>Мишка ввечері співала:&lt;br /&gt;</w:t>
        <w:br/>
        <w:t>— Спи, маленький! Замовчи!&lt;br /&gt;</w:t>
        <w:br/>
        <w:t>Дам тобі шматочок сала,&lt;br /&gt;</w:t>
        <w:br/>
        <w:t>Недогарочок свічі.&lt;br /&gt;</w:t>
        <w:br/>
        <w:t>Мишеня пищить спросонку:&lt;br /&gt;</w:t>
        <w:br/>
        <w:t>— Ти співаєш дуже тонко,&lt;br /&gt;</w:t>
        <w:br/>
        <w:t>Ти, матусю, не співай,&lt;br /&gt;</w:t>
        <w:br/>
        <w:t>Краще няньку пошукай.</w:t>
      </w:r>
    </w:p>
    <w:p>
      <w:r>
        <w:br/>
        <w:t>Вибігає мишка-мати,&lt;br /&gt;</w:t>
        <w:br/>
        <w:t>Стала качку в гості звати:&lt;br /&gt;</w:t>
        <w:br/>
        <w:t>— Ви приходьте, тьотю качко,&lt;br /&gt;</w:t>
        <w:br/>
        <w:t>Мишенятко колихати.</w:t>
      </w:r>
    </w:p>
    <w:p>
      <w:r>
        <w:br/>
        <w:t>Заспівала качка дзвінко:&lt;br /&gt;</w:t>
        <w:br/>
        <w:t>— Кря-кря-кря! Засни, дитинко!&lt;br /&gt;</w:t>
        <w:br/>
        <w:t>Після дощику в саду&lt;br /&gt;</w:t>
        <w:br/>
        <w:t>Черв'ячка тобі знайду.&lt;br /&gt;</w:t>
        <w:br/>
        <w:t>Їй пищить маленька мишка:&lt;br /&gt;</w:t>
        <w:br/>
        <w:t>— Одійди мерщій од ліжка!&lt;br /&gt;</w:t>
        <w:br/>
        <w:t>Голосні твої пісні&lt;br /&gt;</w:t>
        <w:br/>
        <w:t>Не сподобались мені.</w:t>
      </w:r>
    </w:p>
    <w:p>
      <w:r>
        <w:br/>
        <w:t>Вибігає мишка-мати,&lt;br /&gt;</w:t>
        <w:br/>
        <w:t>Стала жабу в гості звати:&lt;br /&gt;</w:t>
        <w:br/>
        <w:t>— Ви приходьте, тьотю жабо,&lt;br /&gt;</w:t>
        <w:br/>
        <w:t>Мишенятко колихати.</w:t>
      </w:r>
    </w:p>
    <w:p>
      <w:r>
        <w:br/>
        <w:t>— Ква-ква-ква! — співає жабка,&lt;br /&gt;</w:t>
        <w:br/>
        <w:t>— Спи, мишатко — сіра лапка.&lt;br /&gt;</w:t>
        <w:br/>
        <w:t>Дам тобі я комара.&lt;br /&gt;</w:t>
        <w:br/>
        <w:t>Чуєш? Спатоньки пора.&lt;br /&gt;</w:t>
        <w:br/>
        <w:t>Їй пищить маленька мишка:&lt;br /&gt;</w:t>
        <w:br/>
        <w:t>— Одійди мерщій од ліжка!&lt;br /&gt;</w:t>
        <w:br/>
        <w:t>Бо нудні твої пісні,&lt;br /&gt;</w:t>
        <w:br/>
        <w:t>Не сподобались мені.</w:t>
      </w:r>
    </w:p>
    <w:p>
      <w:r>
        <w:br/>
        <w:t>Вибігає мишка-мати,&lt;br /&gt;</w:t>
        <w:br/>
        <w:t>Та конячку стала звати:&lt;br /&gt;</w:t>
        <w:br/>
        <w:t>— Ждем вас, тітонько конячко,&lt;br /&gt;</w:t>
        <w:br/>
        <w:t>Мишенятко колихати.</w:t>
      </w:r>
    </w:p>
    <w:p>
      <w:r>
        <w:br/>
        <w:t>— І-гі-гі,— конячка рже,&lt;br /&gt;</w:t>
        <w:br/>
        <w:t>— Спи, маленький, годі вже!&lt;br /&gt;</w:t>
        <w:br/>
        <w:t>Я для тебе, молодця,&lt;br /&gt;</w:t>
        <w:br/>
        <w:t>Дам свіженького сінця!&lt;br /&gt;</w:t>
        <w:br/>
        <w:t>Та пищить маленька мишка:&lt;br /&gt;</w:t>
        <w:br/>
        <w:t>— Одійди мерщій од ліжка,&lt;br /&gt;</w:t>
        <w:br/>
        <w:t>Бо страшні твої пісні,&lt;br /&gt;</w:t>
        <w:br/>
        <w:t>Не сподобались мені!</w:t>
      </w:r>
    </w:p>
    <w:p>
      <w:r>
        <w:br/>
        <w:t>Вибігає мишка-мати,&lt;br /&gt;</w:t>
        <w:br/>
        <w:t>Стала свинку в гості звати:&lt;br /&gt;</w:t>
        <w:br/>
        <w:t>— Ви приходьте, тьотю свинко,&lt;br /&gt;</w:t>
        <w:br/>
        <w:t>Мишенятко колихати.</w:t>
      </w:r>
    </w:p>
    <w:p>
      <w:r>
        <w:br/>
        <w:t>Заспівала хрипло свинка:&lt;br /&gt;</w:t>
        <w:br/>
        <w:t>— Хро-хро-хро! Засни, дитинко!&lt;br /&gt;</w:t>
        <w:br/>
        <w:t>Спи, дурненьке! Лю-лю-лю!&lt;br /&gt;</w:t>
        <w:br/>
        <w:t>Я морквиночку куплю.&lt;br /&gt;</w:t>
        <w:br/>
        <w:t>Їй пищить маленька мишка:&lt;br /&gt;</w:t>
        <w:br/>
        <w:t>— Одійди мершій од ліжка!&lt;br /&gt;</w:t>
        <w:br/>
        <w:t>Дуже хриплі ці пісні&lt;br /&gt;</w:t>
        <w:br/>
        <w:t>Не сподобались мені.</w:t>
      </w:r>
    </w:p>
    <w:p>
      <w:r>
        <w:br/>
        <w:t>Вибігає мишка-мати,&lt;br /&gt;</w:t>
        <w:br/>
        <w:t>Стала курочку гукати:&lt;br /&gt;</w:t>
        <w:br/>
        <w:t>— Ви приходьте, тьотю Курко,&lt;br /&gt;</w:t>
        <w:br/>
        <w:t>Мишенятко колихати.</w:t>
      </w:r>
    </w:p>
    <w:p>
      <w:r>
        <w:br/>
        <w:t>Заквохтала курка дзвінко:&lt;br /&gt;</w:t>
        <w:br/>
        <w:t>— Ко-ко-ко, не плач, дитинко!&lt;br /&gt;</w:t>
        <w:br/>
        <w:t>Лізь під крильце, дорогенький,&lt;br /&gt;</w:t>
        <w:br/>
        <w:t>Там і сухо, і тепленько.&lt;br /&gt;</w:t>
        <w:br/>
        <w:t>Їй пищить маленька мишка:&lt;br /&gt;</w:t>
        <w:br/>
        <w:t>— Одійди мерщій од ліжка!&lt;br /&gt;</w:t>
        <w:br/>
        <w:t>Голосні твої пісні,&lt;br /&gt;</w:t>
        <w:br/>
        <w:t>Не сподобались мені!</w:t>
      </w:r>
    </w:p>
    <w:p>
      <w:r>
        <w:br/>
        <w:t>Вибігає мишка-мати,&lt;br /&gt;</w:t>
        <w:br/>
        <w:t>Стала щуку в гості звати:&lt;br /&gt;</w:t>
        <w:br/>
        <w:t>— Ви приходьте, тьотю щуко,&lt;br /&gt;</w:t>
        <w:br/>
        <w:t>Мишенятко колихати.</w:t>
      </w:r>
    </w:p>
    <w:p>
      <w:r>
        <w:br/>
        <w:t>Заспівала тьотя щука,&lt;br /&gt;</w:t>
        <w:br/>
        <w:t>Та не чути ані звука.&lt;br /&gt;</w:t>
        <w:br/>
        <w:t>Б'ється, б'ється так і сяк&lt;br /&gt;</w:t>
        <w:br/>
        <w:t>— Не співається ніяк.&lt;br /&gt;</w:t>
        <w:br/>
        <w:t>Їй пищить маленька мишка:&lt;br /&gt;</w:t>
        <w:br/>
        <w:t>— Одійди мерщій од ліжка!&lt;br /&gt;</w:t>
        <w:br/>
        <w:t>Дуже тихі ці пісні&lt;br /&gt;</w:t>
        <w:br/>
        <w:t>Не сподобались мені.</w:t>
      </w:r>
    </w:p>
    <w:p>
      <w:r>
        <w:br/>
        <w:t>Вибігає мишка-мати,&lt;br /&gt;</w:t>
        <w:br/>
        <w:t>Стала кицю в гості звати:&lt;br /&gt;</w:t>
        <w:br/>
        <w:t>— Ви приходьте, тьотю кицю,&lt;br /&gt;</w:t>
        <w:br/>
        <w:t>Мишенятко колихати.</w:t>
      </w:r>
    </w:p>
    <w:p>
      <w:r>
        <w:br/>
        <w:t>Заспівала киця нишком:&lt;br /&gt;</w:t>
        <w:br/>
        <w:t>— М'яу, м'яу! Ляжеш в ліжко.&lt;br /&gt;</w:t>
        <w:br/>
        <w:t>Треба спати! Лю-лю-лю!&lt;br /&gt;</w:t>
        <w:br/>
        <w:t>Я дитиноньку присплю.&lt;br /&gt;</w:t>
        <w:br/>
        <w:t>А мишатко відповіло:&lt;br /&gt;</w:t>
        <w:br/>
        <w:t>— Ти співаєш дуже мило,&lt;br /&gt;</w:t>
        <w:br/>
        <w:t>От хороші ці пісні!&lt;br /&gt;</w:t>
        <w:br/>
        <w:t>Заспівай-но ще мені!</w:t>
      </w:r>
    </w:p>
    <w:p>
      <w:r>
        <w:br/>
        <w:t>Прибігає мати-мишка,&lt;br /&gt;</w:t>
        <w:br/>
        <w:t>Подивилася на ліжко:&lt;br /&gt;</w:t>
        <w:br/>
        <w:t>Мишеня своє шукає,&lt;br /&gt;</w:t>
        <w:br/>
        <w:t>А мишатка вже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дурне мишенятко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