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чумака Микиту, сокиру і халепу</w:t>
      </w:r>
    </w:p>
    <w:p>
      <w:r>
        <w:br/>
        <w:t xml:space="preserve"> &lt;p&gt;Ох і славне чумацьке діло, та на всю Україну відоме! А чумаки — поважні і хазяйновиті люди. Всю зиму добре на печі вилежуються та боки гріють. І ні до чого їм ніякого діла немає — ні до хатньої, ні до польової роботи, хіба що до шинку. Але тільки-но весна настає та сонечко трошки землю підсушить — отут уже, чумаче, не дрімай та не ледачкуй! Ні дня і ні ночі не спочинуть чумаки: треба і воликів відгодувати, і ярма підтесати, і осі, і занози, і вози-мажі підрихтувати та шкурами напнути, та й дьогтю гарненько у мазниці поналивати. Бо відомо, що без дьогтю далеко не доїдеш — запищить-зарипить незмащена дубова вісь і трісне посеред степу. От тоді вже гаплик! Ставай, чумаче, мажу розпаковуй, та все добро на землю скидай, та воза підважуй голоблею, щоб вісь замінити.</w:t>
      </w:r>
    </w:p>
    <w:p>
      <w:r>
        <w:br/>
        <w:t>Отож уже напровесні збиралися чумацькі мажі до нашого села на майдан — і з Конели, і з Жашкова, і з Охматова, і з Жидівчика, і з Зеленого Рогу — так возів із сотню або й більше. Ставали возами в коло, воликів випрягали, а самі до корчми — отамана вибирати.</w:t>
      </w:r>
    </w:p>
    <w:p>
      <w:r>
        <w:br/>
        <w:t>А збиралися чумаки з усієї округи до нашого села через те, що жив у нас Микита. Зроду-віку був він отаманом чумацьким. Чоловік був розумний, хитрий, степ знав як свій запічок, міг і з татарином, і з німаком поговорити, будь-якого москаля у шинку перепити міг, а головне — був такий сильний, що ніхто з ним не міг зрівнятися. Бо як, буває, зустрічаються у степу десь на Чорному шляху дві чумацькі валки — одна з Криму, а друга у Крим, то котрійсь треба звертати з дороги, щоб розминутись. А шлях за віки так колесами укочений, така колія вибита, що звернути геть неможливо — осі поламаєш. То треба все з возів скидати та вози на руках убік відтягати, щоб зустрічну валку пропустити. А ніхто ж уступити не хоче. От тоді вже виходять два отамани перед свої валки і б’ються; хто кого поб’є — та валка їде собі, а побитий мусить свої вози з дороги стягувати.</w:t>
      </w:r>
    </w:p>
    <w:p>
      <w:r>
        <w:br/>
        <w:t>І якщо в степу траплялося, що чужа валка з нашою здибалася, то ще здалеку, придивившись, гукали на волів:</w:t>
      </w:r>
    </w:p>
    <w:p>
      <w:r>
        <w:br/>
        <w:t>— Гей! Стій! Хлопці, розвантажуй вози — он Микитина валка назустріч суне!</w:t>
      </w:r>
    </w:p>
    <w:p>
      <w:r>
        <w:br/>
        <w:t>Знали всі в степу, що Микита бився не навкулачки, не голоблею, як інші отамани, а бився Микита арапником — довжелезним батожищем. То ще здалеку як махне ним — аж кожуха до живого тіла розсікає.</w:t>
      </w:r>
    </w:p>
    <w:p>
      <w:r>
        <w:br/>
        <w:t>Якось навесні зібралися чумаки у Крим по сіль. Вибрали Микиту за отамана, спакувалися. Богу помолились і вдосвіта рушили. Валка з села чи не цілий день вибиралася — отак по колу з майдану вози за возами висотувались та на шлях викочувались. Добре тоді товариство у Крим сходило — і сіль дешево виторгували, і волики не похворіли, і з чумаків ніхто у корчмах не пропився, та й грабіжники не докучали. Зібралися хлопці вже додому вертати.</w:t>
      </w:r>
    </w:p>
    <w:p>
      <w:r>
        <w:br/>
        <w:t>Їдуть собі чумаки, пісень співають, батіжками цвьохкають, на воликів погейкують. Тихо навколо, тільки вітер ковилом грає. Уже скоро і місця рідні з’являться.</w:t>
      </w:r>
    </w:p>
    <w:p>
      <w:r>
        <w:br/>
        <w:t>Коли це раптом чують — десь вовки завили, і все ближче і ближче. Воли заревіли, далі йти не хочуть. Микита валку спинив, наказав зброю добути. Стоять чумаки, довкола озираються — аж тут вовча зграя женеться. Біжать вовки, між возами та між ногами волячими проскакують, але нікого не зачіпають. Усі пробігли — аж іззаду найбільший вовк суне. А межи чумаків був молодий хлопець, що перший раз у Крим ходив і чумацьких звичаїв не знав. Ухопив він з воза сокирку та й кинув у того вовка. і як на те поцілив у ногу. Сокирка застрягла, а вовк як завиє, як побіжить!</w:t>
      </w:r>
    </w:p>
    <w:p>
      <w:r>
        <w:br/>
        <w:t>Затихло все, а валка далі рушила — і все по дорозі плями крові надибала, що з рани вовчої капала. Неспокійно в Микити на серці — відчуває, що неспроста ті вовки бігали, і недобре, що вовка поранили. Аж тут і ніч наступає, та дощ пішов — треба на ночівлю спинятися. Дивляться чумаки — вогник у степу блимає.</w:t>
      </w:r>
    </w:p>
    <w:p>
      <w:r>
        <w:br/>
        <w:t>— Давай, хлопці, туди правити, — каже Микита, — бо ніч непевна, а там таки житло якесь.</w:t>
      </w:r>
    </w:p>
    <w:p>
      <w:r>
        <w:br/>
        <w:t>Уже потемки доїхали чумаки до степового хутора. Там і віконце світиться, і сіно у копицях стоїть, і огорожа висока — є де сховатися від усякої напасті.</w:t>
      </w:r>
    </w:p>
    <w:p>
      <w:r>
        <w:br/>
        <w:t>Давай вони у ворота стукати, щоб їх пустили.</w:t>
      </w:r>
    </w:p>
    <w:p>
      <w:r>
        <w:br/>
        <w:t>Аж тут виходить хазяйка.</w:t>
      </w:r>
    </w:p>
    <w:p>
      <w:r>
        <w:br/>
        <w:t>— Хто такі? — питає.</w:t>
      </w:r>
    </w:p>
    <w:p>
      <w:r>
        <w:br/>
        <w:t>А сама страшна така, що не дай Боже.</w:t>
      </w:r>
    </w:p>
    <w:p>
      <w:r>
        <w:br/>
        <w:t>— Ми люди православні. Чумаки з Бузівки. Пустіть переночувати.</w:t>
      </w:r>
    </w:p>
    <w:p>
      <w:r>
        <w:br/>
        <w:t>— Пустити я можу, але у мене місця мало, та й нагодувати вас нічим. Чоловік нездужає, то я не мала часу і їсти наварити — все його лікувала.</w:t>
      </w:r>
    </w:p>
    <w:p>
      <w:r>
        <w:br/>
        <w:t>— Та нічого, хазяйко, ми якось усі розмістимось, а їсти нам не треба, у нас усе своє.</w:t>
      </w:r>
    </w:p>
    <w:p>
      <w:r>
        <w:br/>
        <w:t>Відчинила господиня ворота, впустила чумаків.</w:t>
      </w:r>
    </w:p>
    <w:p>
      <w:r>
        <w:br/>
        <w:t>Поки волів випрягали, ярма шкірами від дощу накривали, то вже зовсім пізно стало. Позаходили чумаки до хати, посідали, киреї мокрі поскидали, люльки добули — сидять відпочивають. На печі хазяїн хворий лежить, та все стогне, а хазяйка коло нього — лікує.</w:t>
      </w:r>
    </w:p>
    <w:p>
      <w:r>
        <w:br/>
        <w:t>Чумак молодий сидів-сидів, а далі — зирк під лаву, та й знову до люльки, зирк під лаву — і до люльки.</w:t>
      </w:r>
    </w:p>
    <w:p>
      <w:r>
        <w:br/>
        <w:t>— А що ж це ти, хлопче, у мене під лавою шукаєш? — питає хазяйка.</w:t>
      </w:r>
    </w:p>
    <w:p>
      <w:r>
        <w:br/>
        <w:t>— Та ось дивлюся, чи не моя сокирка у вас лежить?</w:t>
      </w:r>
    </w:p>
    <w:p>
      <w:r>
        <w:br/>
        <w:t>— Ага, голубе, попався! То це ти сокирою у вовка вцілив?!</w:t>
      </w:r>
    </w:p>
    <w:p>
      <w:r>
        <w:br/>
        <w:t>— Я, — каже чумак.</w:t>
      </w:r>
    </w:p>
    <w:p>
      <w:r>
        <w:br/>
        <w:t>— А що, може, той вовк тебе зачіпав, чи, може, вола загриз?!</w:t>
      </w:r>
    </w:p>
    <w:p>
      <w:r>
        <w:br/>
        <w:t>— Та ні, — відповідає хлопець.</w:t>
      </w:r>
    </w:p>
    <w:p>
      <w:r>
        <w:br/>
        <w:t>— Ну то знайте усі. що вам звідси не виїхати, бо то не вовк, а мій чоловік. А я — відьма! Тепер мусите мені когось лишити, щоб за чоловіка відробив, поки він одужає. А ні — то і волів ваших заберу, і вас на звірину перетворю! Є у мене таке зілля, що як сипону, то враз обернетеся на кого схочу! Отож лишайте когось, та ще й волів з возами у заставу, бо горе вам буде!</w:t>
      </w:r>
    </w:p>
    <w:p>
      <w:r>
        <w:br/>
        <w:t>Злякалися чумаки — ото вже в халепу вскочили! Почали вони думати — кого ж відьмі залишити? Ніхто не хоче пропадати.</w:t>
      </w:r>
    </w:p>
    <w:p>
      <w:r>
        <w:br/>
        <w:t>Бачить Микита, погане діло:</w:t>
      </w:r>
    </w:p>
    <w:p>
      <w:r>
        <w:br/>
        <w:t>— Ну що ж, товариство, був я у вас хорошим отаманом, водив вас по степах без пригод і напасті всякої, та, видно, дочумакувався — треба мені востаннє вам прислужитися. Їдьте, хлопці, додому, а я тут лишуся. Дасть Бог, якось виживу.</w:t>
      </w:r>
    </w:p>
    <w:p>
      <w:r>
        <w:br/>
        <w:t>Сказав те, низько товариству вклонився і до відьми:</w:t>
      </w:r>
    </w:p>
    <w:p>
      <w:r>
        <w:br/>
        <w:t>— Я лишаюся у вас на службі, паніматко.</w:t>
      </w:r>
    </w:p>
    <w:p>
      <w:r>
        <w:br/>
        <w:t>Наранок попрощалися хлопці та й додому рушили, а Микита з волами своїми лишився.</w:t>
      </w:r>
    </w:p>
    <w:p>
      <w:r>
        <w:br/>
        <w:t>А відьма уже йому й загадує:</w:t>
      </w:r>
    </w:p>
    <w:p>
      <w:r>
        <w:br/>
        <w:t>— Іди, чумаче, та жени моїх коней у степ пастися. Та гляди-но, щоб жоден кінь не пропав. А як через три дні всіх коней не приженеш, то бути і тобі вовком. Таким, як мій чоловік. Ото, щоб ти знав, усі ті вовки раніше у мене на службі людьми були, але ніхто моїх коней не встеріг, то тепер мусять мені довіку служити у вовчій шкурі.</w:t>
      </w:r>
    </w:p>
    <w:p>
      <w:r>
        <w:br/>
        <w:t>Іде Микита, жене коні пастися та й думає: "Ну постривай, клята відьмако, діждеш ти від мене служби, та такої, що довіку не забудеш!" Вигнав коней у степ, та давай їх докупи арапником зганяти, та все кругом ходить, арапником хльоскає, коням пастися не дає. Три дні коней бідних голодом морив, а далі ну додому гнати. А вони не йдуть — а біжать-летять, та до конюшні, та до ясел, та до ячменю, та їсти, їсти, їсти!</w:t>
      </w:r>
    </w:p>
    <w:p>
      <w:r>
        <w:br/>
        <w:t>Відьма глянула — усі коні є, але худі та нещасні дуже.</w:t>
      </w:r>
    </w:p>
    <w:p>
      <w:r>
        <w:br/>
        <w:t>— От клятий чумак, — свариться, — до чого ж ти худобу довів! Не можна тобі, дурню, розумного діла доручати. Курям на сміх твоя робота! О, придумала! Будеш мені курей глядіти! Та щоб копу яєць від них приніс! Тільки от півня у мене немає, та й зерна тобі не дам — як хочеш, так і крутись!</w:t>
      </w:r>
    </w:p>
    <w:p>
      <w:r>
        <w:br/>
        <w:t>Сміється клята відьмака — ото вже загадала! Курей-то вона собі тим зіллям начарувала, а півня зробити не годна, бо то Божа птиця. Звідки ж тим яйцям узятися? Та ще й на голодну кишку.</w:t>
      </w:r>
    </w:p>
    <w:p>
      <w:r>
        <w:br/>
        <w:t>Одвихнулась відьма з двору, а Микита — до комори. У комори двері дубові, на важку колодку замкнені, мотузочком зав’язані і кізячком замазані. Сила в руках є — Микита колодку скрутив, мотузочок порвав, кізячок відколупав — а в коморі зерно як золото! Геть всеньке Микита курям і висипав. А ті понаїдалися, та й сокочуть — півня виглядають. Та де ж його взяти? Ото хитра відьмина загадка!</w:t>
      </w:r>
    </w:p>
    <w:p>
      <w:r>
        <w:br/>
        <w:t>Дурній відьмі і невтямки, що у чумацького отамана крім дьогтю, на возі завжди і півень у кліточці є — щоб будив рано.</w:t>
      </w:r>
    </w:p>
    <w:p>
      <w:r>
        <w:br/>
        <w:t>Як випустив Микита того півня, як почав той курей топтати, то Микита не копу, а дві копи яєць у решеті притаскав.</w:t>
      </w:r>
    </w:p>
    <w:p>
      <w:r>
        <w:br/>
        <w:t>Лютує відьма, але що поробиш? Не можна з чумаком справитись! Хоч і яєць приніс, та он скільки зерна перевів!</w:t>
      </w:r>
    </w:p>
    <w:p>
      <w:r>
        <w:br/>
        <w:t>— Тепер підеш горщики мити та піч мастити. І гляди ж бо, щоб усе чистеньке було та блищало!</w:t>
      </w:r>
    </w:p>
    <w:p>
      <w:r>
        <w:br/>
        <w:t>Микита горщики миє та все підглядає, куди відьмака своє зілля чарівне ховає.</w:t>
      </w:r>
    </w:p>
    <w:p>
      <w:r>
        <w:br/>
        <w:t>Увечері збирається відьма летіти на Лису гору на побачення з нечистою силою. Гарно вбирається, брови підмальовує, кісниками заквітчується, як дівка, сідає на кочергу — і гайда у комин летіти! А Микита сміється собі у вуса:</w:t>
      </w:r>
    </w:p>
    <w:p>
      <w:r>
        <w:br/>
        <w:t>— Ну, вража дочко, ти у мене політаєш!</w:t>
      </w:r>
    </w:p>
    <w:p>
      <w:r>
        <w:br/>
        <w:t>Коли це відьма — гугуп! — на землю падає, аж хата затряслася. Та як підскочить до Микити:</w:t>
      </w:r>
    </w:p>
    <w:p>
      <w:r>
        <w:br/>
        <w:t>— Ти, сякий-такий, матері твоїй перековінька! Ти навіщо кочергу салом намастив?! Я не втрималася та замалим не вбилася!</w:t>
      </w:r>
    </w:p>
    <w:p>
      <w:r>
        <w:br/>
        <w:t>А Микита:</w:t>
      </w:r>
    </w:p>
    <w:p>
      <w:r>
        <w:br/>
        <w:t>— Та я ж для вас старався, щоб гарно було, щоб блищало.</w:t>
      </w:r>
    </w:p>
    <w:p>
      <w:r>
        <w:br/>
        <w:t>— А била б тебе лиха година! Будеш ти у мене блищати, — репетує відьмака, — зараз же тебе на щура оберну!</w:t>
      </w:r>
    </w:p>
    <w:p>
      <w:r>
        <w:br/>
        <w:t>Кинулася відьма до свого зілля, банячок з-під печі витягла, пригорщу зілля сухого набрала, щоб на Микиту сипонути, та як чхне — замалим голова у неї не відірвалася. То Микита туди свого тютюну насипав, та ще й перцю додав і полином присмачив, щоб уже відьмаці зовсім сподобалось.</w:t>
      </w:r>
    </w:p>
    <w:p>
      <w:r>
        <w:br/>
        <w:t>Плаче відьмака, чхає, світу білого не бачить, а Микита все їй під носа зіллячка підсипає. Відьма вже рачки повзає, вже й проситися почала:</w:t>
      </w:r>
    </w:p>
    <w:p>
      <w:r>
        <w:br/>
        <w:t>— Пусти, чумаче, перестань — усе віддам: і волів, і вози, та ще й добра всякого насиплю!</w:t>
      </w:r>
    </w:p>
    <w:p>
      <w:r>
        <w:br/>
        <w:t>Тоді Микита дав відьмі прочхатися, а сам волів своїх запріг, за ворота вивів, та на прощання відьмаку арапником почастував, аби знала, як з людей збиткуватися.</w:t>
      </w:r>
    </w:p>
    <w:p>
      <w:r>
        <w:br/>
        <w:t>Поїхав Микита додому, півень на ярмо скочив — дорогу показувати, а за ним всі кури повтікали!</w:t>
      </w:r>
    </w:p>
    <w:p>
      <w:r>
        <w:br/>
        <w:t>Отож голова у людини не тільки для того, щоб шапку носити!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чумака Микиту, сокиру і халепу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