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а з кардам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а з кардам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