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</w:t>
      </w:r>
    </w:p>
    <w:p>
      <w:r>
        <w:br/>
        <w:t xml:space="preserve"> кажуть що кат&lt;br /&gt;</w:t>
        <w:br/>
        <w:t>працює тепер без фрака&lt;br /&gt;</w:t>
        <w:br/>
        <w:t>і навіть без маски&lt;br /&gt;</w:t>
        <w:br/>
        <w:t>(хіба що в парижі але тут без)&lt;br /&gt;</w:t>
        <w:br/>
        <w:t>він одягнутий звично&lt;br /&gt;</w:t>
        <w:br/>
        <w:t>а звично це&lt;br /&gt;</w:t>
        <w:br/>
        <w:t>сіробуромалинововсмужку</w:t>
      </w:r>
    </w:p>
    <w:p>
      <w:r>
        <w:br/>
        <w:t>жалюгідні смаки&lt;br /&gt;</w:t>
        <w:br/>
        <w:t>провінційних піжонів&lt;br /&gt;</w:t>
        <w:br/>
        <w:t>бурмочуть про кризу театру&lt;br /&gt;</w:t>
        <w:br/>
        <w:t>а навіть цю виставу зіпсували</w:t>
      </w:r>
    </w:p>
    <w:p>
      <w:r>
        <w:br/>
        <w:t>коли мене вішатимуть&lt;br /&gt;</w:t>
        <w:br/>
        <w:t>кат має бути у фраку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