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Карби</w:t>
      </w:r>
    </w:p>
    <w:p>
      <w:r>
        <w:br/>
        <w:t xml:space="preserve"> &lt;p&gt;У пригорщі брав би тото зелене село, леліяв би, як дрібненьку запашну отаву, гладив би, як паву.</w:t>
      </w:r>
    </w:p>
    <w:p>
      <w:r>
        <w:br/>
        <w:t>Дивіть, хитається межи горами, гей дубова колиска у віночку, чічки розкидає.</w:t>
      </w:r>
    </w:p>
    <w:p>
      <w:r>
        <w:br/>
        <w:t>Хотів би тоті чічки позбирати, вітрові не дати, в садочку посадити. Та скілько разів рука за ними посягне, стілько разів мерця підіймає.</w:t>
      </w:r>
    </w:p>
    <w:p>
      <w:r>
        <w:br/>
        <w:t>Сухі, надмогильні квітки на цминтарних, струпішілих хрестах.</w:t>
      </w:r>
    </w:p>
    <w:p>
      <w:r>
        <w:br/>
        <w:t>А хоч би їх позліткою золотити, не повеселіють.</w:t>
      </w:r>
    </w:p>
    <w:p>
      <w:r>
        <w:br/>
        <w:t>А хоч би їх росою росити, не покрасніють.</w:t>
      </w:r>
    </w:p>
    <w:p>
      <w:r>
        <w:br/>
        <w:t>Лиш би їх до серця тулити, лиш би ними серце кривавити.</w:t>
      </w:r>
    </w:p>
    <w:p>
      <w:r>
        <w:br/>
        <w:t>Най би раз сонце на каміннім вершку сіло, най би на тото село подивилося.</w:t>
      </w:r>
    </w:p>
    <w:p>
      <w:r>
        <w:br/>
        <w:t>Студені, чорні долоні його обтулять, німі лиця його стривожать. Хмарами його обсотають, ожеледдю зажеледять.</w:t>
      </w:r>
    </w:p>
    <w:p>
      <w:r>
        <w:br/>
        <w:t>У пазуху ховав би тоті хмари, коло серця їх грів би.</w:t>
      </w:r>
    </w:p>
    <w:p>
      <w:r>
        <w:br/>
        <w:t>Коби влазилися, коби серця не розмняцкали!</w:t>
      </w:r>
    </w:p>
    <w:p>
      <w:r>
        <w:br/>
        <w:t>Плачі горами стеляться, дугами гори уперізують. Буйні вітри ними граються. Тут були, тут нема: співанки жалібні.</w:t>
      </w:r>
    </w:p>
    <w:p>
      <w:r>
        <w:br/>
        <w:t>Зоря росою їх змиває, гей мід спиває.</w:t>
      </w:r>
    </w:p>
    <w:p>
      <w:r>
        <w:br/>
        <w:t>Таке село тихоньке, таке зарошене! Деревище у мокрій ямі межи німими могилами.</w:t>
      </w:r>
    </w:p>
    <w:p>
      <w:r>
        <w:br/>
        <w:t>Ану, беріте та голубіте його, ану, пестіть та обіймайте!</w:t>
      </w:r>
    </w:p>
    <w:p>
      <w:r>
        <w:br/>
        <w:t>Лиш варуйте серце, бо воно вам серце покервавить, глибоко покарбує.</w:t>
      </w:r>
    </w:p>
    <w:p>
      <w:r>
        <w:br/>
        <w:t>І</w:t>
      </w:r>
    </w:p>
    <w:p>
      <w:r>
        <w:br/>
        <w:t>Дьидя гримав кулаком у стіл і погрожував Петрикові, що його утопить, бо пустий, бо хоче багато їсти.</w:t>
      </w:r>
    </w:p>
    <w:p>
      <w:r>
        <w:br/>
        <w:t>Петрик ховався дідові під приділок і шепотів синіми губками, що не боїться дьиді, бо піде з дідом.</w:t>
      </w:r>
    </w:p>
    <w:p>
      <w:r>
        <w:br/>
        <w:t>На те дьидя м’якнув і відпускав його дідові:</w:t>
      </w:r>
    </w:p>
    <w:p>
      <w:r>
        <w:br/>
        <w:t>— Хоть беріт ’го у пазуху, а хоть у торбину, я вам не бороню. Віна мені не дали-сте, чим їх нагодую?</w:t>
      </w:r>
    </w:p>
    <w:p>
      <w:r>
        <w:br/>
        <w:t>Дідові руки дрожали, як Петрика гладили:</w:t>
      </w:r>
    </w:p>
    <w:p>
      <w:r>
        <w:br/>
        <w:t>— Не журітси, небожєта, тото чемний онука, буде мене слухати, буде бабі помагати.</w:t>
      </w:r>
    </w:p>
    <w:p>
      <w:r>
        <w:br/>
        <w:t>А неня плакала.</w:t>
      </w:r>
    </w:p>
    <w:p>
      <w:r>
        <w:br/>
        <w:t>Під гору взяв дід внука на коркоші, аби не покотився надолину, як яблуко. Баба стояла вже навперед хати і визирала годованця.</w:t>
      </w:r>
    </w:p>
    <w:p>
      <w:r>
        <w:br/>
        <w:t>— Ходи ’д бабі, Петрику, ходи борше, лиши діда!</w:t>
      </w:r>
    </w:p>
    <w:p>
      <w:r>
        <w:br/>
        <w:t>Відтак завела його у хату та й денцівку дала й казала, що буде на припічку спати ніжками до печі. А дід казав, що купить йому велику сопівку на вісім пальців.</w:t>
      </w:r>
    </w:p>
    <w:p>
      <w:r>
        <w:br/>
        <w:t>— Та й бриль касьтровий тобі куплю, а баба павами обтичьит!</w:t>
      </w:r>
    </w:p>
    <w:p>
      <w:r>
        <w:br/>
        <w:t>Петрик роздивлювався по хаті і бачив образи, стіл, грядки й полиці тоті самі, що в дьиді. Лиш комин був інший: кафльовий, мальований. Дід посадив його на коліна і уважав, аби в печі горшки не позбігали. Показував пальцями мальованих стрільців на комині та й розказував, як вони татарів та багачів різали, смолою обкапували. І обіцював, що справить йому пушку і топорець зробить.</w:t>
      </w:r>
    </w:p>
    <w:p>
      <w:r>
        <w:br/>
        <w:t>Десь так через тиждень прийшла неня відізнати, що її дитина робить. А Петрик такий біленький, такий вичесаний, гей голубець. Розповідав нені, як йому добре у діда. Хвалився, що разом з дідом і бабою на лавиці обідає і разом вечеряє. Показував сопівку, і постільці дублені, та онучки черлені та й питався нені, чи вже великий, чи не міг би татарів та багачів стріляти, як оті стрільці на комині.</w:t>
      </w:r>
    </w:p>
    <w:p>
      <w:r>
        <w:br/>
        <w:t>Та й дід і баба його хвалили, а неня радувалася.</w:t>
      </w:r>
    </w:p>
    <w:p>
      <w:r>
        <w:br/>
        <w:t>На храм вуйни і вуйки з чужих сіл посходилися. Петрикові обарінки давали, називали чемним легінем.</w:t>
      </w:r>
    </w:p>
    <w:p>
      <w:r>
        <w:br/>
        <w:t>— Файного, діду, онуку маєте, коби здоров був!</w:t>
      </w:r>
    </w:p>
    <w:p>
      <w:r>
        <w:br/>
        <w:t>— Тото у мене господар, діда ввечір роззуває, люльку дідові запікає.</w:t>
      </w:r>
    </w:p>
    <w:p>
      <w:r>
        <w:br/>
        <w:t>— Ой ні, то бабина дитина, мені горшки сокотит, з окропу пінку збирає.</w:t>
      </w:r>
    </w:p>
    <w:p>
      <w:r>
        <w:br/>
        <w:t>Хлоп’яче бліде личко рум’янилося і ховалося за бабину опинку.</w:t>
      </w:r>
    </w:p>
    <w:p>
      <w:r>
        <w:br/>
        <w:t>— Шо поцтиве, а шо мудре, най си тєкне. Я вже не раз кажу бабі: коби ше нам люди не наврочили нашого парубка!</w:t>
      </w:r>
    </w:p>
    <w:p>
      <w:r>
        <w:br/>
        <w:t>— Нівроку, нівроку!</w:t>
      </w:r>
    </w:p>
    <w:p>
      <w:r>
        <w:br/>
        <w:t>— А йди-ста, Петрику!</w:t>
      </w:r>
    </w:p>
    <w:p>
      <w:r>
        <w:br/>
        <w:t>— Йди, небоже, поцулуй вуйну в руку.</w:t>
      </w:r>
    </w:p>
    <w:p>
      <w:r>
        <w:br/>
        <w:t>— Файно, рости великий!</w:t>
      </w:r>
    </w:p>
    <w:p>
      <w:r>
        <w:br/>
        <w:t>— А цесу вуйну, а цесу? А тепер вуйків! Кажу вам, така дитина, що аж!</w:t>
      </w:r>
    </w:p>
    <w:p>
      <w:r>
        <w:br/>
        <w:t>По харчунку дід дальше веселив гостей своїм внуком.</w:t>
      </w:r>
    </w:p>
    <w:p>
      <w:r>
        <w:br/>
        <w:t>Петрик ще ніколи не бачив тільки незнакомих очей, щоби на нього дивилися. Обминав їх, як вогнисте проміння, від котрого паленів і розтоплювався. Вуйни досягали його руками і гладили, як біле курятко, аби зі собою освоїти. Але він, як слиж, висувався з-під долонь і утікав під стіл та й заслонювався звисаючою скатертю. Тоді усі хвали переходили на легкі докори, а з годного легіня робилася бабина дитина. Бабине приговорювання не могло його вигулити з дучки, аж доки дід не сів на порозі і не заграв гуцулки в сопівку.</w:t>
      </w:r>
    </w:p>
    <w:p>
      <w:r>
        <w:br/>
        <w:t>А тепер дід тобі каже, аби-с йшов гайдука данцувати, най вуйки та вуйни видют!</w:t>
      </w:r>
    </w:p>
    <w:p>
      <w:r>
        <w:br/>
        <w:t>На дідове слово хлопець несміливо попід боки брався, підскакував і присідав навприсядки, плескав землю ручками.</w:t>
      </w:r>
    </w:p>
    <w:p>
      <w:r>
        <w:br/>
        <w:t>— Гей-гоп, гопачя!</w:t>
      </w:r>
    </w:p>
    <w:p>
      <w:r>
        <w:br/>
        <w:t>— Йкий данцівник годний!</w:t>
      </w:r>
    </w:p>
    <w:p>
      <w:r>
        <w:br/>
        <w:t>Худокосте, захмарене дідове лице ясніло під сивим, гей вишневий цвіт, волоссям, а його веселість перелітала і на лиця усіх гостей. Вуйни розбезпечувались і підспівували довгими, крутими голосами, а вуйки підтуптували ногами. Та коли данцівник відтанцював своє, дід заводив такої жалібної, що усі гості надолину голови спускали, як птахи, дощем зіпрані, а баба глибоко зітхала. Петрик піснів на вид покорченої і засумованої старині і, як кіт, крадьки надслухував, бо хотів дізнатися, хто тому винен. Але не міг дослухатися свого, бо стариня падькалася та нарікала на тяжкі роки, а дід згадував вправді давні, ліпші часи та кривдувався на теперішні так, як каждого вечора перед бабою кривдується. Руки собі заломлював і казав, що уся Гуцулія на старців переходить. Аж як прийшла бесіда про дідового зятя і доньку та про їх діточок, вхопив Петрика туск за серце і витиснув наверх сльози, як росу на голубих чічках.</w:t>
      </w:r>
    </w:p>
    <w:p>
      <w:r>
        <w:br/>
        <w:t>Небагато хибувало до того, щоби наголос був не розплакався, але баба погрожувала йому, що відведе назад до дьиді і що там дадуть йому чиколонки їсти. Та й тим діточий плач загатила, туск у серці потановила. А гості казали йому соромитися за таке м’яке діточе серце.</w:t>
      </w:r>
    </w:p>
    <w:p>
      <w:r>
        <w:br/>
        <w:t>— Поки-с у діда, то не плач, небоже, ше тот чєс не прийшов на тебе!</w:t>
      </w:r>
    </w:p>
    <w:p>
      <w:r>
        <w:br/>
        <w:t>На великдень баба убрала Петрика, як паву, і провадила з дідом до дьиді у гості. По дорозі писанки з пазухи виймала, людським дітям за простибі роздавала.</w:t>
      </w:r>
    </w:p>
    <w:p>
      <w:r>
        <w:br/>
        <w:t>— А єк ми, Петрику, загинемо, то ти будеш за дідову та й бабину душу давати, будемо менше карбів мати.</w:t>
      </w:r>
    </w:p>
    <w:p>
      <w:r>
        <w:br/>
        <w:t>Петрик не раз уже бачив у селі похорони, чув голосні, жалібні плачі, а вкупі з ними й бесіду про карби, котрих навіть старші люди лякалися і на яких згадку сумко зітхали, як перед чорною зловіщою тучею або чумою жахалися. У його хлоп’ячій уяві виступали ті карби темними, неясними, страшними ворогами його старині, вуйків, і тіток, і усього великого села.</w:t>
      </w:r>
    </w:p>
    <w:p>
      <w:r>
        <w:br/>
        <w:t>— Не бійтеси, дідику та й бабко, єк купите мені стрільбу, то я тоті карби вистрілєю шо до лаби!</w:t>
      </w:r>
    </w:p>
    <w:p>
      <w:r>
        <w:br/>
        <w:t>II</w:t>
      </w:r>
    </w:p>
    <w:p>
      <w:r>
        <w:br/>
        <w:t>Сталося так, що дід не діждався помочі із свого внука. Як лишень Петрик виходив свої роки до школи, поховали діда, а дьидя забрав сина від баби і передав у чужі руки, у місто до школи.</w:t>
      </w:r>
    </w:p>
    <w:p>
      <w:r>
        <w:br/>
        <w:t>— Коли-с не гарен робити, то ґаздов не будеш, письма бериси!</w:t>
      </w:r>
    </w:p>
    <w:p>
      <w:r>
        <w:br/>
        <w:t>От так, як би буря зірвалася і з рясного, зеленого саду відчімхала молоденьку галузочку у ярі та й у млаку межи лози загнала.</w:t>
      </w:r>
    </w:p>
    <w:p>
      <w:r>
        <w:br/>
        <w:t>Як би на тому місці велика, кервава рана лишилася і переділювала одно життя і одно тіло на дві нерівні часті.</w:t>
      </w:r>
    </w:p>
    <w:p>
      <w:r>
        <w:br/>
        <w:t>Намагався той біль переболіти, тоту рану загоїти.</w:t>
      </w:r>
    </w:p>
    <w:p>
      <w:r>
        <w:br/>
        <w:t>Гнувся додолу, як лоза від вітру, мовчав, як маленький гріб, а очима крадьки папоротиного цвіту шукав.</w:t>
      </w:r>
    </w:p>
    <w:p>
      <w:r>
        <w:br/>
        <w:t>Болю не переболів, рани не загоїв.</w:t>
      </w:r>
    </w:p>
    <w:p>
      <w:r>
        <w:br/>
        <w:t>Тріпався, як птах у клітці, і ще дужче калічився. Обезсилений падав і дивився на відтяте життя, на молодість яснокрилу та й, як злодій, до свого села перекрадався.</w:t>
      </w:r>
    </w:p>
    <w:p>
      <w:r>
        <w:br/>
        <w:t>Бачив леваду, могилами укриту, червоною луною забагрену; чув жасні стони карбованих кістяків голих, пізнавав їх і плакав.</w:t>
      </w:r>
    </w:p>
    <w:p>
      <w:r>
        <w:br/>
        <w:t>Здригався і прокидався зі зболеним, карбованим серцем.</w:t>
      </w:r>
    </w:p>
    <w:p>
      <w:r>
        <w:br/>
        <w:t>Сам себе не пізнавав у панськім плахтю, і люди його не пізнавали.</w:t>
      </w:r>
    </w:p>
    <w:p>
      <w:r>
        <w:br/>
        <w:t>Соромився кожного кроку й утікав від людей. А на ферії прилітав Петрик додому.</w:t>
      </w:r>
    </w:p>
    <w:p>
      <w:r>
        <w:br/>
        <w:t>Баба з радощів у долоні сплескувала, до нені говорила:</w:t>
      </w:r>
    </w:p>
    <w:p>
      <w:r>
        <w:br/>
        <w:t>— Ти у Бога шіслива, шо таку дитину маєш! Аді йкий пишний, панцке лице має!</w:t>
      </w:r>
    </w:p>
    <w:p>
      <w:r>
        <w:br/>
        <w:t>А як Петрик у неділю стояв у церкві коло дяківського крилоса, то баба його очима пасла та усім кумам у бабинці за нього шепотом розповідала.</w:t>
      </w:r>
    </w:p>
    <w:p>
      <w:r>
        <w:br/>
        <w:t>— То на світі поцтива дитина, у великих школах учьиєси, мене у руку цулує. Так письма береси, що паничів учьит і старині грейцір посилає. То велику голову має!</w:t>
      </w:r>
    </w:p>
    <w:p>
      <w:r>
        <w:br/>
        <w:t>А як куми звели до того бесіду, що він головою не вдався ані у свого дьидю, ані у неню, лиш таки в свою бабу, то вона не могла з радощів говорити і хіба потакувала головою та й обома сивобровими очима мірила Петрикову голову.</w:t>
      </w:r>
    </w:p>
    <w:p>
      <w:r>
        <w:br/>
        <w:t>Ґазди обступали Петрика і випитувалися його про всячину, а баба зараз десь збоку ставала і помагала внукові відповідати на завдані питання.</w:t>
      </w:r>
    </w:p>
    <w:p>
      <w:r>
        <w:br/>
        <w:t>— Тото, любєтка, не наша голова до такого розуму ей де!., тото очима траба би їсти.</w:t>
      </w:r>
    </w:p>
    <w:p>
      <w:r>
        <w:br/>
        <w:t>Бадіки хотіли її приперти, аби так хлопця не перехвалювала, але баба сіпала Петрика за рукав і кликала додому, а бадікам не давалася переговорити.</w:t>
      </w:r>
    </w:p>
    <w:p>
      <w:r>
        <w:br/>
        <w:t>— Нас хоть би у тімє хто гупав, то нічо не вигупає, ой не вигупає, любєтка!</w:t>
      </w:r>
    </w:p>
    <w:p>
      <w:r>
        <w:br/>
        <w:t>На танці легіні брали Петрика межи себе, називали стриженим урльопником і просили, аби танцював сольки. Дівчата підсмішкувалися, здвигали плечима, із стрижаком танцювати соромились.</w:t>
      </w:r>
    </w:p>
    <w:p>
      <w:r>
        <w:br/>
        <w:t>— А де твої, Петрику, пави?</w:t>
      </w:r>
    </w:p>
    <w:p>
      <w:r>
        <w:br/>
        <w:t>— Де топорець карбований?</w:t>
      </w:r>
    </w:p>
    <w:p>
      <w:r>
        <w:br/>
        <w:t>— Де твоя стрільба, Петрику?</w:t>
      </w:r>
    </w:p>
    <w:p>
      <w:r>
        <w:br/>
        <w:t>Аж баба не втерпіла, ганьбити їх мусила.</w:t>
      </w:r>
    </w:p>
    <w:p>
      <w:r>
        <w:br/>
        <w:t>— Ніби він на вас дивитси, ніби ви против него? Ше таку приведе біленьку паню, шо будете єї в руку цулувати. Йкої нужди шкіритеси?</w:t>
      </w:r>
    </w:p>
    <w:p>
      <w:r>
        <w:br/>
        <w:t>Дівчата ще дужче сміялися, бабині слова на кпи брали. Лиш чорнобрива Калина Несторієва не відзивалася, жалем серце обсотувала, сумом твар запишнювала.</w:t>
      </w:r>
    </w:p>
    <w:p>
      <w:r>
        <w:br/>
        <w:t>Отік нагадувала собі, як з Петриком вівці пасла, співанки співала, прошивки йому вишивала, на свят-вечір оріхами частувала.</w:t>
      </w:r>
    </w:p>
    <w:p>
      <w:r>
        <w:br/>
        <w:t>Отік ловила тоті слова, котрими колись Петрикова баба до неї лебеділа, своєю невісткою називала. Наче за мерцем, за Петриком банувала.</w:t>
      </w:r>
    </w:p>
    <w:p>
      <w:r>
        <w:br/>
        <w:t>По слотливім тижні баба веріткою накривалася, із внуком у ліс гриби збирати вибиралася.</w:t>
      </w:r>
    </w:p>
    <w:p>
      <w:r>
        <w:br/>
        <w:t>Бродили травами обоє, по коліна зарошені. Глипали через окіп у камеру і бачили гриби, як густу розсаду. Переступили і збирали.</w:t>
      </w:r>
    </w:p>
    <w:p>
      <w:r>
        <w:br/>
        <w:t>Надійшов злісний. Розкричався на бабу, відобрав кошіль і вхопив за верітку. Баба спирала і відпрошувалася, як дитина.</w:t>
      </w:r>
    </w:p>
    <w:p>
      <w:r>
        <w:br/>
        <w:t>Злісний трутив її так, що вона упала. Петрикові лють бесіду відобрала, стояв, як свічка. Злісний глянув на нього і, кидаючи кошіль та й верітку, усміхнувся: "Встидзь сє, пан, зе старов хлопков гжиби збіраць, пан гімназияста!"[87].</w:t>
      </w:r>
    </w:p>
    <w:p>
      <w:r>
        <w:br/>
        <w:t>І пішов далі.</w:t>
      </w:r>
    </w:p>
    <w:p>
      <w:r>
        <w:br/>
        <w:t>Баба приходила до себе й радувалася верітці та й кошелеві, начеб дістала їх в дарунку від злісного, а рівночасно билася в груди і йойкалася та нарікала сама на себе, що один карб більше заробила.</w:t>
      </w:r>
    </w:p>
    <w:p>
      <w:r>
        <w:br/>
        <w:t>А Петрик чув, як в його серце новий карб врізувався.</w:t>
      </w:r>
    </w:p>
    <w:p>
      <w:r>
        <w:br/>
        <w:t>III</w:t>
      </w:r>
    </w:p>
    <w:p>
      <w:r>
        <w:br/>
        <w:t>Ще листєчко з дерев не попадало, ще багацька бараболя у купинах не дійшла, ще коноплі у мочулах не вимочились, як Петрикова баба забагла умирати.</w:t>
      </w:r>
    </w:p>
    <w:p>
      <w:r>
        <w:br/>
        <w:t>Смеркало.</w:t>
      </w:r>
    </w:p>
    <w:p>
      <w:r>
        <w:br/>
        <w:t>Крилаті, темні тіні на стінах сідали і, мов сільські гробарі над гробом, ждали.</w:t>
      </w:r>
    </w:p>
    <w:p>
      <w:r>
        <w:br/>
        <w:t>А світло їх у закутки заганяло.</w:t>
      </w:r>
    </w:p>
    <w:p>
      <w:r>
        <w:br/>
        <w:t>— Буду гинути, Петрику!</w:t>
      </w:r>
    </w:p>
    <w:p>
      <w:r>
        <w:br/>
        <w:t>Неня свічку у руці придержувала і сплаканими очима потакувала, що баба буде гинути.</w:t>
      </w:r>
    </w:p>
    <w:p>
      <w:r>
        <w:br/>
        <w:t>— Що вас болить, бабко?</w:t>
      </w:r>
    </w:p>
    <w:p>
      <w:r>
        <w:br/>
        <w:t>— Усе тіло болит, небоже, бабу.</w:t>
      </w:r>
    </w:p>
    <w:p>
      <w:r>
        <w:br/>
        <w:t>— А не мож би лікаря привезти?</w:t>
      </w:r>
    </w:p>
    <w:p>
      <w:r>
        <w:br/>
        <w:t>— Ей де, небоже! Прийшов чєс, та й нема куда. Багачі кличут, та шо з того? Або ми маємо відки?</w:t>
      </w:r>
    </w:p>
    <w:p>
      <w:r>
        <w:br/>
        <w:t>— Чемна дитина! — шепотіла баба і намагалася піднести руку, аби погладити внука.</w:t>
      </w:r>
    </w:p>
    <w:p>
      <w:r>
        <w:br/>
        <w:t>Дрібні сльози розплилися по її набресклому, восковому лицю і потавали в ньому, як краплі роси на перегорілому пласті сіна.</w:t>
      </w:r>
    </w:p>
    <w:p>
      <w:r>
        <w:br/>
        <w:t>— То баба хочут, синку, аби-с з ними на смерть по-прощьивси, — відгадувала неня бабину волю.</w:t>
      </w:r>
    </w:p>
    <w:p>
      <w:r>
        <w:br/>
        <w:t>Петрик вхопив бабині руки, цілував і плакав.</w:t>
      </w:r>
    </w:p>
    <w:p>
      <w:r>
        <w:br/>
        <w:t>— Просшьий мене, Петрику!</w:t>
      </w:r>
    </w:p>
    <w:p>
      <w:r>
        <w:br/>
        <w:t>— Най Біг простить, бабко.</w:t>
      </w:r>
    </w:p>
    <w:p>
      <w:r>
        <w:br/>
        <w:t>— І другий раз!</w:t>
      </w:r>
    </w:p>
    <w:p>
      <w:r>
        <w:br/>
        <w:t>— Най Біг простить.</w:t>
      </w:r>
    </w:p>
    <w:p>
      <w:r>
        <w:br/>
        <w:t>— І третий раз!</w:t>
      </w:r>
    </w:p>
    <w:p>
      <w:r>
        <w:br/>
        <w:t>— Най Біг простить.</w:t>
      </w:r>
    </w:p>
    <w:p>
      <w:r>
        <w:br/>
        <w:t>Тиша пролетіла через хату, сльозами обмита.</w:t>
      </w:r>
    </w:p>
    <w:p>
      <w:r>
        <w:br/>
        <w:t>Баба по стелині наляканими очима водила, руки підіймала і як би рій мух від себе обганяла.</w:t>
      </w:r>
    </w:p>
    <w:p>
      <w:r>
        <w:br/>
        <w:t>— Карби, карби! — простогнала тяжко, мовби через горло важку, велику колоду перетручувала.</w:t>
      </w:r>
    </w:p>
    <w:p>
      <w:r>
        <w:br/>
        <w:t>— Тото, небоже, бабі карби уже привижьиютси.</w:t>
      </w:r>
    </w:p>
    <w:p>
      <w:r>
        <w:br/>
        <w:t>Петрик мимохіть глипнув на стелину, але, крім закурілих, давніх сволоків, не бачив нічого.</w:t>
      </w:r>
    </w:p>
    <w:p>
      <w:r>
        <w:br/>
        <w:t>Баба примикала очі і перехилювала вдолину голову та й гейби ховалась перед падучою згори скалою.</w:t>
      </w:r>
    </w:p>
    <w:p>
      <w:r>
        <w:br/>
        <w:t>— Любко-бабко, не бійтеся ніяких карбів, ви ще подужаєте.</w:t>
      </w:r>
    </w:p>
    <w:p>
      <w:r>
        <w:br/>
        <w:t>Баба була би внукові перечила, але не могла, а замість неї неня говорила:</w:t>
      </w:r>
    </w:p>
    <w:p>
      <w:r>
        <w:br/>
        <w:t>— Тото, синку, перед смертев кождому карби показуютси, на душу чікают. Тобі дав біг таку долю, шо учьиєшси у школах та й будеш великий розум мати, будеш тим паном. То ти меш кібзувати, шо гріх, а шо ні, за шо карбуєси карби. А ми, синку, невчьині, не знаємо. А хоть знаємо, то у біді не памнітаємо, шо робимо, а то все йде на душу. Шо гріх, то все карб на палици у пана Бога та й на души карб. Єк душя на тот світ приходит, то єї карби уже пораховані, уже муки терпіти має. Видиш, небоже, шо коло нас бідно дієси, та й не раз гріхи робитси. Не віддастси довжок, возмеси чужу форостину, залихословитси — та й вже є, вже тото у Бога карбовано. А за кождий карб траба кару приймити. Коби-то ми бірували, коби-сми сокотилиси.</w:t>
      </w:r>
    </w:p>
    <w:p>
      <w:r>
        <w:br/>
        <w:t>— Карби! Карби! — стогнала баба й руки випручала.</w:t>
      </w:r>
    </w:p>
    <w:p>
      <w:r>
        <w:br/>
        <w:t>— Не бійтеси, ненько, біг з вами! Ше дітей лишьиєте, ше за вас молитися будут та й пан біг умалит вам карби, — як могла, потішала донька бабу. — А може, Господь даст, шо мій Петрик на попа вивчьитси, то буде за вас служби правити, будут вам карби даровані.</w:t>
      </w:r>
    </w:p>
    <w:p>
      <w:r>
        <w:br/>
        <w:t>— Будуть вам, бабко, карби даровані!</w:t>
      </w:r>
    </w:p>
    <w:p>
      <w:r>
        <w:br/>
        <w:t>Бабині очі останній раз подивилися приязно і ласкаво на Петрика як на одинокого рятівника і помаленьки ледом замерзали.</w:t>
      </w:r>
    </w:p>
    <w:p>
      <w:r>
        <w:br/>
        <w:t>А бабині карби зірвалися і роєм за душею гнали, з хати вилітали.</w:t>
      </w:r>
    </w:p>
    <w:p>
      <w:r>
        <w:br/>
        <w:t>Навкруги ліси глухо шуміли, трави тремтіли, до землі стелились.</w:t>
      </w:r>
    </w:p>
    <w:p>
      <w:r>
        <w:br/>
        <w:t>Бабина душа вибігала на верховіття дерев, перескакувала з листка на листок, стручувала росу і тріпотіла голими порубаними крильцями.</w:t>
      </w:r>
    </w:p>
    <w:p>
      <w:r>
        <w:br/>
        <w:t>Боялася з карбами ще дальше ’д горі летіти, але вітер займив її силоміць.</w:t>
      </w:r>
    </w:p>
    <w:p>
      <w:r>
        <w:br/>
        <w:t>За нею розбіглися жалібні плачі і тужливий голос трембіти та й сільських дзвонів, але не могли її здогонити.</w:t>
      </w:r>
    </w:p>
    <w:p>
      <w:r>
        <w:br/>
        <w:t>Верталися назад голими ножами і викроювали у Петриковім серцю карби, котрі ніколи не загояться і не заростуть панським салом.</w:t>
      </w:r>
    </w:p>
    <w:p>
      <w:r>
        <w:br/>
        <w:t>1901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