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Караїм Явдоким</w:t>
      </w:r>
    </w:p>
    <w:p>
      <w:r>
        <w:br/>
        <w:t xml:space="preserve"> &lt;p&gt;В давні часи в якономії прикажчик керував отаманами, отамани — приставами, а ці вже безпосередньо мали справу з робітниками. Тут, як у всякому ділі, був свій відбір. Люди щирі, лагідні, совісні непридатні були для цих посад, сюди, навпаки, вимагалися керівники діяльної вдачі, в руках яких нагай, дрюк і батіг не являлись окрасою. Караїм теж був швидкий на гарячі заходи, вмів орудувати києм, граблищами, карбачем.</w:t>
      </w:r>
    </w:p>
    <w:p>
      <w:r>
        <w:br/>
        <w:t>В жнива, в рік мого народження, він особливо лютував, не сподіваючись, що часи змінилися, періщив людей, аж шмаття з-під наконечника летіло. Люди вирішили провчити Караїма. Вночі накрили товстою рядниною, лупцювали і приказували:</w:t>
      </w:r>
    </w:p>
    <w:p>
      <w:r>
        <w:br/>
        <w:t>— А будеш карбачем бити? Будеш києм ребра людям ламати? Будеш на людських плечах трощить граблища?</w:t>
      </w:r>
    </w:p>
    <w:p>
      <w:r>
        <w:br/>
        <w:t>Караїм спочатку виривався, кричав, погрожував:</w:t>
      </w:r>
    </w:p>
    <w:p>
      <w:r>
        <w:br/>
        <w:t>— Я вас в тюрягу! В кутузку! В Сибір! — Але незабаром його запал поменшав, і тепер він уже благав після кожної палиці:— Ой, пустіть, хлопці!</w:t>
      </w:r>
    </w:p>
    <w:p>
      <w:r>
        <w:br/>
        <w:t>— А будеш собакою!</w:t>
      </w:r>
    </w:p>
    <w:p>
      <w:r>
        <w:br/>
        <w:t>— їй-богу, ке буду!</w:t>
      </w:r>
    </w:p>
    <w:p>
      <w:r>
        <w:br/>
        <w:t>— А будеш між,людьми людиною!</w:t>
      </w:r>
    </w:p>
    <w:p>
      <w:r>
        <w:br/>
        <w:t>— Буду, добрі люди, їже-богу, буду!</w:t>
      </w:r>
    </w:p>
    <w:p>
      <w:r>
        <w:br/>
        <w:t>— Ну, дивись, простягнеш хоч раз до карбача руку, вважай, що пропав вже навіки!</w:t>
      </w:r>
    </w:p>
    <w:p>
      <w:r>
        <w:br/>
        <w:t>І вибили добрі люди з рук Караїмових карбача. А який же він пристав без карбача? Засумував. Хоч і скупий сильно був, а все ж пішов на витрати, купив восьмушку горілки, з горя випив. Та й помер. Без влади жити не міг, а символ влади — карбач — вибито з рук.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Караїм Явдоким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