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караван води обезречений леміш мозку...</w:t>
      </w:r>
    </w:p>
    <w:p>
      <w:r>
        <w:br/>
        <w:t xml:space="preserve"> караван води обезречений леміш мозку</w:t>
      </w:r>
    </w:p>
    <w:p>
      <w:r>
        <w:br/>
        <w:t>канонічна пора прорізати листя долонь</w:t>
      </w:r>
    </w:p>
    <w:p>
      <w:r>
        <w:br/>
        <w:t>бити в тимпани поголити голову кучерявого хлопчика</w:t>
      </w:r>
    </w:p>
    <w:p>
      <w:r>
        <w:br/>
        <w:t>і за вітром завітром завіт</w:t>
      </w:r>
    </w:p>
    <w:p>
      <w:r>
        <w:br/>
        <w:t>&lt;br /&gt;</w:t>
        <w:br/>
        <w:t>майже такими були наші ідоли наші котигорошки</w:t>
      </w:r>
    </w:p>
    <w:p>
      <w:r>
        <w:br/>
        <w:t>наші нігті з китицями аїру на кільчиках лемешів</w:t>
      </w:r>
    </w:p>
    <w:p>
      <w:r>
        <w:br/>
        <w:t>сочився крізь них караван води жував остюки</w:t>
      </w:r>
    </w:p>
    <w:p>
      <w:r>
        <w:br/>
        <w:t>залишав по собі кубельця піску як дрібки фекалій</w:t>
      </w:r>
    </w:p>
    <w:p>
      <w:r>
        <w:br/>
        <w:t>&lt;br /&gt;</w:t>
        <w:br/>
        <w:t>гніздами небесних ворон глистами судин</w:t>
      </w:r>
    </w:p>
    <w:p>
      <w:r>
        <w:br/>
        <w:t>іконостас твого диму причетний до сущого</w:t>
      </w:r>
    </w:p>
    <w:p>
      <w:r>
        <w:br/>
        <w:t>глибше орати притрушені цинамоном легені</w:t>
      </w:r>
    </w:p>
    <w:p>
      <w:r>
        <w:br/>
        <w:t>вихаркувати зірки що стікають</w:t>
      </w:r>
    </w:p>
    <w:p>
      <w:r>
        <w:br/>
        <w:t>патоки на шклі залишаючи</w:t>
      </w:r>
    </w:p>
    <w:p>
      <w:r>
        <w:br/>
        <w:t>&lt;br /&gt;</w:t>
        <w:br/>
        <w:t>майже такими були наші сови всю ніч просились до вітру</w:t>
      </w:r>
    </w:p>
    <w:p>
      <w:r>
        <w:br/>
        <w:t>і лиш під ранок виходив з-під них караван води</w:t>
      </w:r>
    </w:p>
    <w:p>
      <w:r>
        <w:br/>
        <w:t>повільно і довго за вітром завітром</w:t>
      </w:r>
    </w:p>
    <w:p>
      <w:r>
        <w:br/>
        <w:t>завіт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караван води обезречений леміш мозку...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