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 друга</w:t>
      </w:r>
    </w:p>
    <w:p>
      <w:r>
        <w:br/>
        <w:t xml:space="preserve"> Печальна донна, в юності урочій,&lt;br /&gt;</w:t>
        <w:br/>
        <w:t>Залита сяйвом цнот, прийшла туди,&lt;br /&gt;</w:t>
        <w:br/>
        <w:t>Де Смерть до себе закликав я з шалу.&lt;br /&gt;</w:t>
        <w:br/>
        <w:t>Побачивши мої журливі очі,&lt;br /&gt;</w:t>
        <w:br/>
        <w:t>Почувши зойк, безтямний од біди,&lt;br /&gt;</w:t>
        <w:br/>
        <w:t>Вона, жахнувшись, тяжко заридала.&lt;br /&gt;</w:t>
        <w:br/>
        <w:t>Тоді прибігла інших донн навала,&lt;br /&gt;</w:t>
        <w:br/>
        <w:t>Щоб вгамувати плач її тяжкий.&lt;br /&gt;</w:t>
        <w:br/>
        <w:t>Звеліли вийти їй,&lt;br /&gt;</w:t>
        <w:br/>
        <w:t>Мене ж обстали, журні, темно вбрані&lt;br /&gt;</w:t>
        <w:br/>
        <w:t>Одна рекла: "Не спи!", а інша пані:&lt;br /&gt;</w:t>
        <w:br/>
        <w:t>"Чому смутний?" — спитала.&lt;br /&gt;</w:t>
        <w:br/>
        <w:t>Розвіявши примари сонні, я&lt;br /&gt;</w:t>
        <w:br/>
        <w:t>Покликав гучно донну на ім'я.</w:t>
      </w:r>
    </w:p>
    <w:p>
      <w:r>
        <w:br/>
        <w:t>Захрип мій голос, бо його зламали&lt;br /&gt;</w:t>
        <w:br/>
        <w:t>Ридання, горе, стогони журби,&lt;br /&gt;</w:t>
        <w:br/>
        <w:t>Тому мій клич збагнув я тільки сам.&lt;br /&gt;</w:t>
        <w:br/>
        <w:t>Проте мені і гірко, й прикро стало,-&lt;br /&gt;</w:t>
        <w:br/>
        <w:t>Адже ж Любові я завдав ганьби.&lt;br /&gt;</w:t>
        <w:br/>
        <w:t>І знов на ложе я схилився там,&lt;br /&gt;</w:t>
        <w:br/>
        <w:t>Охоплений палючим каяттям.&lt;br /&gt;</w:t>
        <w:br/>
        <w:t>Злякав тих донн мій помертвілий вид.&lt;br /&gt;</w:t>
        <w:br/>
        <w:t>"Його потішить слід!" —&lt;br /&gt;</w:t>
        <w:br/>
        <w:t>Вони одна до другої казали,&lt;br /&gt;</w:t>
        <w:br/>
        <w:t>Тоді мене спитали:&lt;br /&gt;</w:t>
        <w:br/>
        <w:t>"Які примари бачив ти, аж зблід?"&lt;br /&gt;</w:t>
        <w:br/>
        <w:t>Я відповів, позбувшися нестями:&lt;br /&gt;</w:t>
        <w:br/>
        <w:t>"Не критимусь, о донни, перед вами!"</w:t>
      </w:r>
    </w:p>
    <w:p>
      <w:r>
        <w:br/>
        <w:t>Я думав про життя своє злиденне,&lt;br /&gt;</w:t>
        <w:br/>
        <w:t>Яка його коротка течія,&lt;br /&gt;</w:t>
        <w:br/>
        <w:t>І плакала Любов у серці в мене.&lt;br /&gt;</w:t>
        <w:br/>
        <w:t>Окрило душу почуття шалене,&lt;br /&gt;</w:t>
        <w:br/>
        <w:t>І я зітхнув, і в серці мовив я:&lt;br /&gt;</w:t>
        <w:br/>
        <w:t>"Настане день і вмре прекрасна донна!"&lt;br /&gt;</w:t>
        <w:br/>
        <w:t>В душі відчувши горе невтоленне,&lt;br /&gt;</w:t>
        <w:br/>
        <w:t>Склепив я очі й зморено поник,&lt;br /&gt;</w:t>
        <w:br/>
        <w:t>І дух життя утік.&lt;br /&gt;</w:t>
        <w:br/>
        <w:t>І плутались в дрімоті думи тьмаві,&lt;br /&gt;</w:t>
        <w:br/>
        <w:t>І бачив я в уяві,&lt;br /&gt;</w:t>
        <w:br/>
        <w:t>Немов юрба безумних донн безсонна&lt;br /&gt;</w:t>
        <w:br/>
        <w:t>До мене йде,— нема їх шалу меж.&lt;br /&gt;</w:t>
        <w:br/>
        <w:t>І кожна з них гукає: "Вмреш ти! Вмреш!"</w:t>
      </w:r>
    </w:p>
    <w:p>
      <w:r>
        <w:br/>
        <w:t>Узрів я речі дивні і жахливі&lt;br /&gt;</w:t>
        <w:br/>
        <w:t>У маренні своєму, в маячні.&lt;br /&gt;</w:t>
        <w:br/>
        <w:t>Ввижалось, наче десь в якійсь країні&lt;br /&gt;</w:t>
        <w:br/>
        <w:t>Дорогою біжать безумні діви&lt;br /&gt;</w:t>
        <w:br/>
        <w:t>З розпатланими косами, сумні,&lt;br /&gt;</w:t>
        <w:br/>
        <w:t>І мечуть стріли — пломені невпинні.&lt;br /&gt;</w:t>
        <w:br/>
        <w:t>Я бачив, як поволі чорні тіні&lt;br /&gt;</w:t>
        <w:br/>
        <w:t>Вгорнули сонце, а зірки засяли,-&lt;br /&gt;</w:t>
        <w:br/>
        <w:t>І всі вони ридали,&lt;br /&gt;</w:t>
        <w:br/>
        <w:t>Разила птиць в стрімкім польоті смерть,&lt;br /&gt;</w:t>
        <w:br/>
        <w:t>Земна здригалась твердь&lt;br /&gt;</w:t>
        <w:br/>
        <w:t>І муж блідий з'явився в тій хвилині&lt;br /&gt;</w:t>
        <w:br/>
        <w:t>Й сказав: "Стривай! Невже не знаєш ти,&lt;br /&gt;</w:t>
        <w:br/>
        <w:t>Що вмерла донна — образ красоти?"</w:t>
      </w:r>
    </w:p>
    <w:p>
      <w:r>
        <w:br/>
        <w:t>Підніс я очі, повні сліз, угору&lt;br /&gt;</w:t>
        <w:br/>
        <w:t>І там побачив білий, наче манна,&lt;br /&gt;</w:t>
        <w:br/>
        <w:t>Гурт ангелів, який злітав у вись.&lt;br /&gt;</w:t>
        <w:br/>
        <w:t>Поперед них хмаринка йшла прозора,&lt;br /&gt;</w:t>
        <w:br/>
        <w:t>І всі, обставши хмарку ту, неслись&lt;br /&gt;</w:t>
        <w:br/>
        <w:t>У височінь, співаючи: "Осанна!"&lt;br /&gt;</w:t>
        <w:br/>
        <w:t>Любов рекла: "Мадонна осіянна&lt;br /&gt;</w:t>
        <w:br/>
        <w:t>Ось тут лежить. Поглянь же, підійди!"&lt;br /&gt;</w:t>
        <w:br/>
        <w:t>Я підійшов туди&lt;br /&gt;</w:t>
        <w:br/>
        <w:t>І вгледів лик мадонни просіялий.</w:t>
      </w:r>
    </w:p>
    <w:p>
      <w:r>
        <w:br/>
        <w:t>Вже донни застеляли&lt;br /&gt;</w:t>
        <w:br/>
        <w:t>Її серпанком, білим бездоганно.&lt;br /&gt;</w:t>
        <w:br/>
        <w:t>Так ясно сяяв вид її в труні,&lt;br /&gt;</w:t>
        <w:br/>
        <w:t>Немов вона казала: "Мир мені".&lt;br /&gt;</w:t>
        <w:br/>
        <w:t>Зазнав стражденний дух мій супокою.&lt;br /&gt;</w:t>
        <w:br/>
        <w:t>Побачивши її спокійний лик;&lt;br /&gt;</w:t>
        <w:br/>
        <w:t>Кажу: "Мені ти, смерте, люба нині,&lt;br /&gt;</w:t>
        <w:br/>
        <w:t>Бо стала й ти ласкавою такою,&lt;br /&gt;</w:t>
        <w:br/>
        <w:t>Оволодівши донною навік.&lt;br /&gt;</w:t>
        <w:br/>
        <w:t>І в неї вчившись ласки, не гордині,&lt;br /&gt;</w:t>
        <w:br/>
        <w:t>Покірний я тобі, як господині,-&lt;br /&gt;</w:t>
        <w:br/>
        <w:t>Прийди ж, яви помогу рятівничу,&lt;br /&gt;</w:t>
        <w:br/>
        <w:t>Тебе всім серцем кличу!"&lt;br /&gt;</w:t>
        <w:br/>
        <w:t>Пішов я звідти в горі й тяготі&lt;br /&gt;</w:t>
        <w:br/>
        <w:t>І сам на самоті&lt;br /&gt;</w:t>
        <w:br/>
        <w:t>Прорік, вдивившись в небеса промінні:&lt;br /&gt;</w:t>
        <w:br/>
        <w:t>"Блаженний, хто, душе, тебе узрів!"&lt;br /&gt;</w:t>
        <w:br/>
        <w:t>Тут, дяка вам, ваш клич мене збудив.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