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Калинове намисто</w:t>
      </w:r>
    </w:p>
    <w:p>
      <w:r>
        <w:br/>
        <w:t xml:space="preserve"> &lt;p&gt;— Що ж ти, сину мій, такий зажурений? І сльози вже спопеліли в очах твоїх спорожнілих, і голос твій вже котрий день стіни ці не чують. Сам себе на самотність ти засудив, навіть діти твої, твої любі донечки, з тобою не вітаються.</w:t>
      </w:r>
    </w:p>
    <w:p>
      <w:r>
        <w:br/>
        <w:t>Що мовчиш? Чи й про сонце ти більше не мрієш, як нема уже сонця в серці твоєму? Не мовчи, чоловіче, хай то сповідь буде чи останнє до страти слово, та я тебе вислухаю.</w:t>
      </w:r>
    </w:p>
    <w:p>
      <w:r>
        <w:br/>
        <w:t>Підвелася жінка, у розкішний темний одяг вбрана, вбрання дороге, золотом і сріблом шите, а черевички червоні, сап'янові. Відійшла до кам'яної стіни, що низьку стелю кімнати у в'язниці підпирала. Темне волосся в косу зібране, а коса колом вкладена, наче вінцем із жита вона коронована, і мовби сяє калинове намисто в напівтемній кімнаті, неволею сповитій.</w:t>
      </w:r>
    </w:p>
    <w:p>
      <w:r>
        <w:br/>
        <w:t>Чоловік, що сидів за столом, у відчаї чоло обхоплюючи, й не поворухнувся, на її слова не зваживши. Дійсно порожньо було у його погляді, та не тьмяне світло в'язниці цієї його спустошило.</w:t>
      </w:r>
    </w:p>
    <w:p>
      <w:r>
        <w:br/>
        <w:t>Жінка довго на в'язня дивилася, а потім мовила тихо:</w:t>
      </w:r>
    </w:p>
    <w:p>
      <w:r>
        <w:br/>
        <w:t>— Зрада... Чому ж, сину мій, мене ти зрадив? Ти любив мене. Ти цінував мене. Ти торкався речей, пращурами твоїми зроблених, не руками, а душею, і пісні мої у серці твоєму лунали ніжним сумом і звитягою шляхетною. Чому ж зрадив ти мене, сину мій?..</w:t>
      </w:r>
    </w:p>
    <w:p>
      <w:r>
        <w:br/>
        <w:t>— Втратив я той дар, — майже нечутно чоловік відповів, все ще рук від чола не віднімаючи. — Втратив я ті таємничі відчуття, як і матір улюблену втратив, — він затнувся на мить, біль спогадів долаючи. — Коли матір поховав, втратив. І навіть перстень мій, ще до Різдва Христова викуваний, став для мене простою прикрасою коштовною.</w:t>
      </w:r>
    </w:p>
    <w:p>
      <w:r>
        <w:br/>
        <w:t>Він нарешті на світ подивитися зважився, та не на жінку.</w:t>
      </w:r>
    </w:p>
    <w:p>
      <w:r>
        <w:br/>
        <w:t>— Не через матір пішов дар мій від тебе, як іде він від усіх, що мене зрадили. Чим же спокусили вони тебе, сину мій? Залякали чим? — без жалю запитувала вона, та й без знущання запитувала, наче всі відповіді і без того знала, та все одно запитувати мала. — Долею дітей тебе залякували? Гроші пропонували? Минуле відкрити обіцяли? Знущалися? Погрожували? Що говорили вони тобі? Як обдурити і зламати намагалися?</w:t>
      </w:r>
    </w:p>
    <w:p>
      <w:r>
        <w:br/>
        <w:t>Тепер вже і вона в очі в'язня не дивилася, наче боляче їй було з тим порожнім поглядом зустрічатися.</w:t>
      </w:r>
    </w:p>
    <w:p>
      <w:r>
        <w:br/>
        <w:t>— Ти ж новим Богданом бути мріяв, а повторив тільки зраду його. Ти ж хотів народ мій об'єднати та мене визволити, а лише влаштував собі коронацію пишну. Ти ж ледь життя за мене не віддав...</w:t>
      </w:r>
    </w:p>
    <w:p>
      <w:r>
        <w:br/>
        <w:t>Жінка змовкла, і тихо у в'язниці стало, наче ні катів, ні варти у її стінах не було, а все одно не втечеш із в'язниці порожньої.</w:t>
      </w:r>
    </w:p>
    <w:p>
      <w:r>
        <w:br/>
        <w:t>— Не за тебе, — твердо сказав чоловік із очима порожніми. — Не тебе я уявляв у думках своїх. Не тобі в храмі кланявся. Не твоїх співців прославляв. Не уявляв я тебе такою, яка ти насправді, — його очі спалахнули ненавистю, яка у порожнечі потонула.</w:t>
      </w:r>
    </w:p>
    <w:p>
      <w:r>
        <w:br/>
        <w:t>— Не уявляв, — жінка підтвердила, усміхаючись. — То ти впізнав мене, сину мій, бо такий ти постав обурений, що я не подібна до тої, якою ти мене любив. І яка ж я була в серці твоєму?</w:t>
      </w:r>
    </w:p>
    <w:p>
      <w:r>
        <w:br/>
        <w:t>— Молода, — чоловік замислився, — гарна дівчина у вінку з колосся і квітів, ніжна і беззахисна, що лише сміється і плаче.</w:t>
      </w:r>
    </w:p>
    <w:p>
      <w:r>
        <w:br/>
        <w:t>— Я була такою, — відповіла жінка, — доки мене ти не зрадив.</w:t>
      </w:r>
    </w:p>
    <w:p>
      <w:r>
        <w:br/>
        <w:t>Та чоловік не слухав її, ведучи думку невпевнену.</w:t>
      </w:r>
    </w:p>
    <w:p>
      <w:r>
        <w:br/>
        <w:t>— Чи вже літня, шанована мати, ти являлась в уяві моїй, що дітей своїх понад усе любить і прощає всі вчинки їхні.</w:t>
      </w:r>
    </w:p>
    <w:p>
      <w:r>
        <w:br/>
        <w:t>— Я була і такою, доки Богдан мене не зрадив. А цією матір'ю тепер іншу кликати почали, відмовивши їй в юні і в нічних таємницях.</w:t>
      </w:r>
    </w:p>
    <w:p>
      <w:r>
        <w:br/>
        <w:t>Та знову не слухав жінку чоловік, як завжди окрім себе нікого не чуючи.</w:t>
      </w:r>
    </w:p>
    <w:p>
      <w:r>
        <w:br/>
        <w:t>— Та не уявляв я тебе хижою і жорстокою, гордовитою панянкою, що в руках і вишивку, і зброю однаково ловко тримає. Тільки намисто у тебе, як насправді, і зачіска твоя, як жінки з мого народу носили. Не моя, не моя ти Україна!</w:t>
      </w:r>
    </w:p>
    <w:p>
      <w:r>
        <w:br/>
        <w:t>Звівся на ноги він, крикнувши це, очі ненавистю палають, пальці в кулаках заніміли. Та жінка лише осміхнулася, гордовито на нього глянувши, лився піснею голос її.</w:t>
      </w:r>
    </w:p>
    <w:p>
      <w:r>
        <w:br/>
        <w:t>— Заспокойся, сину мій, не твоя я уже Україна. Хай ти і мову мою гарно вивчив, хай і на моїй землі народилися діти твої. Не лютуй, я не ворог твій, до твоїх побратимів не належу, що вірно із тобою разом перед народом стояли. Не Богдан ти, лише тінь тьмяна його. Той по незнанню зраджував, а ти, чиє ім'я моїм народом прокляте, з волі власної.</w:t>
      </w:r>
    </w:p>
    <w:p>
      <w:r>
        <w:br/>
        <w:t>Розтиснулися кулаки його, та очі все одно люттю і ненавистю ярилися.</w:t>
      </w:r>
    </w:p>
    <w:p>
      <w:r>
        <w:br/>
        <w:t>— Тому і нема тут Богдана, бо пробачила я його ще тоді, коли розум втрачала, у цих стінах поневолена. Моєю була ця в'язниця, доки сестра моя названа мене не звільнила, страшну обіцянку взявши.</w:t>
      </w:r>
    </w:p>
    <w:p>
      <w:r>
        <w:br/>
        <w:t>— Знаю я сестру твою бліду, — прошипів чоловік. — Наді мною вона стояла, життя і красу випиваючи. Однакові ви з нею, сестри названі.</w:t>
      </w:r>
    </w:p>
    <w:p>
      <w:r>
        <w:br/>
        <w:t>— Лише у гордощах однакові, — сумно всміхнулася жінка, сестру названу згадуючи. — Могла б я віддати тебе їй чи ворогам недобитим на поталу як зрадника, та любила я тебе, хоч мене ти ненавидів. Як люблю я всіх синів і дочок моїх, хай невірних чи просто зневірених.</w:t>
      </w:r>
    </w:p>
    <w:p>
      <w:r>
        <w:br/>
        <w:t>У бджолиному теплі й дзюркотінні джерел приходила я, очима людей, що згадали, хто їхня мати, дивилася я на тебе і їхніми голосами промовляла. А ти тішився славою, в якій вони тебе купали, а коли вкривали ганьбою, злився, що в крові потопити їх не можеш.</w:t>
      </w:r>
    </w:p>
    <w:p>
      <w:r>
        <w:br/>
        <w:t>— Правда твоя, — чоловік безсило знову на стілець опустився. — Я боявся тебе в їхніх очах ясних. Я боявся тебе, поганко! Язичнице!</w:t>
      </w:r>
    </w:p>
    <w:p>
      <w:r>
        <w:br/>
        <w:t>— Так, — солодко жінка погодилась. — Я така, і тому змогла життя твоє у сестри моєї названої викупити.</w:t>
      </w:r>
    </w:p>
    <w:p>
      <w:r>
        <w:br/>
        <w:t>— Хай би вбила вона мене! — крикнув чоловік, та сили підвестися у нього не стало вже, давила неволею в'язниця на душу його. — Хай забрала би мене у небуття! Я себе через тебе зненавидів, всі дзеркала, що являли мені потвору, всіх твоїх вродливих дітей, в чиїх очах я читав жаль, я зненавидів. Хай би вбила...</w:t>
      </w:r>
    </w:p>
    <w:p>
      <w:r>
        <w:br/>
        <w:t>Він схлипнув, бо ще нікому не зізнавався, що душу його занапастило.</w:t>
      </w:r>
    </w:p>
    <w:p>
      <w:r>
        <w:br/>
        <w:t>— Повернулась би до тебе твоя врода, як до мене воля моя поверталася. Ти долю свою із моєю пов'язав. Не я. Та не в тому причина твоєї зради, — посуворішав голос її. — Ще до того була в тобі ненависть до дітей моїх і страх переді мною. Не бреши, людей одуриш — не мене!</w:t>
      </w:r>
    </w:p>
    <w:p>
      <w:r>
        <w:br/>
        <w:t>Відбилися від стін в'язниці її слова грізною луною.</w:t>
      </w:r>
    </w:p>
    <w:p>
      <w:r>
        <w:br/>
        <w:t>— То про що нам тоді говорити? — зло прошипів чоловік. — Як ти все про мене знаєш, чужинко. Віддай мене ворогам чи своїм ясним соколам, що називають мене слабким зрадником.</w:t>
      </w:r>
    </w:p>
    <w:p>
      <w:r>
        <w:br/>
        <w:t>Зупинилась жінка на півдорозі до виходу, замислилась, повертаючись.</w:t>
      </w:r>
    </w:p>
    <w:p>
      <w:r>
        <w:br/>
        <w:t>— Не віддам я тебе ворогам чи моїм ясним соколам. Не проллється твоя кров, бо з твоїм іменем на вустах йшли мене з полону визволяти. Скоро будуть тут мої вірні сини і донечки, разом полетимо ми край наш рідний, розорений, до життя повертати, щоб знову жита золоті колосилися, діти сміялися, неволі не знаючи, і співали дівчата то журливо, то закохано мовою рідною. А ти, сину мій невірний, тут залишишся.</w:t>
      </w:r>
    </w:p>
    <w:p>
      <w:r>
        <w:br/>
        <w:t>Замовкла жінка, зневагою на мить заплело її погляд гострий, та одразу поборола вона те почуття. Зняла калинове намисто, поклала його на стіл. Живим вогнем світилося те намисто, і в'язень від нього посунувся, очі заплющуючи, наче намисто його сильніше за сонце сліпило.</w:t>
      </w:r>
    </w:p>
    <w:p>
      <w:r>
        <w:br/>
        <w:t>— То кров моя, що не пролилася в час мого визволення, — мовила жінка, гордою панянкою вбрана. — Кров та вогонь. Як піде з серця твого зрада, і присягнешся ти у вірності землі своїй рідній, то торкнися намиста мого, і знову босоногим хлопчиною у вишиванці першій, улюбленій, побіжиш моїми ланами зеленими, сонця схід зустрічаючи. Вільним станеш ти знову. А як не піде зрада з твого серця, то спалить тебе мій вогонь. Смерть собі заподієш.</w:t>
      </w:r>
    </w:p>
    <w:p>
      <w:r>
        <w:br/>
        <w:t>Вона пішла до дверей, які відчинилися самі собою, осміхнулась, наостанок кинувши:</w:t>
      </w:r>
    </w:p>
    <w:p>
      <w:r>
        <w:br/>
        <w:t>— Та не покличеш ти сестру мою названу, у бліде вбрання вдягнену, бо боїшся ти смерті. А на мене вже чекає зграя птахів вільних, що на них обернулися ясноокі дочки і сини мої вірні. Прощавай. Більше не побачимось ми.</w:t>
      </w:r>
    </w:p>
    <w:p>
      <w:r>
        <w:br/>
        <w:t>Пішла жінка, зачинилися двері. Злетіла до сутінкового неба вільна зграя, у край людський прямуючи.</w:t>
      </w:r>
    </w:p>
    <w:p>
      <w:r>
        <w:br/>
        <w:t>Залишилося на столі у порожній в'язниці, де ні катів, ні варти немає, та один в'язень самотній, калинове намисто, що живим вогнем виграє.</w:t>
      </w:r>
    </w:p>
    <w:p>
      <w:r>
        <w:br/>
        <w:t>Тихо у в'язниці, спить зрадник, бачить уві сні себе босоногого, вільного. Та душа у нього не вільна від зради зосталася.</w:t>
      </w:r>
    </w:p>
    <w:p>
      <w:r>
        <w:br/>
        <w:t>А птахи злітають все вище, і сонце веде їх у людський світ і фарбує золотом їхні чарівні крила, щоб сліпило те золото, сонцем і волею дароване, очі зраді і заздрості.</w:t>
      </w:r>
    </w:p>
    <w:p>
      <w:r>
        <w:br/>
        <w:t>Опустилася зграя, людьми обернувшись, на край поля біля малого селища. Хилить вітер спіле жито, й небеса вже на землі людській світанням розгоряються.</w:t>
      </w:r>
    </w:p>
    <w:p>
      <w:r>
        <w:br/>
        <w:t>Мовчать люди ясноокі, стоять непорушно, як військо вірне, майже всі молоді на обличчя, а душі, як і земля ця, вічні.</w:t>
      </w:r>
    </w:p>
    <w:p>
      <w:r>
        <w:br/>
        <w:t>Розплітає косу жінка, а волосся її світлішає, із житом одного кольору набуваючи.</w:t>
      </w:r>
    </w:p>
    <w:p>
      <w:r>
        <w:br/>
        <w:t>Та не тільки вітер колосся до землі пригинає, підбігла до жінки мала дівчинка, у вишиванку вбрана. Зняла з шиї калинове намисто, жінці гордовитій простягнула. І заграла в руках дівчинки дивними вогненними барвами проста прикраса.</w:t>
      </w:r>
    </w:p>
    <w:p>
      <w:r>
        <w:br/>
        <w:t>Опустилася жінка на коліна перед дитиною, як до того лише перед сонцем і степом ставала, прийняла дарунок із невинних дитячих долонь. Заплакала тут дитина, панянку гордовиту впізнавши.</w:t>
      </w:r>
    </w:p>
    <w:p>
      <w:r>
        <w:br/>
        <w:t>— Україно, моя ти Україна. Моя, — шепотіла крізь сльози щаслива дівчинка.</w:t>
      </w:r>
    </w:p>
    <w:p>
      <w:r>
        <w:br/>
        <w:t>І вітав вітер, житами блукаючи, її повернення. І вітало сонце, хмари вогнем фарбуючи, її повернення. І вітали люди ясноокі, давню пісню волі співаючи про її повернення.</w:t>
      </w:r>
    </w:p>
    <w:p>
      <w:r>
        <w:br/>
        <w:t>І стояла Україна, за руку дівчинки малої тримаючись, перед військом своїм, відчаю і порожнечі не скореному.</w:t>
      </w:r>
    </w:p>
    <w:p>
      <w:r>
        <w:br/>
        <w:t>І стелило знову юне сонце їй шлях, та не кров'ю, а чарівним вогнем і золотом, що в серцях людських віддавна жили.</w:t>
      </w:r>
    </w:p>
    <w:p>
      <w:r>
        <w:br/>
        <w:t>А тепер і в світі людському оселилися.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Калинове намисто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