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Калиноньку стяли...</w:t>
      </w:r>
    </w:p>
    <w:p>
      <w:r>
        <w:br/>
        <w:t xml:space="preserve"> Калиноньку стяли. Плавний рівнесенький зріз…&lt;br /&gt;</w:t>
        <w:br/>
        <w:t>Доля така — у смерек, у дубів, у беріз.&lt;br /&gt;</w:t>
        <w:br/>
        <w:t>Чим дорожила — найшвидше крізь пальці стекло,&lt;br /&gt;</w:t>
        <w:br/>
        <w:t>Йдеш, озираєшся: Господе, що то було?</w:t>
      </w:r>
    </w:p>
    <w:p>
      <w:r>
        <w:br/>
        <w:t>Руки обмацують камбію темні шари —&lt;br /&gt;</w:t>
        <w:br/>
        <w:t>Твірну матерію, що лиш на два кольори…&lt;br /&gt;</w:t>
        <w:br/>
        <w:t>Як гуготіла, гіллям до сонця рвалась!&lt;br /&gt;</w:t>
        <w:br/>
        <w:t>Не наліталася, не налюбилась, не набулась.</w:t>
      </w:r>
    </w:p>
    <w:p>
      <w:r>
        <w:br/>
        <w:t>Тепле гладеньке кружальце. Листвяне сміття&lt;br /&gt;</w:t>
        <w:br/>
        <w:t>Вітер легенько кудись розвіва, заміта,&lt;br /&gt;</w:t>
        <w:br/>
        <w:t>Лелека посивів, упав на крило соловій,&lt;br /&gt;</w:t>
        <w:br/>
        <w:t>Слово замкнулося – переламав суховій.</w:t>
      </w:r>
    </w:p>
    <w:p>
      <w:r>
        <w:br/>
        <w:t>Серце зітліло. Рахую по кільцях літа…&lt;br /&gt;</w:t>
        <w:br/>
        <w:t>Там — джерело, літорості, а там — болота...&lt;br /&gt;</w:t>
        <w:br/>
        <w:t>Долю читаю по тому химерному пню:&lt;br /&gt;</w:t>
        <w:br/>
        <w:t>Кільця як шалик… Або як зашморг вогню.</w:t>
      </w:r>
    </w:p>
    <w:p>
      <w:r>
        <w:br/>
        <w:t>Є ж таке в долі — ні на стілець, чи дрова…&lt;br /&gt;</w:t>
        <w:br/>
        <w:t>Дитина-калина, а по судьбі – удова.&lt;br /&gt;</w:t>
        <w:br/>
        <w:t>Лиш на сопілку, чи на лелече крило…&lt;br /&gt;</w:t>
        <w:br/>
        <w:t>Рахуєш ті кільця: що ж воно, що то було?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Калиноньку стяли...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