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"Ка", "Ва", "Ко" та учень Федько</w:t>
      </w:r>
    </w:p>
    <w:p>
      <w:r>
        <w:br/>
        <w:t xml:space="preserve"> &lt;p&gt;Широкою вулицею села йшов малий Федько з школи додому Йшов помалу, невеселий. Навіть тоді, коли стрічав старших казав їм "Добрий день!" — голови не підводив.</w:t>
      </w:r>
    </w:p>
    <w:p>
      <w:r>
        <w:br/>
        <w:t>— Чого ти, Федьку, йдеш такий сердитий? — питали стрічні.</w:t>
      </w:r>
    </w:p>
    <w:p>
      <w:r>
        <w:br/>
        <w:t>А він нижче голову схиляв та ще й портфелем затулявся.</w:t>
      </w:r>
    </w:p>
    <w:p>
      <w:r>
        <w:br/>
        <w:t>Коли ж до воріт дійшов, коли от-от мали його стріти мама і тато — Федько не витримав: сильно скривився й заплакав.</w:t>
      </w:r>
    </w:p>
    <w:p>
      <w:r>
        <w:br/>
        <w:t>— Ти чого, мій синочку? — мовила схвильована мама.</w:t>
      </w:r>
    </w:p>
    <w:p>
      <w:r>
        <w:br/>
        <w:t>— Може, тебе хто бив? — запитав тато.</w:t>
      </w:r>
    </w:p>
    <w:p>
      <w:r>
        <w:br/>
        <w:t>Федько покрутив головою, що ні.</w:t>
      </w:r>
    </w:p>
    <w:p>
      <w:r>
        <w:br/>
        <w:t>— Мабуть, собаки десь налякали,— вгадувала мама.</w:t>
      </w:r>
    </w:p>
    <w:p>
      <w:r>
        <w:br/>
        <w:t>— Ні,— ледве вимовив Федько.</w:t>
      </w:r>
    </w:p>
    <w:p>
      <w:r>
        <w:br/>
        <w:t>Дуже тяжко і соромно йому було говорити батькам, чого він плаче.</w:t>
      </w:r>
    </w:p>
    <w:p>
      <w:r>
        <w:br/>
        <w:t>Справа в тому, що в лівій руці Федька був портфель. А в тому портфелі лежав зошит. А в тому зошиті на шостій сторінці внизу була поставлена олівцем велика двійка. Така велика і важка, що Федько ледве доніс її додому.</w:t>
      </w:r>
    </w:p>
    <w:p>
      <w:r>
        <w:br/>
        <w:t>Він звик завжди радувати і тата, і маму. І хіба легко йому було тепер показувати отой зошит!</w:t>
      </w:r>
    </w:p>
    <w:p>
      <w:r>
        <w:br/>
        <w:t>— У мене...— почав він, але щось так стиснуло горло, що говорити далі не міг, лише підняв вгору два пальці.</w:t>
      </w:r>
    </w:p>
    <w:p>
      <w:r>
        <w:br/>
        <w:t>— Двійку, значить, заробив? — перепитав тато.</w:t>
      </w:r>
    </w:p>
    <w:p>
      <w:r>
        <w:br/>
        <w:t>А тоді розгорнув разом з Федьком зошита і сказав:</w:t>
      </w:r>
    </w:p>
    <w:p>
      <w:r>
        <w:br/>
        <w:t>— Ага! Ось де вона, ота плаксива двійка... Ну, що ж, синку,— двійка правильна. Ти ж у кожному рядку недописував слова!</w:t>
      </w:r>
    </w:p>
    <w:p>
      <w:r>
        <w:br/>
        <w:t>— Я дописував, тату! Всі дописував...</w:t>
      </w:r>
    </w:p>
    <w:p>
      <w:r>
        <w:br/>
        <w:t>— Не видумуй,— розсердився батько,— глянь ось сюди: "Книж..." е, а "ка" — немає; "коро..." є, а "ва" — немає; "моло..." є, а "ко" — знову немає...</w:t>
      </w:r>
    </w:p>
    <w:p>
      <w:r>
        <w:br/>
        <w:t>— І "ка", і "ва", і "ко" теж були, татусю! Слово честі, були! — запевняв Федько.</w:t>
      </w:r>
    </w:p>
    <w:p>
      <w:r>
        <w:br/>
        <w:t>— Та де ж вони поділися? На крилах кудись полетіли, чи що? — гнівався тато.</w:t>
      </w:r>
    </w:p>
    <w:p>
      <w:r>
        <w:br/>
        <w:t>— Вони там залишилися,— виправдовувався Федько.</w:t>
      </w:r>
    </w:p>
    <w:p>
      <w:r>
        <w:br/>
        <w:t>— Де це там, що ти мелеш? — сказав тато.</w:t>
      </w:r>
    </w:p>
    <w:p>
      <w:r>
        <w:br/>
        <w:t>— Там, на газеті, на газеті, на парті залишилися,— пояснив синок.</w:t>
      </w:r>
    </w:p>
    <w:p>
      <w:r>
        <w:br/>
        <w:t>Тато голосно засміявся.</w:t>
      </w:r>
    </w:p>
    <w:p>
      <w:r>
        <w:br/>
        <w:t>— Ти чуєш, мамо,— гукнув він,— наш синок такий неуважний, що починає писати в зошиті, а закінчує на підстеленій газеті...</w:t>
      </w:r>
    </w:p>
    <w:p>
      <w:r>
        <w:br/>
        <w:t>Пожартували над Федьком і дома, і в школі. І це допомогло. Відтоді пише тільки в зошиті і "ка", і "ва", і "ко" наш малий Федько.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"Ка", "Ва", "Ко" та учень Федько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