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темного передпокою</w:t>
      </w:r>
    </w:p>
    <w:p>
      <w:r>
        <w:br/>
        <w:t xml:space="preserve"> &lt;p&gt;ІЗ ТЕМНОГО ПЕРЕДПОКОЮ</w:t>
      </w:r>
    </w:p>
    <w:p>
      <w:r>
        <w:br/>
        <w:t>Уранці Ян спустив ноги з тапчана і, ліниво позіхаючи, обвів очима напівтемний передпокій заводської контори — хтось, здається, стукав знадвору?</w:t>
      </w:r>
    </w:p>
    <w:p>
      <w:r>
        <w:br/>
        <w:t>Увійшла його жінка Клімця. Принесла з посьолка їжу та мішка.</w:t>
      </w:r>
    </w:p>
    <w:p>
      <w:r>
        <w:br/>
        <w:t>Тільки зараз Ян згадав, що сьогодні субота й що він уже два тижні, як не був у посьолку. Клімця прийшла з мішком — отже, сьогодні треба нести додому вугілля.</w:t>
      </w:r>
    </w:p>
    <w:p>
      <w:r>
        <w:br/>
        <w:t>Ян скривився, пошкрябав щоку й буркнув:</w:t>
      </w:r>
    </w:p>
    <w:p>
      <w:r>
        <w:br/>
        <w:t>— Сідай.</w:t>
      </w:r>
    </w:p>
    <w:p>
      <w:r>
        <w:br/>
        <w:t>Кожного разу, коли треба було йому крадькома переносити додому вугілля, Ян почував себе трохи ніяково. Іноді пробував відмовлятися (можуть, мовляв, піймати), але Клімця завжди упевнено говорила:</w:t>
      </w:r>
    </w:p>
    <w:p>
      <w:r>
        <w:br/>
        <w:t>— Та що ти, старий?.. Наче тобі вперше?.. Пронесеш якось... Чи, може, жалко, завод збідніє? — і похнюпившись тихо додавала:</w:t>
      </w:r>
    </w:p>
    <w:p>
      <w:r>
        <w:br/>
        <w:t>— Треба ж...</w:t>
      </w:r>
    </w:p>
    <w:p>
      <w:r>
        <w:br/>
        <w:t>Ян знав, що треба, бо вугіллям не страшно розводити апарата — диму нема,— та й питво виходить чистіше й без "душка". І хоч він вагався, але врешті всі його вагання перемагала одна думка: тепер, коли завод вважається за народне добро, справді не слід себе обмежувати можливостями. Не гріх-бо тепер для таких хазяїв, як більшовики, і весь завод димом пустити, не то що грудку вугілля взяти...</w:t>
      </w:r>
    </w:p>
    <w:p>
      <w:r>
        <w:br/>
        <w:t>Ян зібгав мішка й поклав його в куток під сходи.</w:t>
      </w:r>
    </w:p>
    <w:p>
      <w:r>
        <w:br/>
        <w:t>— Ну, що там дома? — спитав похмуро.</w:t>
      </w:r>
    </w:p>
    <w:p>
      <w:r>
        <w:br/>
        <w:t>— Та що дома?.. Те саме. Білизни я тобі не принесла, прийдеш сьогодні, то переміниш,— заклопотано сказала Клімця, зв'язуючи вузлика.</w:t>
      </w:r>
    </w:p>
    <w:p>
      <w:r>
        <w:br/>
        <w:t>— А Зоська як? Чи дивишся за нею?</w:t>
      </w:r>
    </w:p>
    <w:p>
      <w:r>
        <w:br/>
        <w:t>— Зоська? Хіба її тут не було?</w:t>
      </w:r>
    </w:p>
    <w:p>
      <w:r>
        <w:br/>
        <w:t>— Ні. А хіба й вона з тобою?</w:t>
      </w:r>
    </w:p>
    <w:p>
      <w:r>
        <w:br/>
        <w:t>— Еге ж... Мабуть, забігла кудись. То ж іще золотко... Таке дівчисько, як добрий москаль, а все вітер у голові...</w:t>
      </w:r>
    </w:p>
    <w:p>
      <w:r>
        <w:br/>
        <w:t>— А хіба що? — насторожився Ян.</w:t>
      </w:r>
    </w:p>
    <w:p>
      <w:r>
        <w:br/>
        <w:t>— Розбалував ти її, он що... Як же, одиначка! — дражливо хитнула Клімця головою й повернула до дверей.</w:t>
      </w:r>
    </w:p>
    <w:p>
      <w:r>
        <w:br/>
        <w:t>Ян хотів її зупинити, хотів ще спитати про дочку, але тільки м'яко-докірливо сказав:</w:t>
      </w:r>
    </w:p>
    <w:p>
      <w:r>
        <w:br/>
        <w:t>— І чого ви так рано розходилися?</w:t>
      </w:r>
    </w:p>
    <w:p>
      <w:r>
        <w:br/>
        <w:t>— Рано? Може, роботи мало? Четверо рук, і то не вправляємось,— гукнула вже з порогу.</w:t>
      </w:r>
    </w:p>
    <w:p>
      <w:r>
        <w:br/>
        <w:t>Ян подивився їй услід, провів долонею по обличчю і, підтягнувши очкура, почовгав у контору. Був він ще досить кремезний, хоча добрих піввіку стояло за ним. Тільки спина трохи вгнулася — горб.</w:t>
      </w:r>
    </w:p>
    <w:p>
      <w:r>
        <w:br/>
        <w:t>У конторі, як завжди, почав обходити всі столи й витирати порох. На одному столі здмухне щось, звіє, на другому байдуже помахне раз-другий, неначе мух зганяє.</w:t>
      </w:r>
    </w:p>
    <w:p>
      <w:r>
        <w:br/>
        <w:t>Так щодня, поки нікого не було, товкся він із ганчіркою в руках, пересовував стільці, столи, мурмотав щось під ніс, прикидав звиклим оком, чи все гаразд.</w:t>
      </w:r>
    </w:p>
    <w:p>
      <w:r>
        <w:br/>
        <w:t>Від ганчірки знялася курява, і з вікна навкоси через усю кімнату пав золотий стовп. Ян чомусь на хвилину зупинився перед ним, задивився, як танцювали тисячі чудних порошинок, і йому почало згадуватися щось далеке, зажурне. Здавалося, що колись так уже було, чи снилося... Якраз отак стояв у золотому стовпі, так само вранці, тільки ще щось було, дуже гарне — трудно згадати...</w:t>
      </w:r>
    </w:p>
    <w:p>
      <w:r>
        <w:br/>
        <w:t>А надворі дзвеніла весна. Був той час, коли в заводському палісаднику цвів ясмин, солодкою тугою переповнюючи груди, а ночами над заводом і посьолком лунав невгавучий соловйовий захлин.</w:t>
      </w:r>
    </w:p>
    <w:p>
      <w:r>
        <w:br/>
        <w:t>Ян розчинив вікно. Дихнуло бадьорим, ранковим холодком, і тьмяно запахли квіти.</w:t>
      </w:r>
    </w:p>
    <w:p>
      <w:r>
        <w:br/>
        <w:t>За палісадником, далеко в дворі, стояла купка людей. Серед них у шкіряній куртці й такому ж кашкеті голова завкому — Савка Безулий.</w:t>
      </w:r>
    </w:p>
    <w:p>
      <w:r>
        <w:br/>
        <w:t>Обличчя Янові враз змінилося — пізнав Савку.</w:t>
      </w:r>
    </w:p>
    <w:p>
      <w:r>
        <w:br/>
        <w:t>Ач, шкіряний чорт,— сердито пробубонів він,— ще з досвітку на ногах... мов справжній хазяїн...</w:t>
      </w:r>
    </w:p>
    <w:p>
      <w:r>
        <w:br/>
        <w:t>Він тільки одвернувся, щоб швидше прибрати в завкомовій кімнаті, як раптом затріщали кущі. Кинувся до вікна — в палісаднику двоє хлопців хапливо общипували ясминові віти.</w:t>
      </w:r>
    </w:p>
    <w:p>
      <w:r>
        <w:br/>
        <w:t>— А то куди? я ттобі! — гукнув Ян, замахуючись ганчіркою.</w:t>
      </w:r>
    </w:p>
    <w:p>
      <w:r>
        <w:br/>
        <w:t>Хлопці враз майнули через паркан, і один з них, висолопивши язика й скорчивши "пику", обурено прохрипів:</w:t>
      </w:r>
    </w:p>
    <w:p>
      <w:r>
        <w:br/>
        <w:t>— У-у... Бар-р-бос!</w:t>
      </w:r>
    </w:p>
    <w:p>
      <w:r>
        <w:br/>
        <w:t>Потім, одбігши трохи, обидва зайшлися реготом.</w:t>
      </w:r>
    </w:p>
    <w:p>
      <w:r>
        <w:br/>
        <w:t>Ян у відповідь трахнув вікном. Іншим разом він провчив би їх, знали б, шибеники, як зневажати старших, а тепер...</w:t>
      </w:r>
    </w:p>
    <w:p>
      <w:r>
        <w:br/>
        <w:t>— Зачепись-но тільки, тепер же "слабода"... — сварливо-іронічно покрутив головою й пішов до Савчиної кімнати.</w:t>
      </w:r>
    </w:p>
    <w:p>
      <w:r>
        <w:br/>
        <w:t>Суворо відстовбурчивши вуса, він махнув кілька разів ганчіркою по шафі, потім зупинився поглядом на легенькій посмішці Ілліча, що схилявся над столом, пожував якусь невиразну думку й раптом поспішно взявся до роботи.</w:t>
      </w:r>
    </w:p>
    <w:p>
      <w:r>
        <w:br/>
        <w:t>Не любив Ян цієї кімнати. Навіть більше — ненавидів її. Він бачити не міг і голову завкому, того самого, що колись бігав пастушком та на людях світив голою... Колись Савка звертався до Яна (а Ян був тоді поважний панський кучер) не інакше, як "дядю". А тепер Савка засідає в цьому кабінеті на місці колишнього хазяїна й каже Янові:</w:t>
      </w:r>
    </w:p>
    <w:p>
      <w:r>
        <w:br/>
        <w:t>— Товаришу...</w:t>
      </w:r>
    </w:p>
    <w:p>
      <w:r>
        <w:br/>
        <w:t>"Який я тобі, бісового батька, товариш? Може, разом на вигоні пасли? А може, з пам'яті випало, як я тебе пояском частував за яблука з директорського саду?" — часто думав Ян.</w:t>
      </w:r>
    </w:p>
    <w:p>
      <w:r>
        <w:br/>
        <w:t>Він не міг забути, як Савка, коли знялася революція, погрожував йому наганом, вимагаючи одімкнути директорську стайню, як потім привселюдно махнув його по шапці, ще й погрозив:</w:t>
      </w:r>
    </w:p>
    <w:p>
      <w:r>
        <w:br/>
        <w:t>"Чекай-но, паніє-Яніє, з тобою окремо побалакаємо".</w:t>
      </w:r>
    </w:p>
    <w:p>
      <w:r>
        <w:br/>
        <w:t>І побалакав — другого ж дня скинули Яна з кучера. Натерпівся він лиха, поки впросився сторожем до контори.</w:t>
      </w:r>
    </w:p>
    <w:p>
      <w:r>
        <w:br/>
        <w:t>Правда, все це було кілька років тому, затерлося, попливло з бистрими днями, але образа важким намулом осіла в Яновому серці. Він був надто гордий: раніш його всі поважали, збити шапку з себе він навіть економові не дозволив би, не то що якомусь "молокососові" Савці.</w:t>
      </w:r>
    </w:p>
    <w:p>
      <w:r>
        <w:br/>
        <w:t>А тепер, придивляючись до всього, що творилося довкола, він тільки плечима знизував і ніяк не міг збагнути й звикнути.</w:t>
      </w:r>
    </w:p>
    <w:p>
      <w:r>
        <w:br/>
        <w:t>Скінчивши прибирання, Ян повернув до передпокою. Витяг із кутка відро, умився, потім залізним гребінцем старанно розчесав рудувато-сиве липке волосся на голові й бучні з бакенами вуса.</w:t>
      </w:r>
    </w:p>
    <w:p>
      <w:r>
        <w:br/>
        <w:t>Це давня Янова звичка. Ще з тих часів, коли був льокайчуком, а пізніше кучером. Звичка, за яку його й досі подражнювали "пан-Яном". Та як би там не говорили, як би скоса не дивилися, він тільки одно знав: чистому шляхтичеві завжди більше поваги, а замурзаній "шантрапі" завжди заздро на чистого. Тому й у свята конче чіпляв гумового комірця й сумлінно натирав ваксою чоботи.</w:t>
      </w:r>
    </w:p>
    <w:p>
      <w:r>
        <w:br/>
        <w:t>Перехрестившись на куток із павутинням і прошепотівши коротку молитву, він нарешті вийняв з торби сніданок і повагом, не кваплячись, сів у широке старовинне крісло з продраним дном.</w:t>
      </w:r>
    </w:p>
    <w:p>
      <w:r>
        <w:br/>
        <w:t>Це крісло він сам роздобув собі. Приволік його до передпокою із заводської возовні, де воно валялося серед мотлоху, і хоч із крісла випиналися разом із тирсою голі пружини, але він, наче яку цінність, ревниво оберігав його й нікому не дозволяв на нього сідати. Хіба що його "стара", пані Клімця, зайде з посьолка або дзиґою вскочить донька, весела Зося — їм можна.</w:t>
      </w:r>
    </w:p>
    <w:p>
      <w:r>
        <w:br/>
        <w:t>Згадав Зосю... Зося!.. Щось він став за нею помічати... Ну, та хто його зна... може, так здалося?..</w:t>
      </w:r>
    </w:p>
    <w:p>
      <w:r>
        <w:br/>
        <w:t>З темним передпокоєм і з кріслом Ян давно освоївся й навіть звик до них. Тут-бо він жив, лише від часу до часу навідуючись до посьолка, а до того ще й попахувало від них знайомими старими часами.</w:t>
      </w:r>
    </w:p>
    <w:p>
      <w:r>
        <w:br/>
        <w:t>За дверима, за вікнами котилися бистрі, радісні дні. Там співало переможно життя, там пропливали шумні, заквітчані маніфестації й гриміли гімни, а він, мов той павук у куточку, сидів у темному передпокої, прислухався до всього й лише досадно хитав головою:</w:t>
      </w:r>
    </w:p>
    <w:p>
      <w:r>
        <w:br/>
        <w:t>— От кумедіянти,— говорив він,— і коли воно це все скінчиться?..</w:t>
      </w:r>
    </w:p>
    <w:p>
      <w:r>
        <w:br/>
        <w:t>Після сніданку Ян механічно труснув капшучком і скрутив товсту цигарку з конторського паперу. Під зруділими аж червонястими від диму вусами зашкварчало. Сіренькі очі забігли в щілини, і все обличчя поринуло в синьому солодкому димі.</w:t>
      </w:r>
    </w:p>
    <w:p>
      <w:r>
        <w:br/>
        <w:t>Починався робочий день. Частіше починали рипіти двері — обридло вже. Так учора, так позавчора — увесь час отак...</w:t>
      </w:r>
    </w:p>
    <w:p>
      <w:r>
        <w:br/>
        <w:t>Ще здалеку Ян пізнавав кожного по ході. Декого він навмисне не помічав, а декому привітливо казав "добридень" і відчиняв двері. Він добре знав, кому й скільки треба взичити уваги.</w:t>
      </w:r>
    </w:p>
    <w:p>
      <w:r>
        <w:br/>
        <w:t>Ось учулися Савчині кроки, і він враз повернувся спиною та вдав із себе заклопотаного: хай, мовляв, начальство знає, що служба на місці, але з таким начальством краще не бачитись.</w:t>
      </w:r>
    </w:p>
    <w:p>
      <w:r>
        <w:br/>
        <w:t>До контори тепер приходили веселіші, ніж завжди, якісь свіжіші. Більшість у білому. Дівчата з квітами на грудях і в зачісках, верткі та бадьорі. Навіть бухгалтер, чорствий похмурий дідок, проходячи сьогодні через сінці, мугикав під ніс невиразну пісеньку.</w:t>
      </w:r>
    </w:p>
    <w:p>
      <w:r>
        <w:br/>
        <w:t>Весна впливала й на Яна. Він мимоволі переймався теплим настроєм. Якесь лагідне заспокоєння сповняло його, розбавляючи застарілу ворожість, і робило його добрим.</w:t>
      </w:r>
    </w:p>
    <w:p>
      <w:r>
        <w:br/>
        <w:t>За дверима в конторі вицокували вже рахівниці, горошком розсипалися машинки, і над усім стояло придушене гудіння робочого дня.</w:t>
      </w:r>
    </w:p>
    <w:p>
      <w:r>
        <w:br/>
        <w:t>А через напівтемний передпокій усе проходили й проходили заклопотані люди. Вони сливе не помічали Яна в глибокому кріслі. Вони байдуже шаркали повз нього.</w:t>
      </w:r>
    </w:p>
    <w:p>
      <w:r>
        <w:br/>
        <w:t>Ян теж з-під навислих брів мляво дивився на них, радий, що його не турбують. І не хотілося йому думати ні про що. Хіба про минуле... Він спочивав душею тоді, коли думки були в далекому-давньому. Тоді радісно й тепло німіло в його грудях.</w:t>
      </w:r>
    </w:p>
    <w:p>
      <w:r>
        <w:br/>
        <w:t>Було ж у Яна давнє — чи вернеться... Чи вернуться до нього спокійні, ситі дні, коли не треба буде труситися над кожним грошем, і Клімця знову пектиме смачні млинці, ставитиме до обіду шкалика, коли його всі будуть поважати й ніхто не посміє йому сказати "барбос"? А Ян зодягне розцяцькованого жупана і, вийшовши на плац перед стайнею, де хлопці маніжать баских коней, крутне вуса й гаркне на весь двір:</w:t>
      </w:r>
    </w:p>
    <w:p>
      <w:r>
        <w:br/>
        <w:t>— Смали з батюги, бо не дам кандьору!..</w:t>
      </w:r>
    </w:p>
    <w:p>
      <w:r>
        <w:br/>
        <w:t>Або вилетить четвернею в степ, на смерть лякаючи подорожніх, а паничі тільки регочуть ззаду та ляпають по спині: "Ех і Янек!..".</w:t>
      </w:r>
    </w:p>
    <w:p>
      <w:r>
        <w:br/>
        <w:t>— Товаришу,— висунулась із контори голова "входящого",— завком кличе.</w:t>
      </w:r>
    </w:p>
    <w:p>
      <w:r>
        <w:br/>
        <w:t>І дорогі спогади враз урвалися...</w:t>
      </w:r>
    </w:p>
    <w:p>
      <w:r>
        <w:br/>
        <w:t>Ян закліпав очима, зововтузився, пішов.</w:t>
      </w:r>
    </w:p>
    <w:p>
      <w:r>
        <w:br/>
        <w:t>— Здрастуйте, товаришу Яне,— просто й чемно, за своєю звичкою, привітався Савка.</w:t>
      </w:r>
    </w:p>
    <w:p>
      <w:r>
        <w:br/>
        <w:t>— Драс... — мугикнув Ян понуро. Йому стало незручно.</w:t>
      </w:r>
    </w:p>
    <w:p>
      <w:r>
        <w:br/>
        <w:t>— Віднесіть, товаришу, цього листа до клубу й зараз же повертайте з відповіддю.</w:t>
      </w:r>
    </w:p>
    <w:p>
      <w:r>
        <w:br/>
        <w:t>Ян механічно зачовгав до дверей.</w:t>
      </w:r>
    </w:p>
    <w:p>
      <w:r>
        <w:br/>
        <w:t>...В клубі, що стояв на другому кінці заводу, незважаючи на робочий час, було шумно. Гупали молотками в стіни — щось прибивали. Молодь рухливо сновигала з прапорами, з ялиновими вітами.</w:t>
      </w:r>
    </w:p>
    <w:p>
      <w:r>
        <w:br/>
        <w:t>— Що це у вас таке? — іронічно, примруживши очі, спитав Ян у першого ж хлопця.</w:t>
      </w:r>
    </w:p>
    <w:p>
      <w:r>
        <w:br/>
        <w:t>— Сьогодні будуть червоні хрестини.</w:t>
      </w:r>
    </w:p>
    <w:p>
      <w:r>
        <w:br/>
        <w:t>— Хрестити, значить, будете? — посміхнувся Ян. — Значить, на попів перевелися?.. Ну, і діла...</w:t>
      </w:r>
    </w:p>
    <w:p>
      <w:r>
        <w:br/>
        <w:t>На виході зацікавлено глянув у розчинену залю, де шуміла молодь, і вражено одхитнувся: серед дівчат, що плели гірлянду, сиділа на підлозі його Зося. Придивився уважніше — так, це вона, його золотокоса Зося в рябенькій блузочці.</w:t>
      </w:r>
    </w:p>
    <w:p>
      <w:r>
        <w:br/>
        <w:t>— Зосю! — гукнув Ян.</w:t>
      </w:r>
    </w:p>
    <w:p>
      <w:r>
        <w:br/>
        <w:t>Гупали молотки, стояв веселий галас, і вона, мабуть, не розчула.</w:t>
      </w:r>
    </w:p>
    <w:p>
      <w:r>
        <w:br/>
        <w:t>— Зоська! Клята дитино! — гукнув дужче, але її зовсім заслонили.</w:t>
      </w:r>
    </w:p>
    <w:p>
      <w:r>
        <w:br/>
        <w:t>Ян згадав, що Савка чекає, і махнув рукою. Вирішив потім побалакати.</w:t>
      </w:r>
    </w:p>
    <w:p>
      <w:r>
        <w:br/>
        <w:t>Всю дорогу до контори думав про дочку й ніяк не міг утямки взяти, чому вона досі крутиться на заводі, та ще й у клубі, та ще й у суботу, коли й дома роботи багато. І чому не зайшла до нього? Мабуть, побоялася... Збрехати не хотіла, а добре пам'ятає, що він їй боронить по клубах ходити.</w:t>
      </w:r>
    </w:p>
    <w:p>
      <w:r>
        <w:br/>
        <w:t>Це Яна занепокоїло. Зосю, найбільшу свою цінність, він любив над усе. Він її вважав за свою непорушну власність, на яку вже ніхто, крім нього, не має права, і ревниво пильнував її.</w:t>
      </w:r>
    </w:p>
    <w:p>
      <w:r>
        <w:br/>
        <w:t>Передавши Савці відповідь, повернув до передпокою, але сидіти вже не міг. Тремтіли руки, як крутив цигарку. Похапливо скурив, кинув у куток і тут же згадав, що в кутку лежить мішок на вугілля, який може затлітися. Кинувся до мішка, притоптав чоботом. Потім обережно розгорнув, придивляючись, чи й справді не пропалило, і роздратовано шпурнув під сходи.</w:t>
      </w:r>
    </w:p>
    <w:p>
      <w:r>
        <w:br/>
        <w:t>Вугілля, Зося, Савка — все змішалося, закрутилося, попливло...</w:t>
      </w:r>
    </w:p>
    <w:p>
      <w:r>
        <w:br/>
        <w:t>Ніяк не міг зрозуміти Зосю. Помічав уже з деякого часу, що Зося відбивається від рук, але заспокоював себе тим, що Зося молода — хочеться ж їй погуляти! Та все ж таки невже вона не розуміє, не відчуває? Невже вона?..</w:t>
      </w:r>
    </w:p>
    <w:p>
      <w:r>
        <w:br/>
        <w:t>Темне підозріння гадючкою звивалося під серцем і всмоктувалося глибше й глибше...</w:t>
      </w:r>
    </w:p>
    <w:p>
      <w:r>
        <w:br/>
        <w:t>І знову Ян у кріслі. Розгубився. Замислився.</w:t>
      </w:r>
    </w:p>
    <w:p>
      <w:r>
        <w:br/>
        <w:t>Гукали на нього — він незрозуміло підводився, наче зі сну, а потім, повернувши, знову сідав і думав.</w:t>
      </w:r>
    </w:p>
    <w:p>
      <w:r>
        <w:br/>
        <w:t>Вже одлунав гудок перерви. День пішов на схил, і в темний передпокій закрався обережний промінь.</w:t>
      </w:r>
    </w:p>
    <w:p>
      <w:r>
        <w:br/>
        <w:t>Скрутити б іще цигарку та затягнуться так, щоб аж... аж раптом із контори з папірцем в руках вискочила Зося.</w:t>
      </w:r>
    </w:p>
    <w:p>
      <w:r>
        <w:br/>
        <w:t>Він здивовано розкрив рота.</w:t>
      </w:r>
    </w:p>
    <w:p>
      <w:r>
        <w:br/>
        <w:t>— Коли ж це ти пройшла, що я й не помітив?</w:t>
      </w:r>
    </w:p>
    <w:p>
      <w:r>
        <w:br/>
        <w:t>— А ви, мабуть, дрімали собі... Я з людьми — ви й не помітили...</w:t>
      </w:r>
    </w:p>
    <w:p>
      <w:r>
        <w:br/>
        <w:t>І Зося, сунувши папірця за пазуху, завовтузилася пальцями в пучечку квітів, приколотих до блузки.</w:t>
      </w:r>
    </w:p>
    <w:p>
      <w:r>
        <w:br/>
        <w:t>Була вона ставна, рухлива, краща, як здавалося Янові, за всіх. Ніжно глянув на неї, і від бистрих очей, від золотого прядива з-під косинки, від соковитого розрізу темних губ запахло йому сьогоднішнім бадьорим ранком. Гордо й щасливо усміхнувся і, кивнувши головою в бік контори, спитав:</w:t>
      </w:r>
    </w:p>
    <w:p>
      <w:r>
        <w:br/>
        <w:t>— Чого ходила?</w:t>
      </w:r>
    </w:p>
    <w:p>
      <w:r>
        <w:br/>
        <w:t>— Михайлов захворів... Просив, коли буду на заводі, щоб нагадати про нього.</w:t>
      </w:r>
    </w:p>
    <w:p>
      <w:r>
        <w:br/>
        <w:t>— Коли буду на заводі... А навіщо тобі той завод здався?</w:t>
      </w:r>
    </w:p>
    <w:p>
      <w:r>
        <w:br/>
        <w:t>Груди їй схвильовано підіймалися, пальці тремтіли на квітах.</w:t>
      </w:r>
    </w:p>
    <w:p>
      <w:r>
        <w:br/>
        <w:t>Голову схилила низько й почала тихенько щось наспівувати.</w:t>
      </w:r>
    </w:p>
    <w:p>
      <w:r>
        <w:br/>
        <w:t>Ян покрутив головою.</w:t>
      </w:r>
    </w:p>
    <w:p>
      <w:r>
        <w:br/>
        <w:t>— А що то в тебе за бумажка?</w:t>
      </w:r>
    </w:p>
    <w:p>
      <w:r>
        <w:br/>
        <w:t>— Де?</w:t>
      </w:r>
    </w:p>
    <w:p>
      <w:r>
        <w:br/>
        <w:t>— В пазусі.</w:t>
      </w:r>
    </w:p>
    <w:p>
      <w:r>
        <w:br/>
        <w:t>— А... то теж Михайлову просили з контори передать.</w:t>
      </w:r>
    </w:p>
    <w:p>
      <w:r>
        <w:br/>
        <w:t>— Покажи.</w:t>
      </w:r>
    </w:p>
    <w:p>
      <w:r>
        <w:br/>
        <w:t>— Ото... Все одно не прочитаєте ... Нащо вам? — і притиснула руку до грудей.</w:t>
      </w:r>
    </w:p>
    <w:p>
      <w:r>
        <w:br/>
        <w:t>— Та покажи.</w:t>
      </w:r>
    </w:p>
    <w:p>
      <w:r>
        <w:br/>
        <w:t>— Та не цікаво, їй-бо, не цікаво... — зніяковіла й заморгала очима.</w:t>
      </w:r>
    </w:p>
    <w:p>
      <w:r>
        <w:br/>
        <w:t>— Ой, краще б ти з Михайловими діла не мала...</w:t>
      </w:r>
    </w:p>
    <w:p>
      <w:r>
        <w:br/>
        <w:t>З-під навислих брів пильніше глянув на зашарілі Зосині щоки й пройшовся рукою по вусах. Далекий взагалі від гадки, що Зося може від нього з чимся уперто таїтися, він і зараз хотів повірити їй, але настирлива гадючка сильніше й сильніше всмоктувалася в серце.</w:t>
      </w:r>
    </w:p>
    <w:p>
      <w:r>
        <w:br/>
        <w:t>— А що ж там дома?</w:t>
      </w:r>
    </w:p>
    <w:p>
      <w:r>
        <w:br/>
        <w:t>— Та... нічого...</w:t>
      </w:r>
    </w:p>
    <w:p>
      <w:r>
        <w:br/>
        <w:t>— Що мати робить?..</w:t>
      </w:r>
    </w:p>
    <w:p>
      <w:r>
        <w:br/>
        <w:t>В цей час вихраста голова хлопця, що вранці ламав ясмин, просунулася через двері і, пізнавши у напівтьмі дівчину, крикнула:</w:t>
      </w:r>
    </w:p>
    <w:p>
      <w:r>
        <w:br/>
        <w:t>— Зоська! А йди! Там тебе кличуть...</w:t>
      </w:r>
    </w:p>
    <w:p>
      <w:r>
        <w:br/>
        <w:t>Зося стрибнула до дверей. І враз, наче ззаду піддало пружинами, виплигнув Ян із крісла.</w:t>
      </w:r>
    </w:p>
    <w:p>
      <w:r>
        <w:br/>
        <w:t>— Стривай!</w:t>
      </w:r>
    </w:p>
    <w:p>
      <w:r>
        <w:br/>
        <w:t>Зося зупинилася за порогом.</w:t>
      </w:r>
    </w:p>
    <w:p>
      <w:r>
        <w:br/>
        <w:t>— Іди сюди!</w:t>
      </w:r>
    </w:p>
    <w:p>
      <w:r>
        <w:br/>
        <w:t>— Та мені ніколи. Там чекають...</w:t>
      </w:r>
    </w:p>
    <w:p>
      <w:r>
        <w:br/>
        <w:t>— Іди, кажу! — підняв по-батьківськи голос, але Зося стояла непорушно.</w:t>
      </w:r>
    </w:p>
    <w:p>
      <w:r>
        <w:br/>
        <w:t>Тоді сердито зашипів через настовбурчені вуса:</w:t>
      </w:r>
    </w:p>
    <w:p>
      <w:r>
        <w:br/>
        <w:t>— А це що таке? Це що за шваль з тобою запанібрата? Га? Щоб тобі на моїх очах отакі шмаркачі гукали "Зоська", як все одно якій лярві?</w:t>
      </w:r>
    </w:p>
    <w:p>
      <w:r>
        <w:br/>
        <w:t>— Та що ви, тату?.. Це ж другі покликали...</w:t>
      </w:r>
    </w:p>
    <w:p>
      <w:r>
        <w:br/>
        <w:t>— Мовчи! Хто другі?</w:t>
      </w:r>
    </w:p>
    <w:p>
      <w:r>
        <w:br/>
        <w:t>Вихрастий хлопчак, що стояв поблизу, раптом пирснув зо сміху і, крутнувшись на одній нозі, галасливо побіг до брами.</w:t>
      </w:r>
    </w:p>
    <w:p>
      <w:r>
        <w:br/>
        <w:t>Ян скипів.</w:t>
      </w:r>
    </w:p>
    <w:p>
      <w:r>
        <w:br/>
        <w:t>— Хто другі, питаю? Чого по клубах шляєшся? — і схопив дівчину за рукава.</w:t>
      </w:r>
    </w:p>
    <w:p>
      <w:r>
        <w:br/>
        <w:t>— Тату, чи ви при пам'яті? Покиньте, бо втечу...</w:t>
      </w:r>
    </w:p>
    <w:p>
      <w:r>
        <w:br/>
        <w:t>— Втечеш? Ховаєшся? Я ттобі покажу!</w:t>
      </w:r>
    </w:p>
    <w:p>
      <w:r>
        <w:br/>
        <w:t>Обурення й ревнива підозрілість до краю охопили Яна. Він довше не міг себе стримувати.</w:t>
      </w:r>
    </w:p>
    <w:p>
      <w:r>
        <w:br/>
        <w:t>— Покажи бумажку!</w:t>
      </w:r>
    </w:p>
    <w:p>
      <w:r>
        <w:br/>
        <w:t>Дівчина злякано глянула на батька. В очах спалахнув огник одчаю. Хрестом скинула руки на грудях і твердо сказала:</w:t>
      </w:r>
    </w:p>
    <w:p>
      <w:r>
        <w:br/>
        <w:t>— Не дам.</w:t>
      </w:r>
    </w:p>
    <w:p>
      <w:r>
        <w:br/>
        <w:t>Ян несамовито труснув нею раз, ще раз і силоміць пустив їй за пазуху волохату руку. Зося ойкнула, але більше не захищалася.</w:t>
      </w:r>
    </w:p>
    <w:p>
      <w:r>
        <w:br/>
        <w:t>Через хвилину Ян уже розгладжував у себе на колінах зім'ятого папірця й нетерпляче вдивлявся у великі заголовні літери. Скупчивши всю увагу, всі свої знання, він після довгого напруження прочитав: "Анкета".</w:t>
      </w:r>
    </w:p>
    <w:p>
      <w:r>
        <w:br/>
        <w:t>А далі було писано так дрібно, що й очей не вбереш. Дати комусь прочитати він не насмілювався. Довго й уперто дивився в стелю, примруживши очі, наче хотів щось пригадати, і врешті безпорадно розвів руками.</w:t>
      </w:r>
    </w:p>
    <w:p>
      <w:r>
        <w:br/>
        <w:t>Зім'ятий папірець лоскотно затремтів у руці... Рвонув папірця, кинув долі. І зразу стало жаль дівчину, а до себе самого піднялася гнітюча огида. Збентежено зітхнув, похнюпився. І вже до самого кінця роботи, поки всі не розійшлися, ходив, мов у воду пущений.</w:t>
      </w:r>
    </w:p>
    <w:p>
      <w:r>
        <w:br/>
        <w:t>Коли в конторі стало порожньо, він почув себе краще. Він нарешті лишився сам із своїми болями та думками й завзято приступив до роботи.</w:t>
      </w:r>
    </w:p>
    <w:p>
      <w:r>
        <w:br/>
        <w:t>Роботи було не дуже багато — повимітати, повитирати, щоб у понеділок на готове прийти, однак він човпав по всіх куточках, обдивлявся кожну дрібничку, всім столам нарівно взичив уваги і всі чорнильниці пообмивав. Хотів у роботі розбавити неприємну гущу сьогоднішнього дня і в той же час затягти цю роботу до сутінок.</w:t>
      </w:r>
    </w:p>
    <w:p>
      <w:r>
        <w:br/>
        <w:t>Як тільки стемніло, Ян позамикав двері, ключі передав до завгоспа і, заспокоєний втомою, з легким почуттям задоволення самим собою вийшов на вулицю.</w:t>
      </w:r>
    </w:p>
    <w:p>
      <w:r>
        <w:br/>
        <w:t>Мішок сунув під пахву.</w:t>
      </w:r>
    </w:p>
    <w:p>
      <w:r>
        <w:br/>
        <w:t>Над заводом, як завжди, горіли вогні, і прокопчений мурований велетень, як завжди вночі, здавався іншим, трохи чудним, строгішим, ніж удень. У повітрі гойдався насичений весняним запахом молодий гомін. Із тьмяних закутків котився безтурботний сміх, такий бадьорий та снажно-різкий, і пропадав десь у гущавині заводських садиб — здається, там, де ледве чутно бринькала мандоліна...</w:t>
      </w:r>
    </w:p>
    <w:p>
      <w:r>
        <w:br/>
        <w:t>Ян постояв, оглянувся довкола й пішов уздовж заводської стіни, вниз, до самого ставка.</w:t>
      </w:r>
    </w:p>
    <w:p>
      <w:r>
        <w:br/>
        <w:t>Завод він знав як свої п'ять пальців. Кожну щілину, кожну ямку міг навпомацки знайти. Біля ставка обійшов гниле багнище з іржавою заводською покиддю. Шугнув у рівчак. Підповз до рогу, де починався дощатий паркан...</w:t>
      </w:r>
    </w:p>
    <w:p>
      <w:r>
        <w:br/>
        <w:t>Ззаду на болоті кумкали жаби, спереду було зовсім тихо. І лише завод оддаля дивився похмуро й строго.</w:t>
      </w:r>
    </w:p>
    <w:p>
      <w:r>
        <w:br/>
        <w:t>Янові це було вже не вперше. Хоч і сидів цілими днями в темному передпокої й ніби нічого не бачив і не знав, але в нього все було розраховано до дрібнички.</w:t>
      </w:r>
    </w:p>
    <w:p>
      <w:r>
        <w:br/>
        <w:t>Він лише злегка крекнув, на хвилинку зник у паркані, немов паркан проковтнув його, а через хвилину згинці тим же рівчаком ніс у мішку вугілля.</w:t>
      </w:r>
    </w:p>
    <w:p>
      <w:r>
        <w:br/>
        <w:t>Звідси до посьолка було далі, зате безпечніше. Сьогодні він рішив трохи дати гаку, піти новим шляхом, понад берегом, ліщиною, потім межею просто до себе в подвір'я. Вибравшись із рівчака, обережно послухав, оглянувся — ніде нікого, тільки здалеку глухо буркотів і похмуро з докором дивився темний велетень та під самим вухом кумкали жаби...</w:t>
      </w:r>
    </w:p>
    <w:p>
      <w:r>
        <w:br/>
        <w:t>За ліщиною над пагорком підіймалося сяйво — сходив місяць. З комишів куделею повзли тумани, облапували берег, крадькома пропливали в степ. Холодок підбадьорював, підганяв.</w:t>
      </w:r>
    </w:p>
    <w:p>
      <w:r>
        <w:br/>
        <w:t>Здавалося, що ззаду за ним хтось стежить непомітний, і він поспішив дійти до ліщини, поки місяць не сягнув півнеба. Тут у темряві сів під кущем, щасливий, що проминув найнебезпечніші місця. Так приємно було розправити натруджені м'язи — потягнувся... Закрив очі...</w:t>
      </w:r>
    </w:p>
    <w:p>
      <w:r>
        <w:br/>
        <w:t>В пам'яті виросла Зося. З нею Ян уже приготувався поговорити довго й ніжно, а з першої ж получки купити їй у кооперативі квітчасту хусточку, щоб не ходила, як ті коммолки, в червоній набридлій косинці. Коли б гроші, він би їй багато всякої всячини накупив і до роботи б не силував, щоб росла собі спокійно та радісно на заздрість сусідам. І тоді б ніхто не посмів на неї гукати "Зоська", а чемно говорили б "панно Зосю", і тоді б він їй конче висватав панича.</w:t>
      </w:r>
    </w:p>
    <w:p>
      <w:r>
        <w:br/>
        <w:t>— Їх! їх!.. тьох-тьох-тьох! — десь із гущавини гримнув соловей.</w:t>
      </w:r>
    </w:p>
    <w:p>
      <w:r>
        <w:br/>
        <w:t>Місяць підплив вище, і жолобиною поміж корчуватих хашів поповзли вогкі тіні.</w:t>
      </w:r>
    </w:p>
    <w:p>
      <w:r>
        <w:br/>
        <w:t>Ян підвівся, пішов далі.</w:t>
      </w:r>
    </w:p>
    <w:p>
      <w:r>
        <w:br/>
        <w:t>Щоб не виринути зразу на освітлену галяву, він трохи збочив, пройшов чагарником до самого його краю й лише тут сміливо ступив на межу. Навкоси через галяву колись проклали стежку. Нею тепер рідко хто ходив, але Ян все ж таки рішив бути обережним і йшов трохи осторонь, навспотички.</w:t>
      </w:r>
    </w:p>
    <w:p>
      <w:r>
        <w:br/>
        <w:t>До посьолку було вже недалеко — хвилин десять ходи.</w:t>
      </w:r>
    </w:p>
    <w:p>
      <w:r>
        <w:br/>
        <w:t>Раптом на стежці — дві темні постаті, наче із землі... Мовчки, повагом, тісно одна до одної посувалися вони назустріч. Ще не помітили Яна, але були так близько, що вчувалося шарудіння кроків.</w:t>
      </w:r>
    </w:p>
    <w:p>
      <w:r>
        <w:br/>
        <w:t>Ян знітився, присів.</w:t>
      </w:r>
    </w:p>
    <w:p>
      <w:r>
        <w:br/>
        <w:t>І в цей же час лунко вдарило на всю галяву:</w:t>
      </w:r>
    </w:p>
    <w:p>
      <w:r>
        <w:br/>
        <w:t>— Стій! Хто там?</w:t>
      </w:r>
    </w:p>
    <w:p>
      <w:r>
        <w:br/>
        <w:t>Він кинувся лежмом, нерухомо прикипів до землі.</w:t>
      </w:r>
    </w:p>
    <w:p>
      <w:r>
        <w:br/>
        <w:t>— Хто там? — знову зірвалося зі стежки й котилося вже просто на нього.</w:t>
      </w:r>
    </w:p>
    <w:p>
      <w:r>
        <w:br/>
        <w:t>Серце Янове на хвилинку зупинилося, потім застукало часто-часто — і Ян полетів у безодню.</w:t>
      </w:r>
    </w:p>
    <w:p>
      <w:r>
        <w:br/>
        <w:t>Хто це? Вставай! Ну-бо, вставай! — сердито промовило над самою головою наче знайомим голосом.</w:t>
      </w:r>
    </w:p>
    <w:p>
      <w:r>
        <w:br/>
        <w:t>Ян підвів голову. Перед ним по коліна у межових бур'янах стояв Савка.</w:t>
      </w:r>
    </w:p>
    <w:p>
      <w:r>
        <w:br/>
        <w:t>— Це ви, Яне? Ви що тут?</w:t>
      </w:r>
    </w:p>
    <w:p>
      <w:r>
        <w:br/>
        <w:t>Ян мовчав.</w:t>
      </w:r>
    </w:p>
    <w:p>
      <w:r>
        <w:br/>
        <w:t>— А це що за мішок? Ага, вугілля...</w:t>
      </w:r>
    </w:p>
    <w:p>
      <w:r>
        <w:br/>
        <w:t>— Ой, товаришу Савко, не губіть,— перелякано завовтузився Ян,— не губіть, голубчику!.. У мене ж діти, жінка... нестатки, самі знаєте... не губіть!..</w:t>
      </w:r>
    </w:p>
    <w:p>
      <w:r>
        <w:br/>
        <w:t>Савка підвів руку, застиг... Потім рішуче нагнувся до нього й прошепотів крізь зуби:</w:t>
      </w:r>
    </w:p>
    <w:p>
      <w:r>
        <w:br/>
        <w:t>— Мовчи, погань... Пам'ятай, щоб це в останній раз! Катісь! — і ткнув чоботом у мішок.</w:t>
      </w:r>
    </w:p>
    <w:p>
      <w:r>
        <w:br/>
        <w:t>Ян покірно й швидко встав. До самого дому він уже не оглядався. Ішов підтюпцем, а ноги йому здавалися чужою, чудною машиною. Все довкола було наче в густому тумані. Голова спорожніла й болісно гула.</w:t>
      </w:r>
    </w:p>
    <w:p>
      <w:r>
        <w:br/>
        <w:t>І коли Клімця на його голос відчиняла двері, власний голос видався йому теж чудним, чужим.</w:t>
      </w:r>
    </w:p>
    <w:p>
      <w:r>
        <w:br/>
        <w:t>— Чого це ти так довго? — спитала Клімця,</w:t>
      </w:r>
    </w:p>
    <w:p>
      <w:r>
        <w:br/>
        <w:t>Яна враз наче гачком рвонуло всередині. Оскаженіло-суворо глянув на неї і так гупнув серед кухні мішком, що з підлоги знялася хмара і полохливо затремтів мисник.</w:t>
      </w:r>
    </w:p>
    <w:p>
      <w:r>
        <w:br/>
        <w:t>— Та чого ти, Яне? — тихо й тривожно підняла опухлі очі.</w:t>
      </w:r>
    </w:p>
    <w:p>
      <w:r>
        <w:br/>
        <w:t>Все, що накипіло в ньому за цілий день, тепер готове було вибухнути немилосердим гнівом. Але він згадав про Зосю. Стримався.</w:t>
      </w:r>
    </w:p>
    <w:p>
      <w:r>
        <w:br/>
        <w:t>Од печі йшло духмяне тепло. Припічок був чистий, старанно підмащений рожевою глиною. На всю хату стояв запах свіжого, ще гарячого хліба. Янове роздратування помаленьку вгамувалося, і він почав мовчки крутити цигарку.</w:t>
      </w:r>
    </w:p>
    <w:p>
      <w:r>
        <w:br/>
        <w:t>— Умивайся, Яне,— обережно підійшла Клімця.</w:t>
      </w:r>
    </w:p>
    <w:p>
      <w:r>
        <w:br/>
        <w:t>Тоді він несподівано для себе самого з якимся невиразним тремтінням взяв її за лікоть і, оглядаючись на другу кімнату, щоб не почула Зося, тихенько розповів про все, що з ним сталося. Скінчивши, тихо спитав:</w:t>
      </w:r>
    </w:p>
    <w:p>
      <w:r>
        <w:br/>
        <w:t>— Зося спить?</w:t>
      </w:r>
    </w:p>
    <w:p>
      <w:r>
        <w:br/>
        <w:t>Клімця заморгала очима й піднесла до носа кінець фартушка.</w:t>
      </w:r>
    </w:p>
    <w:p>
      <w:r>
        <w:br/>
        <w:t>— Що таке? Зося спить, питаю?</w:t>
      </w:r>
    </w:p>
    <w:p>
      <w:r>
        <w:br/>
        <w:t>— Нема Зосі.</w:t>
      </w:r>
    </w:p>
    <w:p>
      <w:r>
        <w:br/>
        <w:t>— А де?</w:t>
      </w:r>
    </w:p>
    <w:p>
      <w:r>
        <w:br/>
        <w:t>— Нема Зосі... пішла... з Савкою пішла...</w:t>
      </w:r>
    </w:p>
    <w:p>
      <w:r>
        <w:br/>
        <w:t>Мов громом ударило Яна — все довкола тіпнулось, затанцювало перед очима.</w:t>
      </w:r>
    </w:p>
    <w:p>
      <w:r>
        <w:br/>
        <w:t>— Як пішла?</w:t>
      </w:r>
    </w:p>
    <w:p>
      <w:r>
        <w:br/>
        <w:t>— Вчора посварилася зі мною, а сьогодні на заводі десь зникла... ото я тобі казала... потім вдень прибігла й плакала... А оце недавно постукав Савка. Ніколи не ходила, а теперечки пішла...</w:t>
      </w:r>
    </w:p>
    <w:p>
      <w:r>
        <w:br/>
        <w:t>— Та що таке? Не розумію...</w:t>
      </w:r>
    </w:p>
    <w:p>
      <w:r>
        <w:br/>
        <w:t>Клімця знесилено похилилася на одвірок і безнадійно-гірко захлипала в жменю:</w:t>
      </w:r>
    </w:p>
    <w:p>
      <w:r>
        <w:br/>
        <w:t>— Мабуть, і в комсомол піде... Збирається... І Савка нависом вчащає... Я тільки боялася тобі говорити, думала — передуріє дівка та й опам'ятається... І богу перестала давно молитися.</w:t>
      </w:r>
    </w:p>
    <w:p>
      <w:r>
        <w:br/>
        <w:t>— Так це вона?.. Ага, тепер усе розумію,— глибоко зітхнув Ян,— тепер усе...</w:t>
      </w:r>
    </w:p>
    <w:p>
      <w:r>
        <w:br/>
        <w:t>Розгублено сів на мішок з вугіллям, низько схилив голову.</w:t>
      </w:r>
    </w:p>
    <w:p>
      <w:r>
        <w:br/>
        <w:t>— Що ти? — обізвалася Клімця.</w:t>
      </w:r>
    </w:p>
    <w:p>
      <w:r>
        <w:br/>
        <w:t>Він їй не відповів.</w:t>
      </w:r>
    </w:p>
    <w:p>
      <w:r>
        <w:br/>
        <w:t>Замовкли. Мовчали довго. В хаті стало тихо, як на кладовищі.</w:t>
      </w:r>
    </w:p>
    <w:p>
      <w:r>
        <w:br/>
        <w:t>І тільки десь у нічній далечині велично й снажно гриміли солов'ї.</w:t>
      </w:r>
    </w:p>
    <w:p>
      <w:r>
        <w:br/>
        <w:t>Харків,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темного передпокою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