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прадавнього коріння</w:t>
      </w:r>
    </w:p>
    <w:p>
      <w:r>
        <w:br/>
        <w:t xml:space="preserve"> Що не мова — чудо, диво.&lt;br /&gt;</w:t>
        <w:br/>
        <w:t>Чув, наприклад, ти оці&lt;br /&gt;</w:t>
        <w:br/>
        <w:t>назви — як звучать красиво&lt;br /&gt;</w:t>
        <w:br/>
        <w:t>білоруські місяці?</w:t>
      </w:r>
    </w:p>
    <w:p>
      <w:r>
        <w:br/>
        <w:t>Перший — cтyдзень, другий — люты,&lt;br /&gt;</w:t>
        <w:br/>
        <w:t>третій місяць — сакавік,&lt;br /&gt;</w:t>
        <w:br/>
        <w:t>а четвертий — красавік...&lt;br /&gt;</w:t>
        <w:br/>
        <w:t>Скільки ніжності в них чути!</w:t>
      </w:r>
    </w:p>
    <w:p>
      <w:r>
        <w:br/>
        <w:t>Місяці в болгар і нині&lt;br /&gt;</w:t>
        <w:br/>
        <w:t>всі зовуться по-латині:&lt;br /&gt;</w:t>
        <w:br/>
        <w:t>януарі, февруарі,&lt;br /&gt;</w:t>
        <w:br/>
        <w:t>март, апріл, але другарі</w:t>
      </w:r>
    </w:p>
    <w:p>
      <w:r>
        <w:br/>
        <w:t>назви знають ще й народні,&lt;br /&gt;</w:t>
        <w:br/>
        <w:t>що живуть і по сьогодні.&lt;br /&gt;</w:t>
        <w:br/>
        <w:t>Січень в них — великий Січко,&lt;br /&gt;</w:t>
        <w:br/>
        <w:t>лютий — менший Січка брат,&lt;br /&gt;</w:t>
        <w:br/>
        <w:t>і тому малий він Січко,&lt;br /&gt;</w:t>
        <w:br/>
        <w:t>хоч зима й не йде на спад.</w:t>
      </w:r>
    </w:p>
    <w:p>
      <w:r>
        <w:br/>
        <w:t>Березіль же — баба Марта...&lt;br /&gt;</w:t>
        <w:br/>
        <w:t>І живий тут кожен місяць:&lt;br /&gt;</w:t>
        <w:br/>
        <w:t>той ріку скував не жартом,&lt;br /&gt;</w:t>
        <w:br/>
        <w:t>той чобітьми глину місить.</w:t>
      </w:r>
    </w:p>
    <w:p>
      <w:r>
        <w:br/>
        <w:t>Все підмітили народи, —&lt;br /&gt;</w:t>
        <w:br/>
        <w:t>календар життя, природи!&lt;br /&gt;</w:t>
        <w:br/>
        <w:t>Дивовижно йдуть у парі&lt;br /&gt;</w:t>
        <w:br/>
        <w:t>і январь і януарі!</w:t>
      </w:r>
    </w:p>
    <w:p>
      <w:r>
        <w:br/>
        <w:t>Все красиве, все погідне&lt;br /&gt;</w:t>
        <w:br/>
        <w:t>у сплетінні запозичень,&lt;br /&gt;</w:t>
        <w:br/>
        <w:t>і близьке всім нам, і рідне —&lt;br /&gt;</w:t>
        <w:br/>
        <w:t>січень — студжень, Січко — січень.</w:t>
      </w:r>
    </w:p>
    <w:p>
      <w:r>
        <w:br/>
        <w:t>Чуєш? Наче нив подзвіння,&lt;br /&gt;</w:t>
        <w:br/>
        <w:t>щойно вистигне колосся...&lt;br /&gt;</w:t>
        <w:br/>
        <w:t>Із прадавнього коріння&lt;br /&gt;</w:t>
        <w:br/>
        <w:t>проросло, переплелося...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прадавнього коріння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