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книжки "розмови з Богом"</w:t>
      </w:r>
    </w:p>
    <w:p>
      <w:r>
        <w:br/>
        <w:t xml:space="preserve"> 2&lt;br /&gt;</w:t>
        <w:br/>
        <w:t>рибу мій Господи тепер завжди доводиться ділити опівночі&lt;br /&gt;</w:t>
        <w:br/>
        <w:t>за дня бракне часу за дня не стає терпіння тебе чекати&lt;br /&gt;</w:t>
        <w:br/>
        <w:t>доки мовляв ти прийдеш за дня навіть і не виникає деколи думки&lt;br /&gt;</w:t>
        <w:br/>
        <w:t>що ти можеш бути зовсім поруч за дня риби&lt;br /&gt;</w:t>
        <w:br/>
        <w:t>вростають головами в землю за дня риби наміцно вростають&lt;br /&gt;</w:t>
        <w:br/>
        <w:t>головами в землю тебе чекаючи мене чекаючи коли я почую&lt;br /&gt;</w:t>
        <w:br/>
        <w:t>що ти говориш до мене Боже</w:t>
      </w:r>
    </w:p>
    <w:p>
      <w:r>
        <w:br/>
        <w:t>а ще мій Господи тепер за дня не вдається пекти хліб&lt;br /&gt;</w:t>
        <w:br/>
        <w:t>я навіть не скажу що стає на заваді може постійна спека&lt;br /&gt;</w:t>
        <w:br/>
        <w:t>може я просто боюся що він надто швидко зачерствіє&lt;br /&gt;</w:t>
        <w:br/>
        <w:t>може зрештою я просто забуваю що ти просив&lt;br /&gt;</w:t>
        <w:br/>
        <w:t>приготувати нам бодай же скромну вечерю&lt;br /&gt;</w:t>
        <w:br/>
        <w:t>ще додати до риби та хліба трохи вина й оливок&lt;br /&gt;</w:t>
        <w:br/>
        <w:t>чуєш Господи чому ти ніколи не хочеш нагадати мені за дня&lt;br /&gt;</w:t>
        <w:br/>
        <w:t>що вечір близько що ніч теж не за горами що тобі мій Боже&lt;br /&gt;</w:t>
        <w:br/>
        <w:t>теж би напевно хотілося відпочити хоча вибач Господи&lt;br /&gt;</w:t>
        <w:br/>
        <w:t>я знову кажу дурниці ти ж не маєш мені нагадувати про моє ж запрошення</w:t>
      </w:r>
    </w:p>
    <w:p>
      <w:r>
        <w:br/>
        <w:t>певно розсердишся на мене але признаюся що й чавити вино мій Боже&lt;br /&gt;</w:t>
        <w:br/>
        <w:t>я теж несподівано розучилася або може не так я просто проґавила&lt;br /&gt;</w:t>
        <w:br/>
        <w:t>час збирання плодів пам’ятаєш Господи ті бурштиново-прозорі виноґрона&lt;br /&gt;</w:t>
        <w:br/>
        <w:t>пам’ятаєш як ми ходили виноградником і ти казав ще трохи&lt;br /&gt;</w:t>
        <w:br/>
        <w:t>і їх можна буде зривати я зовсім недавно побачила що лози всохли&lt;br /&gt;</w:t>
        <w:br/>
        <w:t>я зовсім забула їх поливати я перестала до них навідуватися я так байдуже&lt;br /&gt;</w:t>
        <w:br/>
        <w:t>прослухала до того ж твоє прохання про оливки&lt;br /&gt;</w:t>
        <w:br/>
        <w:t>що мені немає чим тебе почастувати</w:t>
      </w:r>
    </w:p>
    <w:p>
      <w:r>
        <w:br/>
        <w:t>коли я опівночі нарешті згадала що ти маєш прийти до мене коли почула&lt;br /&gt;</w:t>
        <w:br/>
        <w:t>твої кроки на порозі хоча скажи мені скільки ти там стояв мене чекаючи&lt;br /&gt;</w:t>
        <w:br/>
        <w:t>й навіть не озиваючися коли я обняла тебе Господи ховаючи обличчя&lt;br /&gt;</w:t>
        <w:br/>
        <w:t>мокре від сліз тобі на грудях коли я просила бодай же сьогодні&lt;br /&gt;</w:t>
        <w:br/>
        <w:t>нехай не буде чуда чому ти завжди задля мене мусиш робити чуда&lt;br /&gt;</w:t>
        <w:br/>
        <w:t>чому в мене не виходить як у нормальних людей тебе дочекатися&lt;br /&gt;</w:t>
        <w:br/>
        <w:t>чому врешті ти щодня так багато даєш мені чому Господи</w:t>
      </w:r>
    </w:p>
    <w:p>
      <w:r>
        <w:br/>
        <w:t>ти просто обняв мене просто витер мені сльози мій Боже сказав&lt;br /&gt;</w:t>
        <w:br/>
        <w:t>не переймайся прикро лиш що рибу доводиться ділити опівночі&lt;br /&gt;</w:t>
        <w:br/>
        <w:t>коли навіть хліб має інакший присмак і коли не можемо влаштувати собі&lt;br /&gt;</w:t>
        <w:br/>
        <w:t>справжнього бенкету тобі ж не варто на ніч наїдатися а тоді змовкаєш&lt;br /&gt;</w:t>
        <w:br/>
        <w:t>сидиш підперши голову руками дивишся як я з’їдаю все до крихти&lt;br /&gt;</w:t>
        <w:br/>
        <w:t>і як втомлено поклавши голову на руки засинаю</w:t>
      </w:r>
    </w:p>
    <w:p>
      <w:r>
        <w:br/>
        <w:t>знаєш мій Господи найгірше те що я ніколи не встигаю подякувати тобі&lt;br /&gt;</w:t>
        <w:br/>
        <w:t>навіть і за вечерю коли я вже сплю ти очевидно ще миєш посуд&lt;br /&gt;</w:t>
        <w:br/>
        <w:t>бо зранку в кухні ніде немає брудних мисок не знаю що ти іще робиш&lt;br /&gt;</w:t>
        <w:br/>
        <w:t>коли я сплю і коли виходиш із мого дому не знаю чому ти ніколи&lt;br /&gt;</w:t>
        <w:br/>
        <w:t>не приходиш у гості коли я снідаю чи може я просто зранку ще остаточно не прокинувшись просто не завважую твоєї присутності</w:t>
      </w:r>
    </w:p>
    <w:p>
      <w:r>
        <w:br/>
        <w:t>Господи може ти не помножуй ці хліби так наполегливо може якщо&lt;br /&gt;</w:t>
        <w:br/>
        <w:t>щоразу конче робити чудо просто дай мені інакший зір тебе бачити іншу&lt;br /&gt;</w:t>
        <w:br/>
        <w:t>пам’ять інший голос з тобою говорити бо ти ж чуєш як він тремтить зривається зачіпляється за гілки дерев натягується рветься мій Боже</w:t>
      </w:r>
    </w:p>
    <w:p>
      <w:r>
        <w:br/>
        <w:t>може мій Господи просто приходь частіше може не чекай поки я відчиню&lt;br /&gt;</w:t>
        <w:br/>
        <w:t>може заходь не стукаючи може просто заходь байдуже Боже чи з порожніми руками&lt;br /&gt;</w:t>
        <w:br/>
        <w:t>чи з ріками повними риби чи з молочними ріками а може просто&lt;br /&gt;</w:t>
        <w:br/>
        <w:t>ніколи не йди від мене мій Господи</w:t>
      </w:r>
    </w:p>
    <w:p>
      <w:r>
        <w:br/>
        <w:t>3 (4)&lt;br /&gt;</w:t>
        <w:br/>
        <w:t>ти бачиш як мені складно говорити з Богом я знаю його так&lt;br /&gt;</w:t>
        <w:br/>
        <w:t>багато років а втім мені не вдається навіть називати його на ім’я&lt;br /&gt;</w:t>
        <w:br/>
        <w:t>коли б ти запитав що він любить і чого не любить я би не змогла&lt;br /&gt;</w:t>
        <w:br/>
        <w:t>відповісти тобі напевно мені довелося би щось відгадувати й ти&lt;br /&gt;</w:t>
        <w:br/>
        <w:t>врешті сказав би дівчинко не вигадуй Бог не може любити&lt;br /&gt;</w:t>
        <w:br/>
        <w:t>консервовані персики і не може не любити довгоногих фламінго&lt;br /&gt;</w:t>
        <w:br/>
        <w:t>ти чуєш як я намагаюся говорити з Богом бачиш як часом ми йдемо&lt;br /&gt;</w:t>
        <w:br/>
        <w:t>удвох до кав’ярні сідаємо біля вікна я знаю ти заходиш у крамницю&lt;br /&gt;</w:t>
        <w:br/>
        <w:t>по той бік вулиці або спиняєшся біля газетного кіоску купуєш&lt;br /&gt;</w:t>
        <w:br/>
        <w:t>ранкову газету й ніби читаєш останні новини а насправді&lt;br /&gt;</w:t>
        <w:br/>
        <w:t>вивчаєш як я усміхаюся дивлячись йому в обличчя або як він&lt;br /&gt;</w:t>
        <w:br/>
        <w:t>обіймає мене за плечі коли ми виходимо надвір і він наостанок&lt;br /&gt;</w:t>
        <w:br/>
        <w:t>цілує мене в чоло каже гарного тобі дня моя дитино він говорить&lt;br /&gt;</w:t>
        <w:br/>
        <w:t>що завжди називатиме мене дитиною навіть коли мені буде за вісімдесят&lt;br /&gt;</w:t>
        <w:br/>
        <w:t>і коли може навіть і не залишиться поруч нікого хто міг би називати&lt;br /&gt;</w:t>
        <w:br/>
        <w:t>мене на ти він усе одно називатиме мене дитиною ти бачиш як я&lt;br /&gt;</w:t>
        <w:br/>
        <w:t>радію коли мені вдається ця розмова переказую своїм сестрам&lt;br /&gt;</w:t>
        <w:br/>
        <w:t>десь увечері за чаєм від Бога вітання або пишу їм листи коли вони&lt;br /&gt;</w:t>
        <w:br/>
        <w:t>далеко від мене ти бачиш як я сумую як починаю тужити коли він&lt;br /&gt;</w:t>
        <w:br/>
        <w:t>довго не приходить ти тоді говориш що він не може приходити&lt;br /&gt;</w:t>
        <w:br/>
        <w:t>завжди коли мені би цього хотілося ти запитуєш чому я часом&lt;br /&gt;</w:t>
        <w:br/>
        <w:t>можу бути дуже весела а часом потребую так багато мовчати ти питаєш&lt;br /&gt;</w:t>
        <w:br/>
        <w:t>чому мені так тяжко до тебе говорити послухай як складно мені&lt;br /&gt;</w:t>
        <w:br/>
        <w:t>говорити з Богом а я ж його знаю вже так багато років а втім досі&lt;br /&gt;</w:t>
        <w:br/>
        <w:t>не певна ні щодо його віку ні щодо імені я знаю тебе так мало&lt;br /&gt;</w:t>
        <w:br/>
        <w:t>що певно було би майже абсурдно вже навчитися до тебе говорити&lt;br /&gt;</w:t>
        <w:br/>
        <w:t>ліпше ніж до Бога котрому досі доводиться вчити мене так багато речей&lt;br /&gt;</w:t>
        <w:br/>
        <w:t>так терпляче підтримувати мене за лікоть коли я послизаюся на бруківці&lt;br /&gt;</w:t>
        <w:br/>
        <w:t>в своєму й у чужих містах і котрий ніколи ні в чому мені не докоряє&lt;br /&gt;</w:t>
        <w:br/>
        <w:t>Бог довгоногих фламінго і продавців консервованих персиків</w:t>
      </w:r>
    </w:p>
    <w:p>
      <w:r>
        <w:br/>
        <w:t>13 (48)&lt;br /&gt;</w:t>
        <w:br/>
        <w:t>як немовлята торкаються руками повітря води і неба як зачіпають долоньками&lt;br /&gt;</w:t>
        <w:br/>
        <w:t>мій одяг як залишають оксамитовий доторк пальчиків до моєї шкіри хотіла би&lt;br /&gt;</w:t>
        <w:br/>
        <w:t>обійняти тебе мій Боже хотіла би бути одним із твоїх улюблених немовлят&lt;br /&gt;</w:t>
        <w:br/>
        <w:t>вчитися ходити тримаючися за твою руку спотикатися волочити по землі черевичками&lt;br /&gt;</w:t>
        <w:br/>
        <w:t>коли ти ідеш трохи швидше ніж я навчилася переставляти ноги коли вони&lt;br /&gt;</w:t>
        <w:br/>
        <w:t>ще нетривкі і коли ти прискорюєш крок я висну на твоїй руці я майже лечу&lt;br /&gt;</w:t>
        <w:br/>
        <w:t>розтинаючи повітря розганяючи голубів своїм летом і уявляючи що світ&lt;br /&gt;</w:t>
        <w:br/>
        <w:t>це гарна барвиста карусель з якої запам’ятаю кольорові стрічки срібні дзвіночки&lt;br /&gt;</w:t>
        <w:br/>
        <w:t>твої долоні і свій сміх Боже коли ми злітаємо майже в самісіньке небо з дерев’яного&lt;br /&gt;</w:t>
        <w:br/>
        <w:t>карусельного поні і коли проводжу пальцями навпомацки по твоєму чолі&lt;br /&gt;</w:t>
        <w:br/>
        <w:t>просячи щоби вони не зустріли жодної зморшки і вони їх не відчувають тільки&lt;br /&gt;</w:t>
        <w:br/>
        <w:t>не знаю чому може тому що ти їх і справді не маєш а може вони просто ще&lt;br /&gt;</w:t>
        <w:br/>
        <w:t>не навчилися відчувати на дотик який ти є і коли обіймаю тебе і коли засинаю&lt;br /&gt;</w:t>
        <w:br/>
        <w:t>в тебе на грудях ще тільки встигаю подумати що хочу аби цей поні ніколи&lt;br /&gt;</w:t>
        <w:br/>
        <w:t>не зупинявся</w:t>
      </w:r>
    </w:p>
    <w:p>
      <w:r>
        <w:br/>
        <w:t>22 (66)&lt;br /&gt;</w:t>
        <w:br/>
        <w:t>дякую що можу бути сьогодні дякуючи що нині я є так просто і легко дякую&lt;br /&gt;</w:t>
        <w:br/>
        <w:t>що усміхаюся дякую що вештаюся весь день містом і що сьогодні так тепло що тільки&lt;br /&gt;</w:t>
        <w:br/>
        <w:t>зранку було трохи похмуро а вдень і ввечері світить сонце дякую що це сонце такого гарного кольору це тільки ти міг його таким придумати дякую що довкола мене&lt;br /&gt;</w:t>
        <w:br/>
        <w:t>сьогодні так багато світла і навіть коли йду вулицею незнайомий чоловік каже мені&lt;br /&gt;</w:t>
        <w:br/>
        <w:t>дівчинко над вами світиться німб дякую що ці вулиці такі широкі і теплі і що вечір&lt;br /&gt;</w:t>
        <w:br/>
        <w:t>настає так неквапно і що я нікуди не поспішаю тільки встигнути купити на базарі&lt;br /&gt;</w:t>
        <w:br/>
        <w:t>винограду мені хочеться встигнути купити зеленого і майже прозорого винограду&lt;br /&gt;</w:t>
        <w:br/>
        <w:t>і я встигаю і перекочую в пальцях прохолодні й вологі ягоди дякую що бачу в темряві&lt;br /&gt;</w:t>
        <w:br/>
        <w:t>і дякую що коли йду додому проходжу повз величезне вогнище його хтось розклав&lt;br /&gt;</w:t>
        <w:br/>
        <w:t>край дороги спалюючи якийсь непотріб але від того вогонь не стає менш красивим&lt;br /&gt;</w:t>
        <w:br/>
        <w:t>від того власне що це непотріб і на це багаття можна так нескінченно дивитися&lt;br /&gt;</w:t>
        <w:br/>
        <w:t>дякую за всі досвіди навіть і за прикрі бо якщо вони мені випали значить навіщось&lt;br /&gt;</w:t>
        <w:br/>
        <w:t>були потрібні дякую за те що деколи вмію любити і забувати те що не варто&lt;br /&gt;</w:t>
        <w:br/>
        <w:t>тримати в пам’яті і пам’ятати те що не варто забути дякую що в мене сьогодні&lt;br /&gt;</w:t>
        <w:br/>
        <w:t>нічого не болить ні очі ні серце ні груди дякую що є люди які мене люблять&lt;br /&gt;</w:t>
        <w:br/>
        <w:t>і люди яких можу любити дякую що часом комусь теплішає від мого приходу&lt;br /&gt;</w:t>
        <w:br/>
        <w:t>і що хтось чекає моїх листів або просто тішиться їх отримуючи дякую що є&lt;br /&gt;</w:t>
        <w:br/>
        <w:t>так багато доріг якими можна піти і на кожній із них тебе зустріти&lt;br /&gt;</w:t>
        <w:br/>
        <w:t>дякую що є зима весна літо і осінь і люди з різними кольорами шкіри&lt;br /&gt;</w:t>
        <w:br/>
        <w:t>й із різними усмішками і з різними очима дякую Боже що сьогодні так легко&lt;br /&gt;</w:t>
        <w:br/>
        <w:t>з тобою говорю і дякую що живу сьогодні так тобі дякуючи</w:t>
      </w:r>
    </w:p>
    <w:p>
      <w:r>
        <w:br/>
        <w:t>23 (70)&lt;br /&gt;</w:t>
        <w:br/>
        <w:t>мені подобається що риби плавають головою вбік і навіть коли вони вистрибують&lt;br /&gt;</w:t>
        <w:br/>
        <w:t>із води й починають ходити головою вбік мені теж дуже подобається&lt;br /&gt;</w:t>
        <w:br/>
        <w:t>подобається що вони не запитують ні в кого дозволу чи їм справді можна так ходити&lt;br /&gt;</w:t>
        <w:br/>
        <w:t>подобається коли ніхто ні в кого нічого не запитує мені подобається&lt;br /&gt;</w:t>
        <w:br/>
        <w:t>коли щоби починати говорити не треба ставити жодних запитань бо запитувати&lt;br /&gt;</w:t>
        <w:br/>
        <w:t>часом значить обтяжувати часом набридати часом відволікати часом засмучувати&lt;br /&gt;</w:t>
        <w:br/>
        <w:t>засмічувати відрубувати рибам голови мені не подобається коли рибам відрубують&lt;br /&gt;</w:t>
        <w:br/>
        <w:t>голови тобі напевно це теж не подобається і тому ти ніколи цього не робиш&lt;br /&gt;</w:t>
        <w:br/>
        <w:t>бачиш я часом теж почуваюся рибою але ніколи не ходжу головою вбік&lt;br /&gt;</w:t>
        <w:br/>
        <w:t>і не розмовляю головою вбік тільки деколи думаю головою вбік але цього ніхто&lt;br /&gt;</w:t>
        <w:br/>
        <w:t>не бачить а ти вдаєш що не звертаєш уваги хоча я знаю що саме ти фіксуєш&lt;br /&gt;</w:t>
        <w:br/>
        <w:t>усі мої порухи просіваєш як борошно усі мої запитання кажеш мені не розпитуй&lt;br /&gt;</w:t>
        <w:br/>
        <w:t>просто приходь і говори розповідай що захочеш і хтось може тебе почує а навіть&lt;br /&gt;</w:t>
        <w:br/>
        <w:t>якби й не почув я все одно завжди буду тебе слухати хіба це аж настільки&lt;br /&gt;</w:t>
        <w:br/>
        <w:t>кепсько а ще тебе слухатимуть риби я обіцяю тобі що тебе завжди слухатимуть&lt;br /&gt;</w:t>
        <w:br/>
        <w:t>риби може я колись покажу тобі свого улюбленого дельфіна я заберу тебе із собою&lt;br /&gt;</w:t>
        <w:br/>
        <w:t>і він також тебе слухатиме коли до нього говоритимеш знаєш якби ти насправді&lt;br /&gt;</w:t>
        <w:br/>
        <w:t>знала як багато речей тебе чують як багато моїх сотворінь прислухаються до того&lt;br /&gt;</w:t>
        <w:br/>
        <w:t>що говориш ти би просила трошки порожнішого світу довкола трохи уривчастіших&lt;br /&gt;</w:t>
        <w:br/>
        <w:t>слів трохи коротших і легших літер трохи більше любові трохи більше побожності</w:t>
      </w:r>
    </w:p>
    <w:p>
      <w:r>
        <w:br/>
        <w:t>33 (98)&lt;br /&gt;</w:t>
        <w:br/>
        <w:t>дуже скучаю Боже за жінкою яку ти забрав до себе нічого нікому&lt;br /&gt;</w:t>
        <w:br/>
        <w:t>не пояснюючи не кажучи куди і навіщо і чи надовго її ведеш&lt;br /&gt;</w:t>
        <w:br/>
        <w:t>і що далі і коли ми знову зустрінемося ти просто прийшов&lt;br /&gt;</w:t>
        <w:br/>
        <w:t>просто сказав ходімо ти так легко мій Боже забрав її руку з моєї&lt;br /&gt;</w:t>
        <w:br/>
        <w:t>і ви собі вийшли разом може мовчки а може про щось говорячи&lt;br /&gt;</w:t>
        <w:br/>
        <w:t>може вона вперше сказала добре що ти вже тут ти ж знаєш я так&lt;br /&gt;</w:t>
        <w:br/>
        <w:t>міцно сумувала за тобою мій Господи може вона ще встигла&lt;br /&gt;</w:t>
        <w:br/>
        <w:t>поцілувати мене в чоло коли я заснула востаннє мене обійняти&lt;br /&gt;</w:t>
        <w:br/>
        <w:t>ти ж знаєш я майже нічого звідти не пам’ятаю навіть запаху&lt;br /&gt;</w:t>
        <w:br/>
        <w:t>ладану може його насправді тоді й не було зрештою хіба все на світі&lt;br /&gt;</w:t>
        <w:br/>
        <w:t>мусить закінчуватися ладаном але знаєш це майже нечесно геть зовсім&lt;br /&gt;</w:t>
        <w:br/>
        <w:t>нічого про неї не знати жодних листів жодних звісток я вже мовчу&lt;br /&gt;</w:t>
        <w:br/>
        <w:t>про розмови якщо й справді зовсім-зовсім не можна говорити чи ти&lt;br /&gt;</w:t>
        <w:br/>
        <w:t>міг би мені розповісти бодай що вона робить де живе про що думає&lt;br /&gt;</w:t>
        <w:br/>
        <w:t>якщо тобі не складно розкажи мені зрештою що стається коли ти&lt;br /&gt;</w:t>
        <w:br/>
        <w:t>приходиш береш за руку вперше береш за руку так що ми нарешті&lt;br /&gt;</w:t>
        <w:br/>
        <w:t>знаємо ось ти поруч що ми вперше відповідаємо на твій потиск&lt;br /&gt;</w:t>
        <w:br/>
        <w:t>говоримо ось я Господи розкажи чи ти насправді тоді щось запитуєш&lt;br /&gt;</w:t>
        <w:br/>
        <w:t>і чи потребуєш наших слів і голосу і пояснень і що ми могли би&lt;br /&gt;</w:t>
        <w:br/>
        <w:t>тобі сказати чого ти іще не знав би ти ж пам’ятаєш кожен наш&lt;br /&gt;</w:t>
        <w:br/>
        <w:t>крок і порух кожна думка і слово перед тобою навіть ті що ми забуваємо&lt;br /&gt;</w:t>
        <w:br/>
        <w:t>і ті які нам хотілося б забути всі від першого до останнього&lt;br /&gt;</w:t>
        <w:br/>
        <w:t>напевно я дуже знічуся якщо мені доведеться у чомусь виправдовуватись&lt;br /&gt;</w:t>
        <w:br/>
        <w:t>щось розповідати щось доводити я майже не уявляю щоби в цьому&lt;br /&gt;</w:t>
        <w:br/>
        <w:t>був сенс може ти просто дозволиш мені Боже тебе перепросити&lt;br /&gt;</w:t>
        <w:br/>
        <w:t>і просто подякувати за все що мені сталося може тоді просто дозволиш&lt;br /&gt;</w:t>
        <w:br/>
        <w:t>нарешті обійняти жінку за якою я дуже скучила</w:t>
      </w:r>
    </w:p>
    <w:p>
      <w:r>
        <w:br/>
        <w:t>35 (102)&lt;br /&gt;</w:t>
        <w:br/>
        <w:t>добре що ми ніколи не одні ти ж теж про це знаєш правда&lt;br /&gt;</w:t>
        <w:br/>
        <w:t>навіть якщо ми просто думаємо навіть якщо просто дивимося&lt;br /&gt;</w:t>
        <w:br/>
        <w:t>одні на одних навіть якщо просто дихаємо одні одним на руки&lt;br /&gt;</w:t>
        <w:br/>
        <w:t>коли дуже холодно і коли тепло і якщо просто засинаємо&lt;br /&gt;</w:t>
        <w:br/>
        <w:t>в своїх містах пам’ятаючи про тих хто в дорозі тих хто далеко&lt;br /&gt;</w:t>
        <w:br/>
        <w:t>і навіть якщо ми ні про кого не пам’ятаємо засинаючи&lt;br /&gt;</w:t>
        <w:br/>
        <w:t>а просто засинаємо ти ніколи нас не залишаєш і насправді&lt;br /&gt;</w:t>
        <w:br/>
        <w:t>так дуже радо про це пам’ятати дуже спокійно знати&lt;br /&gt;</w:t>
        <w:br/>
        <w:t>що ти опікуєшся всіма нашими снами дуже довірливо&lt;br /&gt;</w:t>
        <w:br/>
        <w:t>так майже відходити просто опустивши голову на руки&lt;br /&gt;</w:t>
        <w:br/>
        <w:t>просто засинати тобою просто тобою прокидатися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книжки "розмови з Богом"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