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днів польових</w:t>
      </w:r>
    </w:p>
    <w:p>
      <w:r>
        <w:br/>
        <w:t xml:space="preserve"> &lt;p&gt;ІЗ ДНІВ</w:t>
      </w:r>
    </w:p>
    <w:p>
      <w:r>
        <w:br/>
        <w:t>польових</w:t>
      </w:r>
    </w:p>
    <w:p>
      <w:r>
        <w:br/>
        <w:t>Нам дали наказ міцно держатись позицій, доки не прийде підмога. Довелось наспіх поробити невеличкі шанці й за ними критись. Ми зовсім не знали, коли саме надійде підмога, якої сили наш ворог, і не думали, що з нами може статись через годину, дві, добу. А так спокійно йшли собі в майбутнє.</w:t>
      </w:r>
    </w:p>
    <w:p>
      <w:r>
        <w:br/>
        <w:t>Уночі ставало тривожніше. На тім боці горіло небо, не горіло, а світилось яскравим блакитно-зеленим вогнем, що довгими смугами розпускався в небі.</w:t>
      </w:r>
    </w:p>
    <w:p>
      <w:r>
        <w:br/>
        <w:t>Тоді раптом великий пук сяйва рясним дощем розсипався в темряві, і над ними вибухав великий ляск.</w:t>
      </w:r>
    </w:p>
    <w:p>
      <w:r>
        <w:br/>
        <w:t>Коли б хто знав, як то стояти на однім місці й чекати набоїв! Хвилинами мені хотілось утекти кудись у простір, де плачуть тихі нічні звуки, або заритись глибоко в землю й нічого не чути. Це було так просто зробити, але я добре знав, що не зроблю так ніколи.</w:t>
      </w:r>
    </w:p>
    <w:p>
      <w:r>
        <w:br/>
        <w:t>Ці хвилини були, як вічність. Вічність лягала між вибухом та вибухом. І я багато думав. Думав про смерть і ніяк не міг припустити, що тут можу щохвилини загинути. Як це може статися, що світ навколо замре? А проте... ще не знав до краю, достотно, де саме лежить моя правда.</w:t>
      </w:r>
    </w:p>
    <w:p>
      <w:r>
        <w:br/>
        <w:t>Над ранок ставало легше. Кулі свистіли лагідно, миротворно. Широкі зірниці привітно усміхались. Навколо були безкраї простори степів. Білі плями снігу, як шапки з грибів; а поміж ними — зелені крижані кружала, як купки лісу.</w:t>
      </w:r>
    </w:p>
    <w:p>
      <w:r>
        <w:br/>
        <w:t>На тім боці варили страву, синій дим стелився в придолинки.</w:t>
      </w:r>
    </w:p>
    <w:p>
      <w:r>
        <w:br/>
        <w:t>Теплий весняний вітерець щось хвилююче шепотів у груди. В ту пору, не знаю чому, я хотів би слухати тиху казку.</w:t>
      </w:r>
    </w:p>
    <w:p>
      <w:r>
        <w:br/>
        <w:t>А все ж ми продержались. До нас прийшла свіжа червона дивізія, і ми разом посунули.</w:t>
      </w:r>
    </w:p>
    <w:p>
      <w:r>
        <w:br/>
        <w:t>Тоді настав справжній бенкет, такий завзятий, такий шалений.</w:t>
      </w:r>
    </w:p>
    <w:p>
      <w:r>
        <w:br/>
        <w:t>Небо було червоне. Мені хотілось купатися в крові, брести в ній, підіймаючи важкі ноги, й пити пару її, і дихати гарячим подихом її.</w:t>
      </w:r>
    </w:p>
    <w:p>
      <w:r>
        <w:br/>
        <w:t>Я почував найвищу насолоду захоплення, як пускав маленького гостинця в потилицю білому. Чому саме: що я червоний? Не знаю. Може, за ті страшні ночі, що пробув у шанцях.</w:t>
      </w:r>
    </w:p>
    <w:p>
      <w:r>
        <w:br/>
        <w:t>І ми гнали, доки не перебили деяких загонів та не забрали решти в полон. Полонені нас мало цікавили. Я пригадую: ми з ними говорили, курили. Вони, жартуючи, відповідали, сперечались. Вони врятувались від смерті, були до останку певні, що тепер зостануться живі.</w:t>
      </w:r>
    </w:p>
    <w:p>
      <w:r>
        <w:br/>
        <w:t>Незабаром їх кудись погнали, ми й не цікавились: куди, для чого. Це так звичайно на війні.</w:t>
      </w:r>
    </w:p>
    <w:p>
      <w:r>
        <w:br/>
        <w:t>Тоді ж мене відзначили за хоробрість, за відданість червоним. Політком сердечно вітав мене при всіх.</w:t>
      </w:r>
    </w:p>
    <w:p>
      <w:r>
        <w:br/>
        <w:t>Я знав, що десь горів яскравий радісний вогонь. І я йшов до нього. А всередині було порожньо.</w:t>
      </w:r>
    </w:p>
    <w:p>
      <w:r>
        <w:br/>
        <w:t>Білих одігнали далеко. Або швидше розігнали, розпорошили.</w:t>
      </w:r>
    </w:p>
    <w:p>
      <w:r>
        <w:br/>
        <w:t>А проте деякі гуртки їх ще зостались. Вони розбрелись по лісах, байраках. До них приставали подекуди бандити, і разом вони часто нападали на нас та чинили прикрі бешкети.</w:t>
      </w:r>
    </w:p>
    <w:p>
      <w:r>
        <w:br/>
        <w:t>Ми, розуміється, зовсім не боялися їх. Ми добре знали, що</w:t>
      </w:r>
    </w:p>
    <w:p>
      <w:r>
        <w:br/>
        <w:t>розбити нас їм ніколи не доведеться, а все ж інколи вони були дуже лихі і завдавали нам великих утрат.</w:t>
      </w:r>
    </w:p>
    <w:p>
      <w:r>
        <w:br/>
        <w:t>Ми розташувалися по селах і мусили звідти наскакувати на ліси. Мені одвели тиху, білу хатину в одного дідуся. Родина була невелика. Він, старенька бабуня й дочка Христя. Двір увесь як чисте кубельце, обнесений чепурними ясенами, дотепно обплетений, обгороджений. Всюди акуратно, чисто. Ці люди, здавалось, не жили, не господарювали, а лише дбали про спокій та чистоту. І хто найбільше пильнував із них, я й не знаю. Вони всі робили якесь своє непомітне діло, а що саме, трудно й сказати.</w:t>
      </w:r>
    </w:p>
    <w:p>
      <w:r>
        <w:br/>
        <w:t>Я кілька разів обходив дворище, обдивлявся. Невеличка коняка хрумкала в стайні січку, поруч стояли вівці; далі, в другім кутку, жувала корова. Тільки пізніше дізнався я, що старі мають іще й гусей та качок. Вони були окремо, в вузеньких сутичках між повіточкою й клунею. Коли я наближався, гуси здіймали страшенний лемент, і я швидше тікав, стурбований їх криком. В цьому господарстві всюди була тиша й спокій, і це здавалось таким дивним і незвичайним після тих бурхливих часів, що прожито було в бійці.</w:t>
      </w:r>
    </w:p>
    <w:p>
      <w:r>
        <w:br/>
        <w:t>Це було по весні, в перших днях березня, коли саме весна починається. Багато снігу вже розтануло і втекло кудись. На полях стояли великі озера, вкриті зелено-сизою крижаною корою. По берегах озера розтанули, і дрібні хвилі повільно лизали крихку кригу. На придолинах, по підгір'ях ярів, у вузеньких байраках ще лежали довгі синяво-білі смуги снігу. Від них стікали тоненькі прозорі струмочки.</w:t>
      </w:r>
    </w:p>
    <w:p>
      <w:r>
        <w:br/>
        <w:t>Я п'янів, п'янів від радості, від холодного спокою.</w:t>
      </w:r>
    </w:p>
    <w:p>
      <w:r>
        <w:br/>
        <w:t>Мрійна неосяжна далечінь була прозора й легка. В ній синіли стрункі смуги лісів. Вечірні зорі, як причепурені дівчата, що розпустили безліч стрічок, глибоко хвилювали серце. На високих березах вовтузились галки й дзвінко, клопотливо стогнали чуло, по-весняному. Пахло розпареною парою, тихі шуми співали якусь давню, забуту казку.</w:t>
      </w:r>
    </w:p>
    <w:p>
      <w:r>
        <w:br/>
        <w:t>Кожен ранок умивався новою свіжою водою, кожен ранок по-новому благословляв день, і я вслухався в це нове життя. І я горів холодним повітрям, далекою червоною зіркою, що стояла перед моїми очима.</w:t>
      </w:r>
    </w:p>
    <w:p>
      <w:r>
        <w:br/>
        <w:t>А проте, я не знаю. Зірка була занадто червона, далека, а сині струмені землі вливалися в груди.</w:t>
      </w:r>
    </w:p>
    <w:p>
      <w:r>
        <w:br/>
        <w:t>Хто скаже, де лежить тут правда?</w:t>
      </w:r>
    </w:p>
    <w:p>
      <w:r>
        <w:br/>
        <w:t>Цієї весни тихої, польової я не знав.</w:t>
      </w:r>
    </w:p>
    <w:p>
      <w:r>
        <w:br/>
        <w:t>Я сам міська людина, і батько мій був робітником на металургійному заводі на півдні України. Весну ми знали за високими мурами заводу по тому, як підбивалося вгору сонце, тепло-блакитним ставало небо й танули тоненькі шари снігу. Вони за день-два зникали, і тоді навколо були сірі брудні купи шлаку. Шлак висихав, усе вкривалось порохом, ставало сіре та непривітне.</w:t>
      </w:r>
    </w:p>
    <w:p>
      <w:r>
        <w:br/>
        <w:t>І ще зостались спомини, коли ми, майже цілим заводом, сунули до природи. Це було на літнього Миколи. Ми збирались цілими родинами, забирали з собою гори провізії, шклянки, самовари, гітари, балалайки, великі запаси пива — і йшли до сусіднього монастиря. Це був справжній похід на гульбище, бенкет.</w:t>
      </w:r>
    </w:p>
    <w:p>
      <w:r>
        <w:br/>
        <w:t>Нас, звичайно, зовсім не цікавила служба. Ми бачили повних, налитих салом монахів, що прислужували нам — подавали самовар, смажену рибу, а самі дивились на нас масними очима.</w:t>
      </w:r>
    </w:p>
    <w:p>
      <w:r>
        <w:br/>
        <w:t>Багато там напивалося. Ми грали на балалайках. Кричали якихось пісень, обіймались, інколи сперечались за якусь дрібницю, і суперечки ці доходили до бійки. Жінки наші теж напивались і верещали дикими писклявими голосами. Дехто з нас під вечір на природу, на зелену молоду траву блював...</w:t>
      </w:r>
    </w:p>
    <w:p>
      <w:r>
        <w:br/>
        <w:t>Аж під вечір ми поверталися додому, зовсім задоволені, з п'яною одрижкою на серці. А навколо в золоту порохню вечора пурнав густий монастирський ліс з білими будинками, з золотими хрестами, з тихим вечірнім дзвоном.</w:t>
      </w:r>
    </w:p>
    <w:p>
      <w:r>
        <w:br/>
        <w:t>І лише один спомин тішить серце глибокою радістю, як казкою, що замережилась павутинням буденщини.</w:t>
      </w:r>
    </w:p>
    <w:p>
      <w:r>
        <w:br/>
        <w:t>Це було першого травня. Ми з малечею простежили за старими й зайшли слідом за ними на прогалину монастирського лісу. Там були вже поодинокі гуртки робітників, що сторожко курили цигарки. Потім прийшов гурт "інтелігентів"— чорних, патлатих людей з широкими брилями; коло них було кілька панночок із книжками в руках. Вони щось довго радились, далі почали говорить.</w:t>
      </w:r>
    </w:p>
    <w:p>
      <w:r>
        <w:br/>
        <w:t>В сяйві ненароком запаленого сірника, маленьких електричних ліхтарів рухались тіні, переплітались, потривожено шелестіли кущі лісу і падали в темряву далекі незрозумілі слова, що їх з глибокою увагою всі ми слухали.</w:t>
      </w:r>
    </w:p>
    <w:p>
      <w:r>
        <w:br/>
        <w:t>Опівночі нас викрили.</w:t>
      </w:r>
    </w:p>
    <w:p>
      <w:r>
        <w:br/>
        <w:t>Я пригадую глухий тупіт, шелест кущів, кілька пострілів, залякані, але стримані голоси. Хтось шмигонув чимсь гострим, хтось прокричав, постріли зачастили.</w:t>
      </w:r>
    </w:p>
    <w:p>
      <w:r>
        <w:br/>
        <w:t>Ми, малеча, шугонули в кущі й бігли, не знаючи як і куди.</w:t>
      </w:r>
    </w:p>
    <w:p>
      <w:r>
        <w:br/>
        <w:t>За якийсь час я відстав від товаришів і опинився на Прогалявині під старовинним дубом. Там я довго прислухався і, коли пересвідчився, що навколо було зовсім тихо, я ліг і до ранку продрімав.</w:t>
      </w:r>
    </w:p>
    <w:p>
      <w:r>
        <w:br/>
        <w:t>Вранці дзвонили в монастирі. Сиві луки горіли на сонці, пахтіли й співали трави навколо, поміж пальцями спадали теплі роси. Я тоді глибоко сміявся й радів, не знаю й чому.</w:t>
      </w:r>
    </w:p>
    <w:p>
      <w:r>
        <w:br/>
        <w:t>Дома батько, коли довідався за все, покрутив лиш головою і щось пробурмотів, навіть не полаяв...</w:t>
      </w:r>
    </w:p>
    <w:p>
      <w:r>
        <w:br/>
        <w:t>Цього ж разу на березах тихо курличуть галки, складаючи гнізда, пищать шпаки.</w:t>
      </w:r>
    </w:p>
    <w:p>
      <w:r>
        <w:br/>
        <w:t>Ах, будь благословенна, весно! На новім ковадлі перековується серце в чисте золото!</w:t>
      </w:r>
    </w:p>
    <w:p>
      <w:r>
        <w:br/>
        <w:t>Я взяв рушницю й пішов на польові озера. Віддаль, по обрію, вже сідали густі тумани, зеленіли поблизу озимини і легкий морок кутав вітряки з простягнутими в небо руками. На озері догорали останні пасма заходу, сині смуги збиралися в брижі. Я став зачікувати.</w:t>
      </w:r>
    </w:p>
    <w:p>
      <w:r>
        <w:br/>
        <w:t>Незабаром у небі просвистів невеликий гурт качок. Вони покрутились недовго й сіли на воду.</w:t>
      </w:r>
    </w:p>
    <w:p>
      <w:r>
        <w:br/>
        <w:t>Маленький вибух їх сполохнув, одна качка підлетіла, потріпотіла крильцями й важкою грудкою впала знову на воду. Я дістав довгу жердку, забрів трохи у воду і так вибрав здобич.</w:t>
      </w:r>
    </w:p>
    <w:p>
      <w:r>
        <w:br/>
        <w:t>Я побродив ще який час по житах і повернувся додому. А на заході ще довго смутніла золото-червона зоря.</w:t>
      </w:r>
    </w:p>
    <w:p>
      <w:r>
        <w:br/>
        <w:t>Коло воріт стояла Христя. Це вперше сталося, що вона вийшла й стояла без роботи. Христя угледіла мене і чомусь засоромилась.</w:t>
      </w:r>
    </w:p>
    <w:p>
      <w:r>
        <w:br/>
        <w:t>— Ну, Христе, на завтра треба добрий борщ зварити.</w:t>
      </w:r>
    </w:p>
    <w:p>
      <w:r>
        <w:br/>
        <w:t>— Чого ж так?</w:t>
      </w:r>
    </w:p>
    <w:p>
      <w:r>
        <w:br/>
        <w:t>— Ось, подивіться.</w:t>
      </w:r>
    </w:p>
    <w:p>
      <w:r>
        <w:br/>
        <w:t>— 1-і, качку забив. Хіба ж можна тепер убивати?</w:t>
      </w:r>
    </w:p>
    <w:p>
      <w:r>
        <w:br/>
        <w:t>— Чого ж ні?</w:t>
      </w:r>
    </w:p>
    <w:p>
      <w:r>
        <w:br/>
        <w:t>— Та вона ж прилетіла сюди жити, дітей виводити...</w:t>
      </w:r>
    </w:p>
    <w:p>
      <w:r>
        <w:br/>
        <w:t>— Ну, так у неї нічого нема поки що.</w:t>
      </w:r>
    </w:p>
    <w:p>
      <w:r>
        <w:br/>
        <w:t>— Так будуть. Ви всі, вояки, такі, вам аби вбивати, крові все треба. Не нап'єтесь!</w:t>
      </w:r>
    </w:p>
    <w:p>
      <w:r>
        <w:br/>
        <w:t>— Ми людської крові не проливаємо.</w:t>
      </w:r>
    </w:p>
    <w:p>
      <w:r>
        <w:br/>
        <w:t>— А чию ж?</w:t>
      </w:r>
    </w:p>
    <w:p>
      <w:r>
        <w:br/>
        <w:t>— Панську, буржуйську.</w:t>
      </w:r>
    </w:p>
    <w:p>
      <w:r>
        <w:br/>
        <w:t>— Авжеж! А мало людей загинуло?</w:t>
      </w:r>
    </w:p>
    <w:p>
      <w:r>
        <w:br/>
        <w:t>— На те війна.</w:t>
      </w:r>
    </w:p>
    <w:p>
      <w:r>
        <w:br/>
        <w:t>Христя кудись смутно дивилася.</w:t>
      </w:r>
    </w:p>
    <w:p>
      <w:r>
        <w:br/>
        <w:t>— А ви хіба проти революції, Христе?</w:t>
      </w:r>
    </w:p>
    <w:p>
      <w:r>
        <w:br/>
        <w:t>— Я? Чого ж мені проти? Хіба я воюю?</w:t>
      </w:r>
    </w:p>
    <w:p>
      <w:r>
        <w:br/>
        <w:t>*— А хіба вам не легше стане жити? Ніби не ви дістали волю, землю?</w:t>
      </w:r>
    </w:p>
    <w:p>
      <w:r>
        <w:br/>
        <w:t>— О! Легше! А чи я ж знаю. Я тільки бачу, як ріжуть людей, наче кабанів.</w:t>
      </w:r>
    </w:p>
    <w:p>
      <w:r>
        <w:br/>
        <w:t>— Ось заждіть. Проженем панів, заведем новий лад, будуть панувати тільки ті, що працюють. Тоді побачите, Христе. Червона зірка, одним словом, усюди горітиме червона зірка.</w:t>
      </w:r>
    </w:p>
    <w:p>
      <w:r>
        <w:br/>
        <w:t>— А ви в це вірите?</w:t>
      </w:r>
    </w:p>
    <w:p>
      <w:r>
        <w:br/>
        <w:t>— Не вірю, а знаю, що так буде.</w:t>
      </w:r>
    </w:p>
    <w:p>
      <w:r>
        <w:br/>
        <w:t>— Ви, мабуть, комуніст.</w:t>
      </w:r>
    </w:p>
    <w:p>
      <w:r>
        <w:br/>
        <w:t>— Ні, я тільки їм допомагаю. Йду за ними.</w:t>
      </w:r>
    </w:p>
    <w:p>
      <w:r>
        <w:br/>
        <w:t>Вона помовчала. Я дивився і вперше добре помітив її. Вона була тиха, з повільними рухами, трохи журлива. З-під довгих вій спокійно дивились теплі сірі очі.</w:t>
      </w:r>
    </w:p>
    <w:p>
      <w:r>
        <w:br/>
        <w:t>В той вечір ми більше з нею не говорили.</w:t>
      </w:r>
    </w:p>
    <w:p>
      <w:r>
        <w:br/>
        <w:t>З заходу повіяли теплі хвилі вітру. Зашуміли густо, по-весняному. Пішли гулять хмари, важкі, ковтунясті. Тоді пустились дощі теплі, рясні. Йшли кілька день безперестанку. І знову вітри, тепер рвучкі, ніжно-пестливі й співучі. В небі гойдались білі вовнясті хмари. Яри засіріли. Вітер студив їх та сушив.</w:t>
      </w:r>
    </w:p>
    <w:p>
      <w:r>
        <w:br/>
        <w:t>Щоранку в церкві белемкав сумний постовик, і чорні бабусі сунули туди довгою розірваною валкою.</w:t>
      </w:r>
    </w:p>
    <w:p>
      <w:r>
        <w:br/>
        <w:t>Як це чудно: червона зірка й темний постовик!</w:t>
      </w:r>
    </w:p>
    <w:p>
      <w:r>
        <w:br/>
        <w:t>Христя ходила на річку, прала білизну. Звідти повертала спокійною ходою, з теплим промінястим зором, що зазирав кудись у глибінь себе. Від зчервонілого обличчя пашіло тихою злагодою, що поволі й глибоко чарувала.</w:t>
      </w:r>
    </w:p>
    <w:p>
      <w:r>
        <w:br/>
        <w:t>В ту пору я хотів комусь розказувати якусь довгу, солодку казку про червону зірку, що зустрілась з милоокою дівчиною. Хотів би я знати, хто кого переможе?</w:t>
      </w:r>
    </w:p>
    <w:p>
      <w:r>
        <w:br/>
        <w:t>Христя увечері часто кудись ходила, а поверталась пізно. Я не звертав на це жодної уваги, але одного разу запитав:</w:t>
      </w:r>
    </w:p>
    <w:p>
      <w:r>
        <w:br/>
        <w:t>— Куди то ви ходите так пізно?</w:t>
      </w:r>
    </w:p>
    <w:p>
      <w:r>
        <w:br/>
        <w:t>— Як хочете знати, то в "Просвіту", до школи.</w:t>
      </w:r>
    </w:p>
    <w:p>
      <w:r>
        <w:br/>
        <w:t>— В "Просвіту"? А я думав — на вечорниці.</w:t>
      </w:r>
    </w:p>
    <w:p>
      <w:r>
        <w:br/>
        <w:t>— Отож не думайте. У нас на вечорниці рідко хто тепер ходить.</w:t>
      </w:r>
    </w:p>
    <w:p>
      <w:r>
        <w:br/>
        <w:t>— Що ж ви там робите?</w:t>
      </w:r>
    </w:p>
    <w:p>
      <w:r>
        <w:br/>
        <w:t>— А що ж? У хорі співаємо. На свято виставу думаємо робити.</w:t>
      </w:r>
    </w:p>
    <w:p>
      <w:r>
        <w:br/>
        <w:t>— А хто ж це все дав вам, Христе?</w:t>
      </w:r>
    </w:p>
    <w:p>
      <w:r>
        <w:br/>
        <w:t>— Хто дав? Самі взяли.</w:t>
      </w:r>
    </w:p>
    <w:p>
      <w:r>
        <w:br/>
        <w:t>— А революція?</w:t>
      </w:r>
    </w:p>
    <w:p>
      <w:r>
        <w:br/>
        <w:t>— Чого ж так важко від неї?</w:t>
      </w:r>
    </w:p>
    <w:p>
      <w:r>
        <w:br/>
        <w:t>— Нехай пройде усе це, тоді стане легко. Тоді подасть брат братові руку й скаже: ми вкупі.</w:t>
      </w:r>
    </w:p>
    <w:p>
      <w:r>
        <w:br/>
        <w:t>— Ой, не буде цього ніколи.</w:t>
      </w:r>
    </w:p>
    <w:p>
      <w:r>
        <w:br/>
        <w:t>В той вечір присмерки були густіші. Христя задумана одійшла від мене і щось стиха шепотіла. Табун невідомих птахів прошумів над головою, загавкала в самоті собака.</w:t>
      </w:r>
    </w:p>
    <w:p>
      <w:r>
        <w:br/>
        <w:t>Навколо ставало трохи тривожно. Політком скликав у школі мітинг.</w:t>
      </w:r>
    </w:p>
    <w:p>
      <w:r>
        <w:br/>
        <w:t>Селяни зійшлися, шумно гомоніли, сперечались, курили люльки й сердито спльовували. Коли ми наближались, вони зразу стихали. Видно, на душі у них щось було проти нас.</w:t>
      </w:r>
    </w:p>
    <w:p>
      <w:r>
        <w:br/>
        <w:t>Коли скінчив говорити агітатор, хтось запитав із юрби:</w:t>
      </w:r>
    </w:p>
    <w:p>
      <w:r>
        <w:br/>
        <w:t>— А розверстку скоро скінчите?</w:t>
      </w:r>
    </w:p>
    <w:p>
      <w:r>
        <w:br/>
        <w:t>— Товариші! Невже ж ви будете сидіти на купах хліба, а там нехай здихають ваші брати робітники, Червона Армія, що здобувала вам землю, волю?—прокричав комісар.</w:t>
      </w:r>
    </w:p>
    <w:p>
      <w:r>
        <w:br/>
        <w:t>— А краму скоро дасте?</w:t>
      </w:r>
    </w:p>
    <w:p>
      <w:r>
        <w:br/>
        <w:t>— А сіль?</w:t>
      </w:r>
    </w:p>
    <w:p>
      <w:r>
        <w:br/>
        <w:t>— А коли постой скінчите?</w:t>
      </w:r>
    </w:p>
    <w:p>
      <w:r>
        <w:br/>
        <w:t>— А підводи перестанете ганять?</w:t>
      </w:r>
    </w:p>
    <w:p>
      <w:r>
        <w:br/>
        <w:t>— Ой, горе-горенько!</w:t>
      </w:r>
    </w:p>
    <w:p>
      <w:r>
        <w:br/>
        <w:t>І ми знову, вже всі гуртом, починали говорити. Поволі, видно, непорозуміння розвіювалось, суперечки ставали лагідніші.</w:t>
      </w:r>
    </w:p>
    <w:p>
      <w:r>
        <w:br/>
        <w:t>До нас підійшов один сектант. Очі йому горіли, він, видно, глибоко захвилювався.</w:t>
      </w:r>
    </w:p>
    <w:p>
      <w:r>
        <w:br/>
        <w:t>— Ну, от ви, товариші, за рівність, за правду людську. Так?</w:t>
      </w:r>
    </w:p>
    <w:p>
      <w:r>
        <w:br/>
        <w:t>— Так. За соціялізм.</w:t>
      </w:r>
    </w:p>
    <w:p>
      <w:r>
        <w:br/>
        <w:t>— Нащо ж ви тоді брата свого вбиваєте, кров його проливаєте?</w:t>
      </w:r>
    </w:p>
    <w:p>
      <w:r>
        <w:br/>
        <w:t>— А коли він стоїть на перешкоді до тієї правди?</w:t>
      </w:r>
    </w:p>
    <w:p>
      <w:r>
        <w:br/>
        <w:t>— Так ти йому роз'ясни. А хто тобі дав право кров його проливати, життя в нього одбирати?</w:t>
      </w:r>
    </w:p>
    <w:p>
      <w:r>
        <w:br/>
        <w:t>— А чом же ти своєю правдою не призведеш усіх, щоб нарівно поділились своїм добром?</w:t>
      </w:r>
    </w:p>
    <w:p>
      <w:r>
        <w:br/>
        <w:t>— А коли взнають усі слово Боже, тоді прийдуть докупи й поділяться своїм добром.</w:t>
      </w:r>
    </w:p>
    <w:p>
      <w:r>
        <w:br/>
        <w:t>— Як рак на горі свисне!</w:t>
      </w:r>
    </w:p>
    <w:p>
      <w:r>
        <w:br/>
        <w:t>Він одійшов, видно, незадоволений.</w:t>
      </w:r>
    </w:p>
    <w:p>
      <w:r>
        <w:br/>
        <w:t>Прощались ми з селянами приязно й сердечно, а проте відчувалось, що не все з'ясовано, не все договорено. Політком пішов із нами. По дорозі він розбалакався.</w:t>
      </w:r>
    </w:p>
    <w:p>
      <w:r>
        <w:br/>
        <w:t>— Люди думають, що соціалізм — щось страшне. Він, по-їхньому, прийде, неначе огонь з неба. Та він з'явиться так, що ми його не помітимо. Колись увійде в хату, зніме шапку і скаже: здрастуйте! От і все.</w:t>
      </w:r>
    </w:p>
    <w:p>
      <w:r>
        <w:br/>
        <w:t>Христя була з нами. Коли попрощалися з політкомом, я сказав їй:</w:t>
      </w:r>
    </w:p>
    <w:p>
      <w:r>
        <w:br/>
        <w:t>— Ходімо з нами, Христе.</w:t>
      </w:r>
    </w:p>
    <w:p>
      <w:r>
        <w:br/>
        <w:t>— Куди?</w:t>
      </w:r>
    </w:p>
    <w:p>
      <w:r>
        <w:br/>
        <w:t>— У військо.</w:t>
      </w:r>
    </w:p>
    <w:p>
      <w:r>
        <w:br/>
        <w:t>— Нащо ж я вам здалась?</w:t>
      </w:r>
    </w:p>
    <w:p>
      <w:r>
        <w:br/>
        <w:t>— Ви будете, як зірка, або ні — як холодний струмок. У спеку можна прийти й напитися холодної чистої води й спочити. Цього нам дуже треба.</w:t>
      </w:r>
    </w:p>
    <w:p>
      <w:r>
        <w:br/>
        <w:t>— Ой, ні! Знімете косу з мене, острижете, безпутницею зробите.</w:t>
      </w:r>
    </w:p>
    <w:p>
      <w:r>
        <w:br/>
        <w:t>— Чого ж ви так думаєте?</w:t>
      </w:r>
    </w:p>
    <w:p>
      <w:r>
        <w:br/>
        <w:t>— Хіба ж можна нашій сестрі у війську? Рядом спати — воно й незчуєшся, як станеться.</w:t>
      </w:r>
    </w:p>
    <w:p>
      <w:r>
        <w:br/>
        <w:t>Вона кудись сумно вдивлялась і була, певно, схвильована.</w:t>
      </w:r>
    </w:p>
    <w:p>
      <w:r>
        <w:br/>
        <w:t>— А коли б ви кого покохали?</w:t>
      </w:r>
    </w:p>
    <w:p>
      <w:r>
        <w:br/>
        <w:t>— Кого?</w:t>
      </w:r>
    </w:p>
    <w:p>
      <w:r>
        <w:br/>
        <w:t>— Скажем, мене.</w:t>
      </w:r>
    </w:p>
    <w:p>
      <w:r>
        <w:br/>
        <w:t>Вона пронизливо подивилась на мене.</w:t>
      </w:r>
    </w:p>
    <w:p>
      <w:r>
        <w:br/>
        <w:t>— Ну, то й тоді б не пішла. Хочете, зоставайтесь тут, хочете — навідуйтесь, а в військо не піду. Жінці місце в хаті, а не на війні.</w:t>
      </w:r>
    </w:p>
    <w:p>
      <w:r>
        <w:br/>
        <w:t>В той вечір ми довго сиділи на лавці коло двору. Я розповідав їй про своє життя, про роботу на заводі, про військові події. Христя мовчки слухала й коливалась, наче снувала якусь глибоку й болісну мелодію.</w:t>
      </w:r>
    </w:p>
    <w:p>
      <w:r>
        <w:br/>
        <w:t>Я чув розмову старої з Христею. Стара завзято щось доводила. Христя рішуче сперечалась. Хтозна, може, й про мене йшла розмова? Потім вони почали стиха шепотіти.</w:t>
      </w:r>
    </w:p>
    <w:p>
      <w:r>
        <w:br/>
        <w:t>Дідусь лагідно вітався завжди, як ми зустрічались. Він ішов поратись по господі, і це в нього була якась велика тайнодія.</w:t>
      </w:r>
    </w:p>
    <w:p>
      <w:r>
        <w:br/>
        <w:t>Хтозна, як би воно у нас пішло далі, але несподівані події багато дечого прискорили.</w:t>
      </w:r>
    </w:p>
    <w:p>
      <w:r>
        <w:br/>
        <w:t>Це було надвечір одного дня. Пригадую, я лагодив якраз сідло на коня.</w:t>
      </w:r>
    </w:p>
    <w:p>
      <w:r>
        <w:br/>
        <w:t>В яру з одного краю почувся постріл, зразу несміливий, поодинокий. Йому хтось знехотя відповів. І раптом зі всіх боків пішла завзята стрілянина. Я не встиг зібратись, як стрілянина наближалась. І ось я почув, що стріляють близько мого двору. Я хутко зібрався сідати на коня й бігти до штабу. Але зовсім несподівано вискочила Христя й побігла до мене. Вона була зовсім спокійна.</w:t>
      </w:r>
    </w:p>
    <w:p>
      <w:r>
        <w:br/>
        <w:t>— Куди ви?</w:t>
      </w:r>
    </w:p>
    <w:p>
      <w:r>
        <w:br/>
        <w:t>— До штабу.</w:t>
      </w:r>
    </w:p>
    <w:p>
      <w:r>
        <w:br/>
        <w:t>— Туди не можна.</w:t>
      </w:r>
    </w:p>
    <w:p>
      <w:r>
        <w:br/>
        <w:t>— Чому?</w:t>
      </w:r>
    </w:p>
    <w:p>
      <w:r>
        <w:br/>
        <w:t>— В яру якісь засіли люди.</w:t>
      </w:r>
    </w:p>
    <w:p>
      <w:r>
        <w:br/>
        <w:t>— Ну то що? Якось проскочу!</w:t>
      </w:r>
    </w:p>
    <w:p>
      <w:r>
        <w:br/>
        <w:t>— Авжеж. Так-то й проскочите!</w:t>
      </w:r>
    </w:p>
    <w:p>
      <w:r>
        <w:br/>
        <w:t>Я нерішуче ступив кілька кроків. Христя про щось думала.</w:t>
      </w:r>
    </w:p>
    <w:p>
      <w:r>
        <w:br/>
        <w:t>— Туди вам не можна! — рішуче сказала вона.</w:t>
      </w:r>
    </w:p>
    <w:p>
      <w:r>
        <w:br/>
        <w:t>— Що ж, я тут зостанусь, щоб мене живцем узяли?</w:t>
      </w:r>
    </w:p>
    <w:p>
      <w:r>
        <w:br/>
        <w:t>— Я вас проведу.</w:t>
      </w:r>
    </w:p>
    <w:p>
      <w:r>
        <w:br/>
        <w:t>І вона зразу ж пішла за клуню. Я, признатися, був збентежений.</w:t>
      </w:r>
    </w:p>
    <w:p>
      <w:r>
        <w:br/>
        <w:t>Хто знає, що в цієї дівчини на думці і по чому вона знає, куди краще йти? Проте не було мені з чого вибирати, і я мусив іти за нею.</w:t>
      </w:r>
    </w:p>
    <w:p>
      <w:r>
        <w:br/>
        <w:t>Ми пройшли в маленькім саду, далі пустились понад яром густими кущами. За яром було провалля. Вузенькою стежкою ми полізли в провалля. Починало вже темніти.</w:t>
      </w:r>
    </w:p>
    <w:p>
      <w:r>
        <w:br/>
        <w:t>Внизу, з кущів, хтось запитав:</w:t>
      </w:r>
    </w:p>
    <w:p>
      <w:r>
        <w:br/>
        <w:t>— Хто йде?</w:t>
      </w:r>
    </w:p>
    <w:p>
      <w:r>
        <w:br/>
        <w:t>— Мовчи, Грицьку! — спокійно відповіла Христя.</w:t>
      </w:r>
    </w:p>
    <w:p>
      <w:r>
        <w:br/>
        <w:t>— Свої? — поспитав голос із кущів.</w:t>
      </w:r>
    </w:p>
    <w:p>
      <w:r>
        <w:br/>
        <w:t>— Свої,— відповіла Христя.</w:t>
      </w:r>
    </w:p>
    <w:p>
      <w:r>
        <w:br/>
        <w:t>— А чого тут ходиш?</w:t>
      </w:r>
    </w:p>
    <w:p>
      <w:r>
        <w:br/>
        <w:t>— Коняка втекла.</w:t>
      </w:r>
    </w:p>
    <w:p>
      <w:r>
        <w:br/>
        <w:t>— А може, червоні забрали?</w:t>
      </w:r>
    </w:p>
    <w:p>
      <w:r>
        <w:br/>
        <w:t>— Оце ж піду довідаться.</w:t>
      </w:r>
    </w:p>
    <w:p>
      <w:r>
        <w:br/>
        <w:t>Почулася лайка. Ми пролізли якоюсь вузенькою стежкою, вилізли на гору, ще який час пройшли левадою. Незабаром я помітив вітряки й гурт людей.</w:t>
      </w:r>
    </w:p>
    <w:p>
      <w:r>
        <w:br/>
        <w:t>— Он де ваші! — показала Христя.</w:t>
      </w:r>
    </w:p>
    <w:p>
      <w:r>
        <w:br/>
        <w:t>Я глянув на неї. Обличчя в неї було тепле, зворушене та незвичайно привітне. І я не знаю чому, але, не думаючи, нахилився й міцно поцілував її в розчервонілу щоку. Вона не заперечувала. Хвилину постояла, круто повернулася й" пішла до села.</w:t>
      </w:r>
    </w:p>
    <w:p>
      <w:r>
        <w:br/>
        <w:t>— Хай живе червона зірка! — прокричав я.</w:t>
      </w:r>
    </w:p>
    <w:p>
      <w:r>
        <w:br/>
        <w:t>Гурт голосів радісно відповів мені. Виявилося, що чимало наших устигло проскочити з села. Але по дорозі, якраз там, де зближаються два яри, вороги майже оточили наших і довелося завзято відбиватися. І тут чимало з ниших загинуло. Проте за цей час встигли вирвати дві гармати. Останки знараддя, частина війська й штабу зостались на селі.</w:t>
      </w:r>
    </w:p>
    <w:p>
      <w:r>
        <w:br/>
        <w:t>Ми направили гармати й почали бити по ярах. Нам завзято відповідали з кулеметів. Але з часом почувся гарматний відгук із села. Ми спочатку гадали, що то бандити захопили наші гармати й палять по нас. Але по тому, як розривалися набої, дізналися, що то наші частини з другого краю б'ють на ворогів.</w:t>
      </w:r>
    </w:p>
    <w:p>
      <w:r>
        <w:br/>
        <w:t>Ми рішуче взялися наступати.</w:t>
      </w:r>
    </w:p>
    <w:p>
      <w:r>
        <w:br/>
        <w:t>Згодом стрілянина з яру стала слабшати, віддалялась.</w:t>
      </w:r>
    </w:p>
    <w:p>
      <w:r>
        <w:br/>
        <w:t>Проте цілу ніч довелося стріляти по околицях села. На ранок банда зовсім одійшла, а слід її ми згубили. Тому вирішили розташуватися на селі, а на ворогів послати розвідку.</w:t>
      </w:r>
    </w:p>
    <w:p>
      <w:r>
        <w:br/>
        <w:t>В селі було кілька чоловік убито, селяни зустріли нас збентежено. Ми почали хоронити жертви.</w:t>
      </w:r>
    </w:p>
    <w:p>
      <w:r>
        <w:br/>
        <w:t>Христя була мовчазна й сумна. Я кілька разів підходив до неї, але вона щоразу тікала.</w:t>
      </w:r>
    </w:p>
    <w:p>
      <w:r>
        <w:br/>
        <w:t>Дерева вкрились молодими густо-зеленими китицями, по ярах розіслались барвисті килими. П'яні соки землі зливалися з теплими струменями блакиті. Великоднє свято, радісне й далеке, якого ніяк не можу викинути з душі. Белемкають дзвони, теплі, привітні обличчя, діти в святковому граються на зеленій травиці червоними крашанками.</w:t>
      </w:r>
    </w:p>
    <w:p>
      <w:r>
        <w:br/>
        <w:t>Чому споконвіку червоні крашанки? Через тисячоліття крізь червоний колір родилось нове життя.</w:t>
      </w:r>
    </w:p>
    <w:p>
      <w:r>
        <w:br/>
        <w:t>— Христос воскрес!</w:t>
      </w:r>
    </w:p>
    <w:p>
      <w:r>
        <w:br/>
        <w:t>— Хай живе всесвітня революція!</w:t>
      </w:r>
    </w:p>
    <w:p>
      <w:r>
        <w:br/>
        <w:t>— Хай живе червона зірка!</w:t>
      </w:r>
    </w:p>
    <w:p>
      <w:r>
        <w:br/>
        <w:t>— Хай живе вселюдська правда!</w:t>
      </w:r>
    </w:p>
    <w:p>
      <w:r>
        <w:br/>
        <w:t>— Воістину воскрес! — відповідають стиха селяни. Христос і Маркс сьогодні зустрілись і не впізнали один</w:t>
      </w:r>
    </w:p>
    <w:p>
      <w:r>
        <w:br/>
        <w:t>одного.</w:t>
      </w:r>
    </w:p>
    <w:p>
      <w:r>
        <w:br/>
        <w:t>Зацвіли сади. Рясним сніговим пухом укрилися вишні, розпускаються рожеві пелюстки яблуневого цвіту. В місячні ночі над садами плаває білий п'яний морок. В ньому купаються зелені пасма місячних променів.</w:t>
      </w:r>
    </w:p>
    <w:p>
      <w:r>
        <w:br/>
        <w:t>Христя сьогодні в білій хустці, вся свіжа, зачарована яблуневим цвітом.</w:t>
      </w:r>
    </w:p>
    <w:p>
      <w:r>
        <w:br/>
        <w:t>Ах, усі ви, мудрі лисі правителі, що крізь закоптілі окуляри стежите за життям! Нагадайте собі ще раз одну давню й просту правду, коли хочете мати міцне непорушне військо, будуйте міцні червоні казарми з цементовими підлогами, з дощатими ліжками. Заганяйте життя людей під військовий ріжок і сухий барабан. Тоді матимете добрих вояків. Не розпускайте їх по селах в місячні весняні ночі, бо тоді м'якне серце людське, бо тоді хочеться любити увесь світ!</w:t>
      </w:r>
    </w:p>
    <w:p>
      <w:r>
        <w:br/>
        <w:t>Я дігнав Христю, як вона йшла на виставу в школу. Сьогодні вона була особливо чимсь захоплена і голосно сміялася, чого в звичайну пору з нею не бувало.</w:t>
      </w:r>
    </w:p>
    <w:p>
      <w:r>
        <w:br/>
        <w:t>На сцені вона трималась просто й щиро і цим дуже захоплювала слухачів. Але після вистави вона хутко вийшла й пішла додому. Я ледве встиг догнати її.</w:t>
      </w:r>
    </w:p>
    <w:p>
      <w:r>
        <w:br/>
        <w:t>Вона на хвилину заскочила в хату, поклала одіж і тоді вийшла надвір.</w:t>
      </w:r>
    </w:p>
    <w:p>
      <w:r>
        <w:br/>
        <w:t>І ми мовчки, не змовлявшись, пішли тією самою дорогою, якою я тікав од бандитів.</w:t>
      </w:r>
    </w:p>
    <w:p>
      <w:r>
        <w:br/>
        <w:t>В місячних протінях тане людська думка, п'яніє. А п'яний може завжди сказати те, чого не скаже тверезий.</w:t>
      </w:r>
    </w:p>
    <w:p>
      <w:r>
        <w:br/>
        <w:t>Христя щось наспівувала, нервово крутилась коло мене, одного разу обкрутила мене і тоді зазирнула таким глибоко пристрасним зором, що раптом у мене захололо серце, а далі хутко-хутко забилось.</w:t>
      </w:r>
    </w:p>
    <w:p>
      <w:r>
        <w:br/>
        <w:t>Христя сіла, стала зривати квіти та щось шепотіти.</w:t>
      </w:r>
    </w:p>
    <w:p>
      <w:r>
        <w:br/>
        <w:t>— Слухайте, що б ви зробили, коли б яка дівчина сказала, що любить вас?</w:t>
      </w:r>
    </w:p>
    <w:p>
      <w:r>
        <w:br/>
        <w:t>— Не знаю.</w:t>
      </w:r>
    </w:p>
    <w:p>
      <w:r>
        <w:br/>
        <w:t>— А чому?</w:t>
      </w:r>
    </w:p>
    <w:p>
      <w:r>
        <w:br/>
        <w:t>— А чи ж я її полюблю?</w:t>
      </w:r>
    </w:p>
    <w:p>
      <w:r>
        <w:br/>
        <w:t>— А коли б і ви полюбили?</w:t>
      </w:r>
    </w:p>
    <w:p>
      <w:r>
        <w:br/>
        <w:t>— Тоді б я сказав, щоб ішла за мною.</w:t>
      </w:r>
    </w:p>
    <w:p>
      <w:r>
        <w:br/>
        <w:t>— Куди? У військо?</w:t>
      </w:r>
    </w:p>
    <w:p>
      <w:r>
        <w:br/>
        <w:t>— Куди я піду.</w:t>
      </w:r>
    </w:p>
    <w:p>
      <w:r>
        <w:br/>
        <w:t>— Ну, а де ж жити? А як діти будуть?</w:t>
      </w:r>
    </w:p>
    <w:p>
      <w:r>
        <w:br/>
        <w:t>— Ну, що ж, хай призвичаюються до всього.</w:t>
      </w:r>
    </w:p>
    <w:p>
      <w:r>
        <w:br/>
        <w:t>— Та вони ж померзнуть.</w:t>
      </w:r>
    </w:p>
    <w:p>
      <w:r>
        <w:br/>
        <w:t>— Дітей можна до притулку.</w:t>
      </w:r>
    </w:p>
    <w:p>
      <w:r>
        <w:br/>
        <w:t>— Ой, лишенько! Та хіба ж знайдеться хоч одна мати... Я підійшов, сів поблизу й сказав:</w:t>
      </w:r>
    </w:p>
    <w:p>
      <w:r>
        <w:br/>
        <w:t>— Христе, кажіть просто, як товаришка: любите мене?</w:t>
      </w:r>
    </w:p>
    <w:p>
      <w:r>
        <w:br/>
        <w:t>— Ну то що?</w:t>
      </w:r>
    </w:p>
    <w:p>
      <w:r>
        <w:br/>
        <w:t>— Ходім зо мною. Ви запалитесь самі й будете горіти.</w:t>
      </w:r>
    </w:p>
    <w:p>
      <w:r>
        <w:br/>
        <w:t>— Ой, лишенько! Не хочу я горіти, не хочу світить. Я просто хочу жити.</w:t>
      </w:r>
    </w:p>
    <w:p>
      <w:r>
        <w:br/>
        <w:t>— Ну, то я не можу зостатись.</w:t>
      </w:r>
    </w:p>
    <w:p>
      <w:r>
        <w:br/>
        <w:t>— Ну, то йди, воюй, а коли скінчиться війна, прийдеш і житимеш, як живий будеш.</w:t>
      </w:r>
    </w:p>
    <w:p>
      <w:r>
        <w:br/>
        <w:t>— Отут на селі?</w:t>
      </w:r>
    </w:p>
    <w:p>
      <w:r>
        <w:br/>
        <w:t>— Ну, а що ж? Нехай ти будеш комуністом, а я просто хочу жити на господарстві.</w:t>
      </w:r>
    </w:p>
    <w:p>
      <w:r>
        <w:br/>
        <w:t>Я не сподівався цього. Але ми довго говорили й порішили: я піду з військом, а з часом прибуде й Христя до мене. І вже там будемо розташовуватись.</w:t>
      </w:r>
    </w:p>
    <w:p>
      <w:r>
        <w:br/>
        <w:t>В ту ніч місячні промені так багато капали роси, що моє серце заніміло від утоми.</w:t>
      </w:r>
    </w:p>
    <w:p>
      <w:r>
        <w:br/>
        <w:t>У Христі, певне, були якісь нелади з старими, але зо мною вона поводилась так лагідно, стільки давала рясних пестощів і приязні, що серце стискувалось від глибокого болю.</w:t>
      </w:r>
    </w:p>
    <w:p>
      <w:r>
        <w:br/>
        <w:t>Уночі ж, коли місяць, утомлений, облисілий, схилився за селянські оселі, я багато думав про все.</w:t>
      </w:r>
    </w:p>
    <w:p>
      <w:r>
        <w:br/>
        <w:t>Ось мене зараз вабить село своєю безпосередньою правдою, що повстає просто з землі, і я знаю, що не всиджу тут. Тягне мене до міста, до великих гуртів люду. Але ненавиджу оті сірі брудні каменюки, що набудував люд на лихо собі. І я чекаю, поки розіллється знову люд по землях, обсадить будівлі садами й квітниками, а сам міцно зв'яжеться між собою дротом та шляхами.</w:t>
      </w:r>
    </w:p>
    <w:p>
      <w:r>
        <w:br/>
        <w:t>Ну, хутчій, хутчій, стара шкапо, вивозь нас на нові шляхи! Мене покликали до штабу.</w:t>
      </w:r>
    </w:p>
    <w:p>
      <w:r>
        <w:br/>
        <w:t>Політком говорив довго зо мною. Це ще зовсім молода людина, колишній студент, русявий юнак — страшенно захоплений справою. Поза нею він нічого не бачить у житті. Як я заздрив йому в ту хвилину!</w:t>
      </w:r>
    </w:p>
    <w:p>
      <w:r>
        <w:br/>
        <w:t>Є щаслива порода людей. Візьме для себе один бік життя і йде ним, нікуди не звертаючи, нічим іншим не цікавлячись.</w:t>
      </w:r>
    </w:p>
    <w:p>
      <w:r>
        <w:br/>
        <w:t>Я ж хотів би втиснути в груди всю багатобарвність життя. Тому й болить так часто серце.</w:t>
      </w:r>
    </w:p>
    <w:p>
      <w:r>
        <w:br/>
        <w:t>Словом, справа виходила так. На півдні повіту по березі річки в лісах скупчились великі сили бандитів, під проводом якогось батька. Треба було йти на ґрунтовні розвідки, тоді зв'язатися з частинами й повести рішучий наступ. Розпочати розвідки доручалось мені.</w:t>
      </w:r>
    </w:p>
    <w:p>
      <w:r>
        <w:br/>
        <w:t>Я все добре зрозумів і мовчки погодився. Комісар щось уважно поглянув не мене, можливо, щось помітив, але нічого не сказав. Промовчав і я. Так ми й розійшлись.</w:t>
      </w:r>
    </w:p>
    <w:p>
      <w:r>
        <w:br/>
        <w:t>Це було вранці.</w:t>
      </w:r>
    </w:p>
    <w:p>
      <w:r>
        <w:br/>
        <w:t>Христя, коли дізналась про це, була дуже збентежена. Я чув, як вона щось довго говорила зі своїми старими, як ті за щось докоряли їй. Пізніше вона вискочила з хати, припала до мене і довго схлипувала.</w:t>
      </w:r>
    </w:p>
    <w:p>
      <w:r>
        <w:br/>
        <w:t>— Я піду тебе проводжати,— сказала вона згодом. Увечері я кілька разів бачив її. Вона виходила з комори</w:t>
      </w:r>
    </w:p>
    <w:p>
      <w:r>
        <w:br/>
        <w:t>з якимось збіжжям під рукою. Стара увесь час уважно стежила за нею.</w:t>
      </w:r>
    </w:p>
    <w:p>
      <w:r>
        <w:br/>
        <w:t>Коли вже зійшов місяць і заснував зеленим мереживом білі сади, до мене прийшов вістовий. Треба було рушати в дорогу. Я хутко зібрався, осідлав коня. Потім увійшов до хати, попрощався з старими. Вони холодно відповіли на моє привітання. Я якийсь час стояв у хаті, чекаючи Христі, але її не було. Тоді, ще раз вклонившись, я вийшов, сів на коня й поволі поїхав.</w:t>
      </w:r>
    </w:p>
    <w:p>
      <w:r>
        <w:br/>
        <w:t>Я увесь час озирався, шукаючи Христі, та її не було. Тоді я стьобнув коня й побіг підтюпцем.</w:t>
      </w:r>
    </w:p>
    <w:p>
      <w:r>
        <w:br/>
        <w:t>По дорозі спереду я вгледів якусь постать. Підбігши далі, я по ході впізнав Христю.</w:t>
      </w:r>
    </w:p>
    <w:p>
      <w:r>
        <w:br/>
        <w:t>— Христе!... Христе! — Я ще раз гукнув.</w:t>
      </w:r>
    </w:p>
    <w:p>
      <w:r>
        <w:br/>
        <w:t>Вона не обізвалась, навіть не озирнулась. Я підігнав коня, але в той час, як мав дігнати, Христя круто повернулася і попрямувала до яру.</w:t>
      </w:r>
    </w:p>
    <w:p>
      <w:r>
        <w:br/>
        <w:t>Я спинився на хвилину і став дивитись.</w:t>
      </w:r>
    </w:p>
    <w:p>
      <w:r>
        <w:br/>
        <w:t>Згодом Христя з'явилась на підгір'ї. На срібнім тлі левади темна постать її чітко визначалась. Йшла вона поволі, але впевнено й спокійно.</w:t>
      </w:r>
    </w:p>
    <w:p>
      <w:r>
        <w:br/>
        <w:t>— Куди ти тікаєш, дівчино? — хотів я запитати. Та знав, що відповіді не дістану.</w:t>
      </w:r>
    </w:p>
    <w:p>
      <w:r>
        <w:br/>
        <w:t>Тоді все стало ясно. Злегка стьобнув я коня і поїхав далі.</w:t>
      </w:r>
    </w:p>
    <w:p>
      <w:r>
        <w:br/>
        <w:t>І раптом переді мною виросла велика темна прірва. За нею блимала зірка. Зірка була холодна й синя, але в груди вливалась червоною, тією, що творить великі пожежі.</w:t>
      </w:r>
    </w:p>
    <w:p>
      <w:r>
        <w:br/>
        <w:t>І я їхав назустріч їй, щоб згоріти до краю.</w:t>
      </w:r>
    </w:p>
    <w:p>
      <w:r>
        <w:br/>
        <w:t>Грудень, 1922 р. Лубни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днів польових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