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Івасик-орлик</w:t>
      </w:r>
    </w:p>
    <w:p>
      <w:r>
        <w:br/>
        <w:t xml:space="preserve"> &lt;blockquote&gt;І.Б.&lt;br /&gt;</w:t>
        <w:br/>
        <w:t>&lt;/blockquote&gt;&lt;br /&gt;</w:t>
        <w:br/>
        <w:t>І</w:t>
      </w:r>
    </w:p>
    <w:p>
      <w:r>
        <w:br/>
        <w:t>Був собі хлопчик Івасик.&lt;br /&gt;</w:t>
        <w:br/>
        <w:t>Ішла Івасикова мати&lt;br /&gt;</w:t>
        <w:br/>
        <w:t>Снопи в’язати&lt;br /&gt;</w:t>
        <w:br/>
        <w:t>І взяла Івасика з собою.&lt;br /&gt;</w:t>
        <w:br/>
        <w:t>Поклала його під копою:&lt;br /&gt;</w:t>
        <w:br/>
        <w:t>"В холодочку,&lt;br /&gt;</w:t>
        <w:br/>
        <w:t>В сповиточку&lt;br /&gt;</w:t>
        <w:br/>
        <w:t>Спи у спокою".&lt;br /&gt;</w:t>
        <w:br/>
        <w:t>Відійшла — та й за перевесло...&lt;br /&gt;</w:t>
        <w:br/>
        <w:t>А до дитини орла принесло.&lt;br /&gt;</w:t>
        <w:br/>
        <w:t>Надлетів скоб,&lt;br /&gt;</w:t>
        <w:br/>
        <w:t>Хлопчика — в дзьоб&lt;br /&gt;</w:t>
        <w:br/>
        <w:t>І поніс&lt;br /&gt;</w:t>
        <w:br/>
        <w:t>В ліс.&lt;br /&gt;</w:t>
        <w:br/>
        <w:t>Приніс його в кубло&lt;br /&gt;</w:t>
        <w:br/>
        <w:t>Орлиці під крило:&lt;br /&gt;</w:t>
        <w:br/>
        <w:t>"Сиди&lt;br /&gt;</w:t>
        <w:br/>
        <w:t>Та гляди.&lt;br /&gt;</w:t>
        <w:br/>
        <w:t>А я лечу на пасіку&lt;br /&gt;</w:t>
        <w:br/>
        <w:t>Принести меду Івасику".&lt;br /&gt;</w:t>
        <w:br/>
        <w:t>... І росло маленя,&lt;br /&gt;</w:t>
        <w:br/>
        <w:t>Як орленя.</w:t>
      </w:r>
    </w:p>
    <w:p>
      <w:r>
        <w:br/>
        <w:t>II</w:t>
      </w:r>
    </w:p>
    <w:p>
      <w:r>
        <w:br/>
        <w:t>Якось у тому лісі козаки,&lt;br /&gt;</w:t>
        <w:br/>
        <w:t>За день втомившися таки,&lt;br /&gt;</w:t>
        <w:br/>
        <w:t>Відпочин держали,&lt;br /&gt;</w:t>
        <w:br/>
        <w:t>Коней попасали.&lt;br /&gt;</w:t>
        <w:br/>
        <w:t>Нараз — межи гілляч —&lt;br /&gt;</w:t>
        <w:br/>
        <w:t>Неначе плач.&lt;br /&gt;</w:t>
        <w:br/>
        <w:t>"Це пугач на дубі".&lt;br /&gt;</w:t>
        <w:br/>
        <w:t>— "А ти полізь-но та побач".&lt;br /&gt;</w:t>
        <w:br/>
        <w:t>І не пройшла й хвилина,&lt;br /&gt;</w:t>
        <w:br/>
        <w:t>Як той із дуба їм гука:&lt;br /&gt;</w:t>
        <w:br/>
        <w:t>"Та це дитина, любі.&lt;br /&gt;</w:t>
        <w:br/>
        <w:t>І то вірлина,&lt;br /&gt;</w:t>
        <w:br/>
        <w:t>А не яка!".&lt;br /&gt;</w:t>
        <w:br/>
        <w:t>Забрали знайду —&lt;br /&gt;</w:t>
        <w:br/>
        <w:t>І гайда!&lt;br /&gt;</w:t>
        <w:br/>
        <w:t>Що це Івасик, не знали,&lt;br /&gt;</w:t>
        <w:br/>
        <w:t>А що лежало між орлят,&lt;br /&gt;</w:t>
        <w:br/>
        <w:t>Як між братами брат,&lt;br /&gt;</w:t>
        <w:br/>
        <w:t>То Орликом назвали.&lt;br /&gt;</w:t>
        <w:br/>
        <w:t>І, дійсно, хлопченя&lt;br /&gt;</w:t>
        <w:br/>
        <w:t>Було, як орленя,—&lt;br /&gt;</w:t>
        <w:br/>
        <w:t>Лиш підросло крапельку,—&lt;br /&gt;</w:t>
        <w:br/>
        <w:t>Давай йому коня,&lt;br /&gt;</w:t>
        <w:br/>
        <w:t>Давай шабельку...&lt;br /&gt;</w:t>
        <w:br/>
        <w:t>. . . . . . . . . . . . . . .&lt;br /&gt;</w:t>
        <w:br/>
        <w:t>Отак&lt;br /&gt;</w:t>
        <w:br/>
        <w:t>З маленького Івасика&lt;br /&gt;</w:t>
        <w:br/>
        <w:t>— Каже казка —&lt;br /&gt;</w:t>
        <w:br/>
        <w:t>Став козак.</w:t>
      </w:r>
    </w:p>
    <w:p>
      <w:r>
        <w:br/>
        <w:t>Прага,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Івасик-орлик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