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 Сірко — великий характерник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 Сірко — великий характерник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