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Сірко — славетний кошовий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Сірко — славетний кошовий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