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Іван Кучерявий</w:t>
      </w:r>
    </w:p>
    <w:p>
      <w:r>
        <w:br/>
        <w:t xml:space="preserve"> 1&lt;br /&gt;</w:t>
        <w:br/>
        <w:t>У неділю раненько,&lt;br /&gt;</w:t>
        <w:br/>
        <w:t>Рано, до схід сонця&lt;br /&gt;</w:t>
        <w:br/>
        <w:t>Ой журилася Грициха,&lt;br /&gt;</w:t>
        <w:br/>
        <w:t>Сівши у віконця,&lt;br /&gt;</w:t>
        <w:br/>
        <w:t>І смутними оченьками&lt;br /&gt;</w:t>
        <w:br/>
        <w:t>За Самар гляділа,&lt;br /&gt;</w:t>
        <w:br/>
        <w:t>У те поле безконечне,&lt;br /&gt;</w:t>
        <w:br/>
        <w:t>Де Саур-могила.&lt;br /&gt;</w:t>
        <w:br/>
        <w:t>З того краю далекого&lt;br /&gt;</w:t>
        <w:br/>
        <w:t>Сина сподівалась,&lt;br /&gt;</w:t>
        <w:br/>
        <w:t>Не раз, не два, його ждучи,&lt;br /&gt;</w:t>
        <w:br/>
        <w:t>Слізьми умивались.&lt;br /&gt;</w:t>
        <w:br/>
        <w:t>Давно пішов з козаками&lt;br /&gt;</w:t>
        <w:br/>
        <w:t>У степ на татарів;&lt;br /&gt;</w:t>
        <w:br/>
        <w:t>І немає об них вісті,&lt;br /&gt;</w:t>
        <w:br/>
        <w:t>Мов у воду впали.&lt;br /&gt;</w:t>
        <w:br/>
        <w:t>Полетіли на врагових&lt;br /&gt;</w:t>
        <w:br/>
        <w:t>Сизими орлами,&lt;br /&gt;</w:t>
        <w:br/>
        <w:t>Не дай боже на чужині&lt;br /&gt;</w:t>
        <w:br/>
        <w:t>Лягти головами,</w:t>
      </w:r>
    </w:p>
    <w:p>
      <w:r>
        <w:br/>
        <w:t>2&lt;br /&gt;</w:t>
        <w:br/>
        <w:t>Не сон схилив головоньку&lt;br /&gt;</w:t>
        <w:br/>
        <w:t>На білії руки;&lt;br /&gt;</w:t>
        <w:br/>
        <w:t>Ой упала, схилилася&lt;br /&gt;</w:t>
        <w:br/>
        <w:t>Од тяжкої муки.&lt;br /&gt;</w:t>
        <w:br/>
        <w:t>Ой згадавши сина,&lt;br /&gt;</w:t>
        <w:br/>
        <w:t>Мужика згадала;&lt;br /&gt;</w:t>
        <w:br/>
        <w:t>Серце кров'ю облилося,&lt;br /&gt;</w:t>
        <w:br/>
        <w:t>Вона плакать стала.&lt;br /&gt;</w:t>
        <w:br/>
        <w:t>Не год же він у неволі&lt;br /&gt;</w:t>
        <w:br/>
        <w:t>У польській Вкраїні:&lt;br /&gt;</w:t>
        <w:br/>
        <w:t>Ще попався вражим ляхам&lt;br /&gt;</w:t>
        <w:br/>
        <w:t>При лихій годині,&lt;br /&gt;</w:t>
        <w:br/>
        <w:t>У ту пору, в ту годину,&lt;br /&gt;</w:t>
        <w:br/>
        <w:t>Як Буш руйнували;&lt;br /&gt;</w:t>
        <w:br/>
        <w:t>Відтіль взяли сердешного&lt;br /&gt;</w:t>
        <w:br/>
        <w:t>З грізними синами.&lt;br /&gt;</w:t>
        <w:br/>
        <w:t>Ллються сльози з очей смутних,&lt;br /&gt;</w:t>
        <w:br/>
        <w:t>Як дощик той з хмари;&lt;br /&gt;</w:t>
        <w:br/>
        <w:t>Лились довго, виливались,&lt;br /&gt;</w:t>
        <w:br/>
        <w:t>Потім перестали!</w:t>
      </w:r>
    </w:p>
    <w:p>
      <w:r>
        <w:br/>
        <w:t>3&lt;br /&gt;</w:t>
        <w:br/>
        <w:t>Не вій вітре, не вій, буйний,&lt;br /&gt;</w:t>
        <w:br/>
        <w:t>На самарські лози,&lt;br /&gt;</w:t>
        <w:br/>
        <w:t>Лучче повій на Грициху&lt;br /&gt;</w:t>
        <w:br/>
        <w:t>Та звій з очей сльози, —&lt;br /&gt;</w:t>
        <w:br/>
        <w:t>Та звій з Самар, нехай плинуть&lt;br /&gt;</w:t>
        <w:br/>
        <w:t>Щоб сліз дарма не тратила&lt;br /&gt;</w:t>
        <w:br/>
        <w:t>Вона за дочкою.&lt;br /&gt;</w:t>
        <w:br/>
        <w:t>Одпустила її з братом&lt;br /&gt;</w:t>
        <w:br/>
        <w:t>В далеку дорогу,&lt;br /&gt;</w:t>
        <w:br/>
        <w:t>Аж на Донець в Святі Гори,&lt;br /&gt;</w:t>
        <w:br/>
        <w:t>Помолиться богу;&lt;br /&gt;</w:t>
        <w:br/>
        <w:t>І жде, не дождеться,&lt;br /&gt;</w:t>
        <w:br/>
        <w:t>А матері мука;&lt;br /&gt;</w:t>
        <w:br/>
        <w:t>Чи хто стукне, чи хто грякне,&lt;br /&gt;</w:t>
        <w:br/>
        <w:t>Так серце й застука.&lt;br /&gt;</w:t>
        <w:br/>
        <w:t>"О, крий боже голубоньку&lt;br /&gt;</w:t>
        <w:br/>
        <w:t>В дорозі від лиха..."&lt;br /&gt;</w:t>
        <w:br/>
        <w:t>Та й здихнула тяжко, важко&lt;br /&gt;</w:t>
        <w:br/>
        <w:t>По дочці Грициха;&lt;br /&gt;</w:t>
        <w:br/>
        <w:t>Бо скучно їй, одна дома,&lt;br /&gt;</w:t>
        <w:br/>
        <w:t>Ні з ким розмовляти&lt;br /&gt;</w:t>
        <w:br/>
        <w:t>І нікому, старесенькій,&lt;br /&gt;</w:t>
        <w:br/>
        <w:t>Порадоньку дати.</w:t>
      </w:r>
    </w:p>
    <w:p>
      <w:r>
        <w:br/>
        <w:t>4&lt;br /&gt;</w:t>
        <w:br/>
        <w:t>Не все гудуть буйні вітри,&lt;br /&gt;</w:t>
        <w:br/>
        <w:t>Не все стогне море;&lt;br /&gt;</w:t>
        <w:br/>
        <w:t>Отак в серці після лиха&lt;br /&gt;</w:t>
        <w:br/>
        <w:t>Не вік живе горе.&lt;br /&gt;</w:t>
        <w:br/>
        <w:t>Настає свята година.&lt;br /&gt;</w:t>
        <w:br/>
        <w:t>Та свята минута:&lt;br /&gt;</w:t>
        <w:br/>
        <w:t>В ту пору не наляже&lt;br /&gt;</w:t>
        <w:br/>
        <w:t>На серденько смута,&lt;br /&gt;</w:t>
        <w:br/>
        <w:t>І на душі тихо стане,&lt;br /&gt;</w:t>
        <w:br/>
        <w:t>Як там під зірками;&lt;br /&gt;</w:t>
        <w:br/>
        <w:t>Тоді, тоді невідоме&lt;br /&gt;</w:t>
        <w:br/>
        <w:t>Щось робиться з нами!&lt;br /&gt;</w:t>
        <w:br/>
        <w:t>Душа, очі, наше серце&lt;br /&gt;</w:t>
        <w:br/>
        <w:t>Так і льнуть до неба;&lt;br /&gt;</w:t>
        <w:br/>
        <w:t>Тоді чоловік спізнає,&lt;br /&gt;</w:t>
        <w:br/>
        <w:t>Що молиться треба!..&lt;br /&gt;</w:t>
        <w:br/>
        <w:t>Довго, довго у віконця&lt;br /&gt;</w:t>
        <w:br/>
        <w:t>Грициха сиділа;&lt;br /&gt;</w:t>
        <w:br/>
        <w:t>Потім встала, до образів&lt;br /&gt;</w:t>
        <w:br/>
        <w:t>Свічки посвітила,&lt;br /&gt;</w:t>
        <w:br/>
        <w:t>Перед іконами святими&lt;br /&gt;</w:t>
        <w:br/>
        <w:t>Вона ниць упала;&lt;br /&gt;</w:t>
        <w:br/>
        <w:t>За мужика і за дітей&lt;br /&gt;</w:t>
        <w:br/>
        <w:t>Молитися стала.&lt;br /&gt;</w:t>
        <w:br/>
        <w:t>Її печаль і молитва&lt;br /&gt;</w:t>
        <w:br/>
        <w:t>Богом прийнялася,&lt;br /&gt;</w:t>
        <w:br/>
        <w:t>Бо там, в степу за Самар'ю,&lt;br /&gt;</w:t>
        <w:br/>
        <w:t>Кура піднялася!..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Іван Кучерявий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