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Юля, сонце і ріка</w:t>
      </w:r>
    </w:p>
    <w:p>
      <w:r>
        <w:br/>
        <w:t xml:space="preserve"> &lt;p&gt;Юля тоді ще не знала річки.</w:t>
      </w:r>
    </w:p>
    <w:p>
      <w:r>
        <w:br/>
        <w:t>Вона жила у великому-великому будинку на вулиці великого-великого міста. У місті було повно автобусів, тролейбусів, машин і незнайомих людей.</w:t>
      </w:r>
    </w:p>
    <w:p>
      <w:r>
        <w:br/>
        <w:t>Незнайомих людей багато було і в будинку. Вони їздили в ліфті, ходили в дворі, вечорами сиділи на лавках біля під'їзду.</w:t>
      </w:r>
    </w:p>
    <w:p>
      <w:r>
        <w:br/>
        <w:t>Якось Юля побачила по телевізору. велику річку. На берегах її стояли високі-високі дерева. А над нею літали зграї веселих птахів.</w:t>
      </w:r>
    </w:p>
    <w:p>
      <w:r>
        <w:br/>
        <w:t>Річка пливла кудись у незнаний світ, і з нею пливли білі кораблі.</w:t>
      </w:r>
    </w:p>
    <w:p>
      <w:r>
        <w:br/>
        <w:t>Юля подивилась-подивилась у телевізор, а тоді заплакала й сказала:</w:t>
      </w:r>
    </w:p>
    <w:p>
      <w:r>
        <w:br/>
        <w:t>— Я хочу жити біля річки, дивитися на кораблі і махати рукою птахам.</w:t>
      </w:r>
    </w:p>
    <w:p>
      <w:r>
        <w:br/>
        <w:t>Тато й мама довго не могли її заспокоїти, бо гіркі сльози в Юлі текли й текли, і вона гірко промовляла:</w:t>
      </w:r>
    </w:p>
    <w:p>
      <w:r>
        <w:br/>
        <w:t>— Я ніколи-ніколи не бачила річки! Тільки в кіно бачила! Я не знайома з жодним птахом... Я щодня дивлюся у вікно, а там — тільки будинки, машини й автобуси...</w:t>
      </w:r>
    </w:p>
    <w:p>
      <w:r>
        <w:br/>
        <w:t>І тоді тато сказав:</w:t>
      </w:r>
    </w:p>
    <w:p>
      <w:r>
        <w:br/>
        <w:t>— Ось буде в нас відпустка — поїдемо гуртом до річки.</w:t>
      </w:r>
    </w:p>
    <w:p>
      <w:r>
        <w:br/>
        <w:t>— Справді? — недовірливо запитала Юля, і сльози враз висохли на її очах.</w:t>
      </w:r>
    </w:p>
    <w:p>
      <w:r>
        <w:br/>
        <w:t>— Справді,— відповів тато.— Хіба ж я можу тебе обманювати?</w:t>
      </w:r>
    </w:p>
    <w:p>
      <w:r>
        <w:br/>
        <w:t>— Не можеш.</w:t>
      </w:r>
    </w:p>
    <w:p>
      <w:r>
        <w:br/>
        <w:t>— Ось так і зробимо! — сказав тато весело, бо, мабуть, і сам зрадів, що так воно буде.</w:t>
      </w:r>
    </w:p>
    <w:p>
      <w:r>
        <w:br/>
        <w:t>І настав той день, коли вони втрьох з рюкзаками за плечима їхали прудкою електричкою через села й міста, через поля й ліси.</w:t>
      </w:r>
    </w:p>
    <w:p>
      <w:r>
        <w:br/>
        <w:t>Їхали через тепле літо, що всміхалося до них сонцем із високих небес, пролітало раптовим дощиком, вривалося гарячим подихом у вікна вагонів.</w:t>
      </w:r>
    </w:p>
    <w:p>
      <w:r>
        <w:br/>
        <w:t>Такого літа Юля ще не знала.</w:t>
      </w:r>
    </w:p>
    <w:p>
      <w:r>
        <w:br/>
        <w:t>Нарешті вони приїхали на маленьку станцію, де стояли низенькі будиночки і зовсім не такі, як у місті, автобуси. Бо там автобуси великі і неповороткі. А це — начеб іграшкові.</w:t>
      </w:r>
    </w:p>
    <w:p>
      <w:r>
        <w:br/>
        <w:t>І знову була дорога. Маленький автобусик гурчав через зелений ліс, а йому назустріч махали гілки дерев. Дерева стояли під високим небом, а по ньому в усі боки літали птахи. Вище над птахами, наче хвилі, пропливали хмари.</w:t>
      </w:r>
    </w:p>
    <w:p>
      <w:r>
        <w:br/>
        <w:t>Коли вони вийшли з автобусика, річка розлилася перед їхніми очима — широка, мовчазна і ще гарніша, ніж та, яку Юля бачила по телевізору. Бо на її хвилях блищало багато маленьких сонечок і погойдувалися хмари.</w:t>
      </w:r>
    </w:p>
    <w:p>
      <w:r>
        <w:br/>
        <w:t>— Ось тут ми й житимемо цілісінький місяць,— сказав тато і захоплено окинув поглядом водну просторінь.</w:t>
      </w:r>
    </w:p>
    <w:p>
      <w:r>
        <w:br/>
        <w:t>Вони довго стояли задивлені на річку і слухали пошум дерев.</w:t>
      </w:r>
    </w:p>
    <w:p>
      <w:r>
        <w:br/>
        <w:t>І день над ними був великий і нескінченний, мов оця ріка. Він ніби починався десь високо в небесах і плив разом з рікою і хмарами в далекий, неозорий світ, про який</w:t>
      </w:r>
    </w:p>
    <w:p>
      <w:r>
        <w:br/>
        <w:t>Юля навіть і не знала, що він там є, бо ніколи його не бачила.</w:t>
      </w:r>
    </w:p>
    <w:p>
      <w:r>
        <w:br/>
        <w:t>А потім вони поставили посеред зеленого лісу зелений намет.</w:t>
      </w:r>
    </w:p>
    <w:p>
      <w:r>
        <w:br/>
        <w:t>У верховітті високих дерев прогулювався вітер, і дерева горнулися одне до одного, листок перемовлявся з листком, а їхні голоси глухувато відлунювали в товстелезних стовбурах. І здавалося, що в ті голоси й у той гул услухається велика ріка. Вона навіть перестала текти у далекий світ, зупинилася і завмерла. Та ось на ній озвався протяжним гуком далекий пароплав, і вона знов ожила, хлюпнула в берег хвилями, потекла між високих берегів туди, куди Юля не знає.</w:t>
      </w:r>
    </w:p>
    <w:p>
      <w:r>
        <w:br/>
        <w:t>Коли після вранішніх туманів з глибини річки на небо вихоплювалося сонце і листя дерев аж тремтіло від пташиного щебеття, Юля випурхувала з намету й бігла до річки вмиватися.</w:t>
      </w:r>
    </w:p>
    <w:p>
      <w:r>
        <w:br/>
        <w:t>Стоячи на березі, довго дивилась у прозору воду. Бачила, як у ній пропливають маленькі рибки, кумедно ворушачи хвостами, і погойдуються на дні потривожені ними травини.</w:t>
      </w:r>
    </w:p>
    <w:p>
      <w:r>
        <w:br/>
        <w:t>А по воді вистрибом гуляють сонячні зайчики.</w:t>
      </w:r>
    </w:p>
    <w:p>
      <w:r>
        <w:br/>
        <w:t>Сонце ж, мов золотий птах, здіймалося вище й вище і завмирало аж до вечора на самісінькім вершечку неба. Звідти йому було видно все: і Юлю, і вигинисту річку, і пароплави на ній, і ліс, і жовтохвостих білок, і колючих їжаків, і настовбурчені вуха зайців, і роботящих мурах, і кумедні голівки грибів...</w:t>
      </w:r>
    </w:p>
    <w:p>
      <w:r>
        <w:br/>
        <w:t>Юля дивилася на сонце і розуміла, що воно знає найбільше за всіх у світі, бо йому геть усе-усе видно. А ще Юля зрозуміла: сонце потрібне всім-усім, бо невідомо, як би вони й жили без нього. Це ж така радість — дивитися на сонце і слухати на собі його теплий подих! Ні з чим не порівняти ту радість. Навіть з морозивом чи шоколадом. Бо морозиво або шоколад з'їла — і все. І — нема. А сонце — е. Світить, гріє, сміється, навіть весело підморгує інколи.</w:t>
      </w:r>
    </w:p>
    <w:p>
      <w:r>
        <w:br/>
        <w:t>...Раннього ранку вони від'їздили.</w:t>
      </w:r>
    </w:p>
    <w:p>
      <w:r>
        <w:br/>
        <w:t>Тато з мамою закінчували розбирати намет.</w:t>
      </w:r>
    </w:p>
    <w:p>
      <w:r>
        <w:br/>
        <w:t>Юля терла заспані очі й дивилася вниз. Туди, де лежала огорнута голубим туманом ріка. Тихо хлюпали хвилі.</w:t>
      </w:r>
    </w:p>
    <w:p>
      <w:r>
        <w:br/>
        <w:t>Пологим берегом Юля спустилася до води.</w:t>
      </w:r>
    </w:p>
    <w:p>
      <w:r>
        <w:br/>
        <w:t>Стояла і прислухалася.</w:t>
      </w:r>
    </w:p>
    <w:p>
      <w:r>
        <w:br/>
        <w:t>І раптом їй здалось: ріка ледь чутно щось сказала.</w:t>
      </w:r>
    </w:p>
    <w:p>
      <w:r>
        <w:br/>
        <w:t>Може, щоб Юля приїздила знову?</w:t>
      </w:r>
    </w:p>
    <w:p>
      <w:r>
        <w:br/>
        <w:t>Маленький автобусик петляв між дерев. Вузенька лісова дорога кілька разів вибігала на берег річки.</w:t>
      </w:r>
    </w:p>
    <w:p>
      <w:r>
        <w:br/>
        <w:t>Юля бачила, як далеко вниз попливли по ній тумани і з-під них виглянула чиста вода. А з неї повільно почав здійматися догори золотий птах сонця.</w:t>
      </w:r>
    </w:p>
    <w:p>
      <w:r>
        <w:br/>
        <w:t>Вона подумала, що сонце теж їй щось сказало.</w:t>
      </w:r>
    </w:p>
    <w:p>
      <w:r>
        <w:br/>
        <w:t>Не могло ж воно промовчати на прощання.</w:t>
      </w:r>
    </w:p>
    <w:p>
      <w:r>
        <w:br/>
        <w:t>Тільки Юля не розчула того за гурчанням мотора.</w:t>
      </w:r>
    </w:p>
    <w:p>
      <w:r>
        <w:br/>
        <w:t>Може, воно сказало, щоб Юля ніколи не забула ці дні?..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Юля, сонце і ріка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