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Історія пані Ївги</w:t>
      </w:r>
    </w:p>
    <w:p>
      <w:r>
        <w:br/>
        <w:t xml:space="preserve"> &lt;p&gt;З 1905 року, коли селяни вбили в маєткові її чоловіка, пані Ївга Нарчевська перебралась до міста.</w:t>
      </w:r>
    </w:p>
    <w:p>
      <w:r>
        <w:br/>
        <w:t>Смерть чоловіка її не так вжахнула, як здивувала. Село стало їй незрозуміле, а селяни то й зовсім. Тридцять років прожила пані Ївга на селі — і весь час селяни здавались їй надзвичайно лагідні. Принаймні такими вона бачила їх, коли вони приходили з якимсь проханням. І раптом дике збурення, палії, руїна і нагла чоловікова смерть.</w:t>
      </w:r>
    </w:p>
    <w:p>
      <w:r>
        <w:br/>
        <w:t>Пані Ївга покинула маєток і оселилась в місті — найняла невеличку кімнатку на тихій вулиці, нікуди не виїздила, нікого не приймала, тільки гуляла часом сама ввечері, а вдень читала книги. Обідати їй носили з їдальні.</w:t>
      </w:r>
    </w:p>
    <w:p>
      <w:r>
        <w:br/>
        <w:t>А в маєткові лишився син Андрій. Він був на батька похожий — так само упертий і певний. Його не здивувало село — він приїхав на другий день, як батька вбито, і вже не покидав маєтку. Почав буряки сіяти, цукроварню поставив, свині розвів, молочарню — інтенсивне господарство, казав він.</w:t>
      </w:r>
    </w:p>
    <w:p>
      <w:r>
        <w:br/>
        <w:t>Матері висилав гроші, а то й сам заїздив вряди-годи.</w:t>
      </w:r>
    </w:p>
    <w:p>
      <w:r>
        <w:br/>
        <w:t>— О, maman, ваша соціалістична книгозбірня шириться,— казав він, розглядаючи книжки на її столі.</w:t>
      </w:r>
    </w:p>
    <w:p>
      <w:r>
        <w:br/>
        <w:t>— Так, Andre, шириться,— зітхаючи відповідала пані Ївга.</w:t>
      </w:r>
    </w:p>
    <w:p>
      <w:r>
        <w:br/>
        <w:t>А від’їжджаючи, пан Андрій цілував материну руку й казав:</w:t>
      </w:r>
    </w:p>
    <w:p>
      <w:r>
        <w:br/>
        <w:t>— Сподіваюсь, maman, що ви врешті покинете свою келію й переїдете до мене. Ваша кімната напоготові.</w:t>
      </w:r>
    </w:p>
    <w:p>
      <w:r>
        <w:br/>
        <w:t>Селяни, що привозили їй з маєтку масло, овочі тощо, так само прохали її повернутись.</w:t>
      </w:r>
    </w:p>
    <w:p>
      <w:r>
        <w:br/>
        <w:t>— Їдьте до нас,— казали вони,— може, легше буде. Дуже нас Андрій Степанович у шори взяв. Воно як подивитися, так і нічого ніби: і заробіток єсть, а не по совісті, вибачте...</w:t>
      </w:r>
    </w:p>
    <w:p>
      <w:r>
        <w:br/>
        <w:t>Пані Ївзі було це боляче невимовно. Одного разу вона наважилась і сказала синові:</w:t>
      </w:r>
    </w:p>
    <w:p>
      <w:r>
        <w:br/>
        <w:t>— Andre, до мене доходять чутки, що ти експлуатуєш селян... Мені соромно за тебе. Ти такий освічений, розумний..</w:t>
      </w:r>
    </w:p>
    <w:p>
      <w:r>
        <w:br/>
        <w:t>Пан Андрій здивовано знизував бровами:</w:t>
      </w:r>
    </w:p>
    <w:p>
      <w:r>
        <w:br/>
        <w:t>— Maman, ось плоди вашої самотності!</w:t>
      </w:r>
    </w:p>
    <w:p>
      <w:r>
        <w:br/>
        <w:t>Але пані Ївга постановила висловити йому все. Вона підвелась, скинула з себе турецьку шалю, з якою не розлучалась ніколи, й урочисто заговорила:</w:t>
      </w:r>
    </w:p>
    <w:p>
      <w:r>
        <w:br/>
        <w:t>— Andre, ти повинен розуміти, що так бути не може. Я не буду посилатися на наукові засади. Але хіба ти не почуваєш, що повинна бути криза? Все буде зломлено. Невже батькова смерть тебе нічого не навчила? Хіба в тобі немає — даруй це слово,— почуття справедливості? Послухай мене, віддай землю селянам, а сам візьмись до чесної праці. Не будь експлуататор!</w:t>
      </w:r>
    </w:p>
    <w:p>
      <w:r>
        <w:br/>
        <w:t>Пані Ївга хвилювалась дуже. Все ж чи не цілий рік вона збиралася висловити це синові й не раз складала в голові цю промову. Пан Андрій спокійно вислухав її, почекав хвилинку, чи не скаже вона ще щось, а далі промовив:</w:t>
      </w:r>
    </w:p>
    <w:p>
      <w:r>
        <w:br/>
        <w:t>— Maman, вам треба серйозно подумати про свої нерви. Доконче потрібно вам змінити спосіб життя. Щиро раджу вам виїхати на час за кордон чи до Криму принаймні.</w:t>
      </w:r>
    </w:p>
    <w:p>
      <w:r>
        <w:br/>
        <w:t>Він поїхав, поцілувавши матері руку, а пані Ївга, зітхаючи, прошепотіла:</w:t>
      </w:r>
    </w:p>
    <w:p>
      <w:r>
        <w:br/>
        <w:t>— Andre, ти мене не розумієш...</w:t>
      </w:r>
    </w:p>
    <w:p>
      <w:r>
        <w:br/>
        <w:t>Прийшла війна. Дев’ять років, які пані Ївга прожила в своїй самотній кімнатці, зробили її обличчя блідим, а очі блискучими, як у кокаїністки. Довгі пучки на її руках світили тоненькими кісточками, і вона притискувала ними до грудей турецьку шалю. Сусіди ненавиділи її за мовчання й урочистий вигляд. Ніхто не розумів її життя ані думок.</w:t>
      </w:r>
    </w:p>
    <w:p>
      <w:r>
        <w:br/>
        <w:t>Пан Андрій їздив автомобілем і був головою місцевого відділу союзу городів. Раз на два тижні він робив матері візиту й привозив фруктів та цукерок.</w:t>
      </w:r>
    </w:p>
    <w:p>
      <w:r>
        <w:br/>
        <w:t>Коли війна почалася, пан Андрій сказав матері:</w:t>
      </w:r>
    </w:p>
    <w:p>
      <w:r>
        <w:br/>
        <w:t>— Maman, може, ви пішли б працювати в один з моїх шпиталів? Таку працю тепер вважають за bon ton . Я був би вдоволений; а ви, може, дали б у такий спосіб вихід вашому почуттю до страдників.</w:t>
      </w:r>
    </w:p>
    <w:p>
      <w:r>
        <w:br/>
        <w:t>Пані Ївга похитала головою:</w:t>
      </w:r>
    </w:p>
    <w:p>
      <w:r>
        <w:br/>
        <w:t>— Ох, Andre, не плутай мене у військові справи. Я чекаю кризи.</w:t>
      </w:r>
    </w:p>
    <w:p>
      <w:r>
        <w:br/>
        <w:t>Коли криза прийшла, пані Ївга почала вже кахикати, але очі її запалали ще дужче, і вона ще щільніше загорталась у свою шалю. Старечі сили не дозволяли їй поділяти народну радість на мітингах, але коли повз її вікна випадково проходила маніфестація, губи її складались твердо і руки напружувались. В глибині душі вона шепотіла:</w:t>
      </w:r>
    </w:p>
    <w:p>
      <w:r>
        <w:br/>
        <w:t>— Благословляю тебе, народе!</w:t>
      </w:r>
    </w:p>
    <w:p>
      <w:r>
        <w:br/>
        <w:t>Син довго не приїздив, а вона чекала його нетерпляче. Аж ось він приїхав. Пані Ївга з притомленою радістю спитала:</w:t>
      </w:r>
    </w:p>
    <w:p>
      <w:r>
        <w:br/>
        <w:t>— Andre, ти почуваєш?</w:t>
      </w:r>
    </w:p>
    <w:p>
      <w:r>
        <w:br/>
        <w:t>— Почуваю, maman, погано виглядаєте. Може, треба звернутись до лікаря?</w:t>
      </w:r>
    </w:p>
    <w:p>
      <w:r>
        <w:br/>
        <w:t>— Andre,— прикро відповіла пані Ївга,— хто вважає на хворобу в такій величній хвилі? Я про інше гадаю. Andre, часу ще не втрачено; ти ще можеш спокутати несправедливість свого життя — віддай маєток селянам, а сам вступай до с.-д.. Я благословляю тебе на такий хвальний вчинок.</w:t>
      </w:r>
    </w:p>
    <w:p>
      <w:r>
        <w:br/>
        <w:t>Пан Андрій вклонився.</w:t>
      </w:r>
    </w:p>
    <w:p>
      <w:r>
        <w:br/>
        <w:t>— Мені дуже приємно, що ви турбуєтесь про мене, maman! Але вибачте, я свого життя за несправедливість не вважаю, спокутувати його не збираюсь і до с.-д. мені вступати не личить. Я, maman, боротись буду.</w:t>
      </w:r>
    </w:p>
    <w:p>
      <w:r>
        <w:br/>
        <w:t>— Боротися! — гукнула пані ївга. — Проти народної стихії? Andre, згадай про батька.</w:t>
      </w:r>
    </w:p>
    <w:p>
      <w:r>
        <w:br/>
        <w:t>Пан Андрій засміявся.</w:t>
      </w:r>
    </w:p>
    <w:p>
      <w:r>
        <w:br/>
        <w:t>— Народна стихія! Вітер — теж стихія, а проте, крутить млини. Та й з якої речі я мушу поступатись маєтком, хоч би народ і мав на його якісь права? Права, maman, замало, щоб щось здобути. Вибороти треба.</w:t>
      </w:r>
    </w:p>
    <w:p>
      <w:r>
        <w:br/>
        <w:t>Після цієї візити пан Андрій зник — більшовики прийшли.</w:t>
      </w:r>
    </w:p>
    <w:p>
      <w:r>
        <w:br/>
        <w:t>А пані Ївга зазнала в цей час багато пригод.</w:t>
      </w:r>
    </w:p>
    <w:p>
      <w:r>
        <w:br/>
        <w:t>Коли в місті запанували більшовики, сусіди виказали на пані Ївгу в ЧК — їм кортіло, щоб стару буржуйку потрусили. Але трус не справдив надій сусідів. У старої буржуйки не знайдено нічого забороненого, а книжки її лягли в основу семінару для вивчення стосунків праці та капіталу при Раді депутатів.</w:t>
      </w:r>
    </w:p>
    <w:p>
      <w:r>
        <w:br/>
        <w:t>Проте домкомбід взяв кімнату пані Ївги на облік, наклав на двері печатку, а пані Ївга опинилась на вулиці. Всі були вдоволені, що старій буржуйці таки дошкулили.</w:t>
      </w:r>
    </w:p>
    <w:p>
      <w:r>
        <w:br/>
        <w:t>Пані Ївга прийняла знущання спокійно і, йдучи вигнана через місто, гадала:</w:t>
      </w:r>
    </w:p>
    <w:p>
      <w:r>
        <w:br/>
        <w:t>"Я повинна спокутувати гріхи свої й синові перед народом. Навіть якщо я з голоду помру, то це буде доцільно".</w:t>
      </w:r>
    </w:p>
    <w:p>
      <w:r>
        <w:br/>
        <w:t>Вона зовсім приготувалась до голодної смерті, але на вулиці зустріла свою колишню покоївку Настю.</w:t>
      </w:r>
    </w:p>
    <w:p>
      <w:r>
        <w:br/>
        <w:t>— От гаспиди,— гукнула та, коли пані Ївга розповіла їй свої пригоди,— от розбійники нехрещені! Так переходьте до мене — якось житимем.</w:t>
      </w:r>
    </w:p>
    <w:p>
      <w:r>
        <w:br/>
        <w:t>Настя була жінка рахубиста, в більшовиків не вірила і зразу збагнула, що пан Андрій їй добре заплатить за матір. Але пані Ївга похитала головою:</w:t>
      </w:r>
    </w:p>
    <w:p>
      <w:r>
        <w:br/>
        <w:t>— Якщо я лишусь жити, Насте, то що я робитиму в той час, коли будується нове життя? Я не можу сидіти руки склавши.</w:t>
      </w:r>
    </w:p>
    <w:p>
      <w:r>
        <w:br/>
        <w:t>Настя замислилась. Важко було підшукати для пані відповідну працю.</w:t>
      </w:r>
    </w:p>
    <w:p>
      <w:r>
        <w:br/>
        <w:t>— Якщо вам не важко буде,— промовила вона врешті,— то навчите мого Серьогу грамоти.</w:t>
      </w:r>
    </w:p>
    <w:p>
      <w:r>
        <w:br/>
        <w:t>Ця ідея припала пані Ївзі до серця.</w:t>
      </w:r>
    </w:p>
    <w:p>
      <w:r>
        <w:br/>
        <w:t>Виховати сина народу! Передати йому ті знання й досвід, що вона набула за довгий вік, передати вивищені думки — і тим хоч трохи спокутати гріхи роду.</w:t>
      </w:r>
    </w:p>
    <w:p>
      <w:r>
        <w:br/>
        <w:t>Пані Ївга погодилась.</w:t>
      </w:r>
    </w:p>
    <w:p>
      <w:r>
        <w:br/>
        <w:t>Настя поселила пані Ївгу у "великій хаті" — так вона звала вогку й темненьку кімнатку поруч з кухнею, де сама спала. Пані Ївга не мала з собою навіть постелі й спала на лаві, застеленій рядниною, а вкривалась своєю шалею. З кімнати не виходила, бо вже морози стали, а кашель її не покидав.</w:t>
      </w:r>
    </w:p>
    <w:p>
      <w:r>
        <w:br/>
        <w:t>— Яка я вдячна вам, Насте,— сказала пані Ївга,— що ви дали мені притулок і доручаєте мені виховати свого сина. Я справджу ваше довір’я.</w:t>
      </w:r>
    </w:p>
    <w:p>
      <w:r>
        <w:br/>
        <w:t>— Щасти боже,— відмовила Настя,— чуєш, Серього!</w:t>
      </w:r>
    </w:p>
    <w:p>
      <w:r>
        <w:br/>
        <w:t>Тринадцятилітній Серьога, син народу, був розбещена дитина вулиці. Хати він не дуже держався, гасав десь, а додому прибігав хліба перехопити. Пані Ївга одразу внесла дисонанс в його життя: віднині він повинен був дома сидіти та вчитись. Так мати сказала, а щоб її слово було міцніше, вона вибила Серьогу ременем. Серьога нишком прозвав пані Ївгу "шлюхою в хустці" і зненавидів її всією силою своєї вільнолюбної душі.</w:t>
      </w:r>
    </w:p>
    <w:p>
      <w:r>
        <w:br/>
        <w:t>За кілька день здобули книжки, і пані Ївга з глибоким почуттям обов’язку перед Серьогою взялася до навчання. Вона сказала йому:</w:t>
      </w:r>
    </w:p>
    <w:p>
      <w:r>
        <w:br/>
        <w:t>— Серж, ти повинен відчути, що нова доба вимагає від усіх таких, як ти,— покидьків капіталізму,— якнайвищого розвитку розумових здібностей. Інакше пролетаріат перемогти не здолає... Будемо ж учитись.</w:t>
      </w:r>
    </w:p>
    <w:p>
      <w:r>
        <w:br/>
        <w:t>Але Серьога прикинувся йолопом, висолопив язика й гарчав по-собачому.</w:t>
      </w:r>
    </w:p>
    <w:p>
      <w:r>
        <w:br/>
        <w:t>Пані Ївга була спантеличена. Вона ще завзятіш узялася намовляти його. Тоді Серьога зробився серйозний і спитав її про значення слів, які часто вживають сердиті візники.</w:t>
      </w:r>
    </w:p>
    <w:p>
      <w:r>
        <w:br/>
        <w:t>Пані Ївга в розпачу стисла руки й гукнула:</w:t>
      </w:r>
    </w:p>
    <w:p>
      <w:r>
        <w:br/>
        <w:t>— Яка безодня темряви й зіпсутості!</w:t>
      </w:r>
    </w:p>
    <w:p>
      <w:r>
        <w:br/>
        <w:t>Вона урвала лекцію, сіла в кутку на свою лаву й довго міркувала про те, як найкраще взятися до виховання такого хлопця. Вона знала, що це — обов’язок її життя. І шкодувала, що їй бракує підручника педагогіки.</w:t>
      </w:r>
    </w:p>
    <w:p>
      <w:r>
        <w:br/>
        <w:t>Ввечері повернулась Настя (вона на поденну прати ходила) і, розпитавши про наслідки вступної лекції, знову безжально вибила сина. Серьога мовчки зніс, але прокляв пані Ївгу й запекло постановив дошкулити їй.</w:t>
      </w:r>
    </w:p>
    <w:p>
      <w:r>
        <w:br/>
        <w:t>Назавтра, коли мати пішла, він тихенько повісив над дверима до кухні великий цебер з льодовою водою та прив’язав його мотузком до дверей, щоб перекинувся, як двері відчинити. А тоді лагідно покликав пані Ївгу до кухні.</w:t>
      </w:r>
    </w:p>
    <w:p>
      <w:r>
        <w:br/>
        <w:t>Вона вийшла, і вода з цебра вилилась їй на голову. Серьога плигав, регочучи, до стелі, а пані Ївга сіла на свою лаву й трусилась, бо не мала в що перевдягтись. Але в серці її злоби не було. Вона шепотіла:</w:t>
      </w:r>
    </w:p>
    <w:p>
      <w:r>
        <w:br/>
        <w:t>— Andre, зрозумій мене! Я даю відповідь за гріхи всіх наших предків.</w:t>
      </w:r>
    </w:p>
    <w:p>
      <w:r>
        <w:br/>
        <w:t>Коли повернулась Настя, вона лежала вже й палала з жару. Кашель рвав її груди. А на ранок душа пані Ївги покинула тіло.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Історія пані Ївги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