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Іслам</w:t>
      </w:r>
    </w:p>
    <w:p>
      <w:r>
        <w:br/>
        <w:t xml:space="preserve"> якби я був старосвітським турком&lt;br /&gt;</w:t>
        <w:br/>
        <w:t>і вірив би в автоматичну міґрацію&lt;br /&gt;</w:t>
        <w:br/>
        <w:t>із продірявленого невірними тіла&lt;br /&gt;</w:t>
        <w:br/>
        <w:t>в серай&lt;br /&gt;</w:t>
        <w:br/>
        <w:t>мабуть не бруднив би тоді стопи</w:t>
      </w:r>
    </w:p>
    <w:p>
      <w:r>
        <w:br/>
        <w:t>перед призовною комісією</w:t>
      </w:r>
    </w:p>
    <w:p>
      <w:r>
        <w:br/>
        <w:t>аби&lt;br /&gt;</w:t>
        <w:br/>
        <w:t>той скотина фельдшер&lt;br /&gt;</w:t>
        <w:br/>
        <w:t>вивчивши мої сліди на картоні&lt;br /&gt;</w:t>
        <w:br/>
        <w:t>встановив плоскостопість&lt;br /&gt;</w:t>
        <w:br/>
        <w:t>а про серце навіть не згадував</w:t>
      </w:r>
    </w:p>
    <w:p>
      <w:r>
        <w:br/>
        <w:t>бо хто мені тут може ґарантувати серай</w:t>
      </w:r>
    </w:p>
    <w:p>
      <w:r>
        <w:br/>
        <w:t>мудрагелі рекрути&lt;br /&gt;</w:t>
        <w:br/>
        <w:t>чи придурочні клерки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Іслам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