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Іслам</w:t>
      </w:r>
    </w:p>
    <w:p>
      <w:r>
        <w:br/>
        <w:t xml:space="preserve"> Ісламом тобі починається ранок&lt;br /&gt;</w:t>
        <w:br/>
        <w:t>бісером вшитим у шкіру жінок&lt;br /&gt;</w:t>
        <w:br/>
        <w:t>золотом сутінків в тихих заплавах помешкань&lt;br /&gt;</w:t>
        <w:br/>
        <w:t>морожені спини риб&lt;br /&gt;</w:t>
        <w:br/>
        <w:t>над якими схиляється жінка&lt;br /&gt;</w:t>
        <w:br/>
        <w:t>будні республіки&lt;br /&gt;</w:t>
        <w:br/>
        <w:t>чайні розводи на топографічних картах&lt;br /&gt;</w:t>
        <w:br/>
        <w:t>встановлюється тепла материкова погода&lt;br /&gt;</w:t>
        <w:br/>
        <w:t>палає над визволеною територією&lt;br /&gt;</w:t>
        <w:br/>
        <w:t>іслам небес&lt;br /&gt;</w:t>
        <w:br/>
        <w:t>іслам поливалок&lt;br /&gt;</w:t>
        <w:br/>
        <w:t>задиханий жовтий іслам</w:t>
      </w:r>
    </w:p>
    <w:p>
      <w:r>
        <w:br/>
        <w:t>ісламом тобі під нігтями ця країна&lt;br /&gt;</w:t>
        <w:br/>
        <w:t>струм на стодвадцять вольт у спальних вагонах&lt;br /&gt;</w:t>
        <w:br/>
        <w:t>родіна залажала надовго і по-дорослому&lt;br /&gt;</w:t>
        <w:br/>
        <w:t>вже не відмити ці гасла ці написи і криптограми&lt;br /&gt;</w:t>
        <w:br/>
        <w:t>ось вони — міцні чоловічі руки&lt;br /&gt;</w:t>
        <w:br/>
        <w:t>зжовклі татуювання на міцних чоловічих торсах&lt;br /&gt;</w:t>
        <w:br/>
        <w:t>лозунги боротьби сліди комунального блядства</w:t>
      </w:r>
    </w:p>
    <w:p>
      <w:r>
        <w:br/>
        <w:t>іслам тополиний пух день конституції&lt;br /&gt;</w:t>
        <w:br/>
        <w:t>кожного разу лишати щось недомовленим&lt;br /&gt;</w:t>
        <w:br/>
        <w:t>лишайся якщо вже виріс там де ти є&lt;br /&gt;</w:t>
        <w:br/>
        <w:t>всього лише кілька речей —&lt;br /&gt;</w:t>
        <w:br/>
        <w:t>шкільне приглушене порно&lt;br /&gt;</w:t>
        <w:br/>
        <w:t>випуск дев'яносто першого року&lt;br /&gt;</w:t>
        <w:br/>
        <w:t>єврейські будинки заселені більшовиками&lt;br /&gt;</w:t>
        <w:br/>
        <w:t>твої вчителі не знають чому тебе можна навчити іще&lt;br /&gt;</w:t>
        <w:br/>
        <w:t>знання поступово вивітрюється ніби вино&lt;br /&gt;</w:t>
        <w:br/>
        <w:t>лишаючи тільки фарбник алкоголю&lt;br /&gt;</w:t>
        <w:br/>
        <w:t>друзі з якими ти спав і яких ти любив&lt;br /&gt;</w:t>
        <w:br/>
        <w:t>врізають нові замки</w:t>
      </w:r>
    </w:p>
    <w:p>
      <w:r>
        <w:br/>
        <w:t>він захлинатиметься ніби прапор на вітрі&lt;br /&gt;</w:t>
        <w:br/>
        <w:t>під звуки глушилок&lt;br /&gt;</w:t>
        <w:br/>
        <w:t>під шепіт ангелів що втомлено колядують&lt;br /&gt;</w:t>
        <w:br/>
        <w:t>підіграючи собі на німецьких губних гармоніях&lt;br /&gt;</w:t>
        <w:br/>
        <w:t>цей підлітковий іслам крадених стимуляторів</w:t>
      </w:r>
    </w:p>
    <w:p>
      <w:r>
        <w:br/>
        <w:t>холодний іслам браслетів чорний іслам заначок&lt;br /&gt;</w:t>
        <w:br/>
        <w:t>іслам нумерованих ковдр мічених копіювальних машин&lt;br /&gt;</w:t>
        <w:br/>
        <w:t>веселий іслам аміаку залізний іслам&lt;br /&gt;</w:t>
        <w:br/>
        <w:t>автобусних ліній нічних передатчиків привидів світлий&lt;br /&gt;</w:t>
        <w:br/>
        <w:t>розірваний і спресований жовчний іслам&lt;br /&gt;</w:t>
        <w:br/>
        <w:t>нескорений непішохідний фугасний</w:t>
      </w:r>
    </w:p>
    <w:p>
      <w:r>
        <w:br/>
        <w:t>коли прокидається місто у липні вночі&lt;br /&gt;</w:t>
        <w:br/>
        <w:t>і першими лізуть на світло&lt;br /&gt;</w:t>
        <w:br/>
        <w:t>кислотні розклейщики оголошень&lt;br /&gt;</w:t>
        <w:br/>
        <w:t>жорстокі і навчені туберкульозники&lt;br /&gt;</w:t>
        <w:br/>
        <w:t>чуєш як сонце дрейфує в зеленому небі&lt;br /&gt;</w:t>
        <w:br/>
        <w:t>чуєш як перебира плавниками у ванні&lt;br /&gt;</w:t>
        <w:br/>
        <w:t>іслам підшкірних ін'єкцій&lt;br /&gt;</w:t>
        <w:br/>
        <w:t>іслам зачинених переходів&lt;br /&gt;</w:t>
        <w:br/>
        <w:t>лівобережний іслам перемог</w:t>
      </w:r>
    </w:p>
    <w:p>
      <w:r>
        <w:br/>
        <w:t>від самого дитинства ніби проказа ця перемога&lt;br /&gt;</w:t>
        <w:br/>
        <w:t>так ніби ростеш на покинутому аеродромі&lt;br /&gt;</w:t>
        <w:br/>
        <w:t>зшиваючи комбінезони зі старих парашутів&lt;br /&gt;</w:t>
        <w:br/>
        <w:t>й лаштуючи до ключів кулеметну гільзу&lt;br /&gt;</w:t>
        <w:br/>
        <w:t>ось так батьківщина обдаровує правом на боротьбу&lt;br /&gt;</w:t>
        <w:br/>
        <w:t>лише б пам'ятати від самого дитинства:&lt;br /&gt;</w:t>
        <w:br/>
        <w:t>армія переможців грузиться в ешелони&lt;br /&gt;</w:t>
        <w:br/>
        <w:t>хтось вибігає з вокзалу процесія вирушає&lt;br /&gt;</w:t>
        <w:br/>
        <w:t>минаючи зламані демаркаційні лінії&lt;br /&gt;</w:t>
        <w:br/>
        <w:t>ця перемога що пахне важким офіцерським взуттям&lt;br /&gt;</w:t>
        <w:br/>
        <w:t>стигми трофейного сифілісу&lt;br /&gt;</w:t>
        <w:br/>
        <w:t>піхота яку вони вичищають&lt;br /&gt;</w:t>
        <w:br/>
        <w:t>мов мідій з окопів</w:t>
      </w:r>
    </w:p>
    <w:p>
      <w:r>
        <w:br/>
        <w:t>армія переможців дістає тютюн і афганку&lt;br /&gt;</w:t>
        <w:br/>
        <w:t>бійці повертаються на визволену територію&lt;br /&gt;</w:t>
        <w:br/>
        <w:t>говорячи ну ні фіга собі яку територію ми визволили&lt;br /&gt;</w:t>
        <w:br/>
        <w:t>але перемога змивається з фотоплівок&lt;br /&gt;</w:t>
        <w:br/>
        <w:t>так повертаються діти в родини де їх не люблять&lt;br /&gt;</w:t>
        <w:br/>
        <w:t>в родини де про них не говорять не згадують&lt;br /&gt;</w:t>
        <w:br/>
        <w:t>оскільки і згадувати немає чого</w:t>
      </w:r>
    </w:p>
    <w:p>
      <w:r>
        <w:br/>
        <w:t>армія розпадається&lt;br /&gt;</w:t>
        <w:br/>
        <w:t>розносячи мілітарність&lt;br /&gt;</w:t>
        <w:br/>
        <w:t>ніби знання щоби вже ні ділитись ним ні забути&lt;br /&gt;</w:t>
        <w:br/>
        <w:t>до смерті ця чорна поезія смутку&lt;br /&gt;</w:t>
        <w:br/>
        <w:t>шлункові хвороби тяжка вагінальна любов&lt;br /&gt;</w:t>
        <w:br/>
        <w:t>генеральський мундштук з терпким чоловічим присмаком</w:t>
      </w:r>
    </w:p>
    <w:p>
      <w:r>
        <w:br/>
        <w:t>щоби роками в кожному поколінні&lt;br /&gt;</w:t>
        <w:br/>
        <w:t>були ці кишки — набиті м'яким українським чорноземом&lt;br /&gt;</w:t>
        <w:br/>
        <w:t>їхні солдати які читають поезії в дерматинових переплетеннях&lt;br /&gt;</w:t>
        <w:br/>
        <w:t>комісарська силаботоніка&lt;br /&gt;</w:t>
        <w:br/>
        <w:t>веселі усміхнені угро-фіни&lt;br /&gt;</w:t>
        <w:br/>
        <w:t>коли вони з носака вибивали двері&lt;br /&gt;</w:t>
        <w:br/>
        <w:t>коли вони відлітали на небо&lt;br /&gt;</w:t>
        <w:br/>
        <w:t>і виводили армії з міст&lt;br /&gt;</w:t>
        <w:br/>
        <w:t>ніби літери на папері&lt;br /&gt;</w:t>
        <w:br/>
        <w:t>ніби нафту з білих тканин&lt;br /&gt;</w:t>
        <w:br/>
        <w:t>наче бісів із голови</w:t>
      </w:r>
    </w:p>
    <w:p>
      <w:r>
        <w:br/>
        <w:t>все тому що не можеш позбутись якихось речей&lt;br /&gt;</w:t>
        <w:br/>
        <w:t>найбільш солодкі й найбільш болючі предмети —&lt;br /&gt;</w:t>
        <w:br/>
        <w:t>саме з дитинства&lt;br /&gt;</w:t>
        <w:br/>
        <w:t>лишається їхня перемога і їхні обличчя&lt;br /&gt;</w:t>
        <w:br/>
        <w:t>всього лише кілька предметів&lt;br /&gt;</w:t>
        <w:br/>
        <w:t>на решту життя</w:t>
      </w:r>
    </w:p>
    <w:p>
      <w:r>
        <w:br/>
        <w:t>блювотний радянський попс кінця сорокових&lt;br /&gt;</w:t>
        <w:br/>
        <w:t>вініл орлеанського джазу&lt;br /&gt;</w:t>
        <w:br/>
        <w:t>кришиться мов шоколад&lt;br /&gt;</w:t>
        <w:br/>
        <w:t>армія переможців грузиться в свої ешелони&lt;br /&gt;</w:t>
        <w:br/>
        <w:t>щоби рухатись в східному напрямку</w:t>
      </w:r>
    </w:p>
    <w:p>
      <w:r>
        <w:br/>
        <w:t>щоби згубитись в повітрі&lt;br /&gt;</w:t>
        <w:br/>
        <w:t>не в змозі коли-небудь вернутись&lt;br /&gt;</w:t>
        <w:br/>
        <w:t>на визволену нею&lt;br /&gt;</w:t>
        <w:br/>
        <w:t>територію</w:t>
      </w:r>
    </w:p>
    <w:p>
      <w:r>
        <w:br/>
        <w:t>ось вам морожена риба під шкірою рік&lt;br /&gt;</w:t>
        <w:br/>
        <w:t>ось тобі друзі дитинства зайобані індепендентом&lt;br /&gt;</w:t>
        <w:br/>
        <w:t>кожного разу після їжі&lt;br /&gt;</w:t>
        <w:br/>
        <w:t>розкреслений плац під вікнами початкової школи&lt;br /&gt;</w:t>
        <w:br/>
        <w:t>ми разом з тобою росли ми навіть пережили батьківщину&lt;br /&gt;</w:t>
        <w:br/>
        <w:t>в якій народились&lt;br /&gt;</w:t>
        <w:br/>
        <w:t>змужнілі підлітки голені мокрі скроні&lt;br /&gt;</w:t>
        <w:br/>
        <w:t>гімнастичні знаряддя в спортзалах&lt;br /&gt;</w:t>
        <w:br/>
        <w:t>запах їдалень і дитячого одягу&lt;br /&gt;</w:t>
        <w:br/>
        <w:t>пам'ятаєш цю радість&lt;br /&gt;</w:t>
        <w:br/>
        <w:t>зриватись зі сну серед ранкової тиші&lt;br /&gt;</w:t>
        <w:br/>
        <w:t>підставляти себе під крижаний березневий дощ&lt;br /&gt;</w:t>
        <w:br/>
        <w:t>пізнавати одне одного в сутінках&lt;br /&gt;</w:t>
        <w:br/>
        <w:t>адже ми разом росли&lt;br /&gt;</w:t>
        <w:br/>
        <w:t>намагаючись таки вирости</w:t>
      </w:r>
    </w:p>
    <w:p>
      <w:r>
        <w:br/>
        <w:t>Щоб одного разу після їжі&lt;br /&gt;</w:t>
        <w:br/>
        <w:t>звалити з усіх майстерень і спортзалів&lt;br /&gt;</w:t>
        <w:br/>
        <w:t>совка</w:t>
      </w:r>
    </w:p>
    <w:p>
      <w:r>
        <w:br/>
        <w:t>хіба вони можуть витравити все із твоєї душі&lt;br /&gt;</w:t>
        <w:br/>
        <w:t>хіба ці зжовклі емблеми на тілі твоєму&lt;br /&gt;</w:t>
        <w:br/>
        <w:t>в'язка топографія шкіри</w:t>
      </w:r>
    </w:p>
    <w:p>
      <w:r>
        <w:br/>
        <w:t>не до самої смерті?&lt;br /&gt;</w:t>
        <w:br/>
        <w:t>невже ти і справді не пам'ятаєш початку&lt;br /&gt;</w:t>
        <w:br/>
        <w:t>чіпка пролетарська урла діти розпущеного комсомолу&lt;br /&gt;</w:t>
        <w:br/>
        <w:t>і час вам не в радість бо він обтікає вас мов коропів&lt;br /&gt;</w:t>
        <w:br/>
        <w:t>і колір очей для вас тільки мітка&lt;br /&gt;</w:t>
        <w:br/>
        <w:t>і кожного разу після їжі ви задихаєтесь в коридорах їдалень&lt;br /&gt;</w:t>
        <w:br/>
        <w:t>відригуючи чорним солодом батьківщини</w:t>
      </w:r>
    </w:p>
    <w:p>
      <w:r>
        <w:br/>
        <w:t>кожного разу після їжі&lt;br /&gt;</w:t>
        <w:br/>
        <w:t>кожного разу кожного приступу&lt;br /&gt;</w:t>
        <w:br/>
        <w:t>кожного дотику тиші кожного разу&lt;br /&gt;</w:t>
        <w:br/>
        <w:t>після їжі після початку&lt;br /&gt;</w:t>
        <w:br/>
        <w:t>після зіткнення і забуття&lt;br /&gt;</w:t>
        <w:br/>
        <w:t>десь на межі коли дитинство вже відступає&lt;br /&gt;</w:t>
        <w:br/>
        <w:t>коли ти можеш забути моє обличчя&lt;br /&gt;</w:t>
        <w:br/>
        <w:t>чорний знак похуїзму&lt;br /&gt;</w:t>
        <w:br/>
        <w:t>чорний прапор старих естрадних рефренів&lt;br /&gt;</w:t>
        <w:br/>
        <w:t>б'ється під вітром на твоєму подвір'ї&lt;br /&gt;</w:t>
        <w:br/>
        <w:t>і всі гвинти на опорах мостів&lt;br /&gt;</w:t>
        <w:br/>
        <w:t>зриваються і летять у порожнечу&lt;br /&gt;</w:t>
        <w:br/>
        <w:t>і всі небеса падають яблуками в твої долоні&lt;br /&gt;</w:t>
        <w:br/>
        <w:t>ти так і не вигнав жовтий фарбник божевілля зі своєї крові&lt;br /&gt;</w:t>
        <w:br/>
        <w:t>ти так і не видавив бісер що рветься крізь шкіру&lt;br /&gt;</w:t>
        <w:br/>
        <w:t>ти так і не вивчився — хоч як вони не просили —&lt;br /&gt;</w:t>
        <w:br/>
        <w:t>дихати кожного разу&lt;br /&gt;</w:t>
        <w:br/>
        <w:t>після їхньої їжі</w:t>
      </w:r>
    </w:p>
    <w:p>
      <w:r>
        <w:br/>
        <w:t>не плач не плач починається ранок&lt;br /&gt;</w:t>
        <w:br/>
        <w:t>пух тополиний липне до кіноекранів&lt;br /&gt;</w:t>
        <w:br/>
        <w:t>хроніка опору&lt;br /&gt;</w:t>
        <w:br/>
        <w:t>чому ти боїшся постаріти&lt;br /&gt;</w:t>
        <w:br/>
        <w:t>адже ми разом росли&lt;br /&gt;</w:t>
        <w:br/>
        <w:t>це на наших піжамах проставлені штампи —&lt;br /&gt;</w:t>
        <w:br/>
        <w:t>зроблено в україні</w:t>
      </w:r>
    </w:p>
    <w:p>
      <w:r>
        <w:br/>
        <w:t>старість це завжди поразка&lt;br /&gt;</w:t>
        <w:br/>
        <w:t>це навіть не втрата&lt;br /&gt;</w:t>
        <w:br/>
        <w:t>скоріше володіння чимось що швидко втрачає вартість&lt;br /&gt;</w:t>
        <w:br/>
        <w:t>степ бай степ риштування душі тліє і рушиться&lt;br /&gt;</w:t>
        <w:br/>
        <w:t>вибілюється полотно прогинаються опори мостів&lt;br /&gt;</w:t>
        <w:br/>
        <w:t>рветься вельвет на каркасі гарячого серця</w:t>
      </w:r>
    </w:p>
    <w:p>
      <w:r>
        <w:br/>
        <w:t>старість немов дезертир переховується в підземці&lt;br /&gt;</w:t>
        <w:br/>
        <w:t>вшивається в шкіру&lt;br /&gt;</w:t>
        <w:br/>
        <w:t>нашіптується молитвами</w:t>
      </w:r>
    </w:p>
    <w:p>
      <w:r>
        <w:br/>
        <w:t>старий прихожанин потрапляє на аудієнцію до папи&lt;br /&gt;</w:t>
        <w:br/>
        <w:t>папа клінексом протирає зелені контактні лінзи&lt;br /&gt;</w:t>
        <w:br/>
        <w:t>в папи чорні обдерті нігті від догляду за газоном&lt;br /&gt;</w:t>
        <w:br/>
        <w:t>папа говорить вся фішка в тому&lt;br /&gt;</w:t>
        <w:br/>
        <w:t>що до суду ще треба дожити&lt;br /&gt;</w:t>
        <w:br/>
        <w:t>фішка в тому що ані я ні ти&lt;br /&gt;</w:t>
        <w:br/>
        <w:t>не маємо куди повертатись&lt;br /&gt;</w:t>
        <w:br/>
        <w:t>старість і розпач лишаються нам під холодним небом&lt;br /&gt;</w:t>
        <w:br/>
        <w:t>родіна залажала говорить папа ось в чому фішка</w:t>
      </w:r>
    </w:p>
    <w:p>
      <w:r>
        <w:br/>
        <w:t>риби будуть спливати щоб побачити сонце&lt;br /&gt;</w:t>
        <w:br/>
        <w:t>метелики будуть летіти втрачаючи свідомість&lt;br /&gt;</w:t>
        <w:br/>
        <w:t>покинуті різники триматимуть в руках&lt;br /&gt;</w:t>
        <w:br/>
        <w:t>великі серця тварин&lt;br /&gt;</w:t>
        <w:br/>
        <w:t>всього лише кілька речей залишаються нам&lt;br /&gt;</w:t>
        <w:br/>
        <w:t>і їх не стане більше чи менше&lt;br /&gt;</w:t>
        <w:br/>
        <w:t>папа рішуче плескає себе по коліну&lt;br /&gt;</w:t>
        <w:br/>
        <w:t>і йде доглядати газон</w:t>
      </w:r>
    </w:p>
    <w:p>
      <w:r>
        <w:br/>
        <w:t>між мною й тобою&lt;br /&gt;</w:t>
        <w:br/>
        <w:t>лишаються високі зелені комети&lt;br /&gt;</w:t>
        <w:br/>
        <w:t>ангели в сірих арабських хустках&lt;br /&gt;</w:t>
        <w:br/>
        <w:t>спалюють прапори б'ють в барабани&lt;br /&gt;</w:t>
        <w:br/>
        <w:t>кольорові бруклінські ангели милі й потворні істоти&lt;br /&gt;</w:t>
        <w:br/>
        <w:t>монотонно наспівують щоб ти зміг запам'ятати</w:t>
      </w:r>
    </w:p>
    <w:p>
      <w:r>
        <w:br/>
        <w:t>музика що накладалася на сітківку&lt;br /&gt;</w:t>
        <w:br/>
        <w:t>нальотом лягала на зуби брудом на одяг&lt;br /&gt;</w:t>
        <w:br/>
        <w:t>вічні історії психоделічної боротьби&lt;br /&gt;</w:t>
        <w:br/>
        <w:t>коли на одному з концертів із залу вилітає важка троянда&lt;br /&gt;</w:t>
        <w:br/>
        <w:t>звалюється ніби фугас на сцену&lt;br /&gt;</w:t>
        <w:br/>
        <w:t>шпичаком пробиваючи око флейтиста&lt;br /&gt;</w:t>
        <w:br/>
        <w:t>блок-флейта падає на підлогу&lt;br /&gt;</w:t>
        <w:br/>
        <w:t>і котиться ніби клітка з птахами&lt;br /&gt;</w:t>
        <w:br/>
        <w:t>музикантам під ноги&lt;br /&gt;</w:t>
        <w:br/>
        <w:t>флейтист вириває троянду&lt;br /&gt;</w:t>
        <w:br/>
        <w:t>кров заливає лице&lt;br /&gt;</w:t>
        <w:br/>
        <w:t>наповнене кров'ю і сльозами око&lt;br /&gt;</w:t>
        <w:br/>
        <w:t>око яке постійно за тобою слідкує&lt;br /&gt;</w:t>
        <w:br/>
        <w:t>око старої божевільної культури&lt;br /&gt;</w:t>
        <w:br/>
        <w:t>сонце яке дрейфує в липневих сутінках&lt;br /&gt;</w:t>
        <w:br/>
        <w:t>музика що почавшись одного разу&lt;br /&gt;</w:t>
        <w:br/>
        <w:t>вже ніколи не закінчується</w:t>
      </w:r>
    </w:p>
    <w:p>
      <w:r>
        <w:br/>
        <w:t>ось і тепер</w:t>
      </w:r>
    </w:p>
    <w:p>
      <w:r>
        <w:br/>
        <w:t>буенос діас пако&lt;br /&gt;</w:t>
        <w:br/>
        <w:t>барбара вишкрябує жовтим ключем на стінці ліфта&lt;br /&gt;</w:t>
        <w:br/>
        <w:t>буенос діас музики на сьогодні більше не буде&lt;br /&gt;</w:t>
        <w:br/>
        <w:t>ми вдало вибрались ми навіть сплатили всі комунальні тарифи&lt;br /&gt;</w:t>
        <w:br/>
        <w:t>можеш врізати нові замки</w:t>
      </w:r>
    </w:p>
    <w:p>
      <w:r>
        <w:br/>
        <w:t>буенос діас пако&lt;br /&gt;</w:t>
        <w:br/>
        <w:t>доброго сніданку тобі друже&lt;br /&gt;</w:t>
        <w:br/>
        <w:t>що нас може звести в цьому світі —&lt;br /&gt;</w:t>
        <w:br/>
        <w:t>зеленому як краснодарський чай&lt;br /&gt;</w:t>
        <w:br/>
        <w:t>води зелених рік і листя зелених трав</w:t>
      </w:r>
    </w:p>
    <w:p>
      <w:r>
        <w:br/>
        <w:t>тривожний іслам конституцій&lt;br /&gt;</w:t>
        <w:br/>
        <w:t>сонце яке дрейфує під шкірою наших жінок</w:t>
      </w:r>
    </w:p>
    <w:p>
      <w:r>
        <w:br/>
        <w:t>буенос діас пако&lt;br /&gt;</w:t>
        <w:br/>
        <w:t>побачимося в пеклі&lt;br /&gt;</w:t>
        <w:br/>
        <w:t>вигорілий унібром дитячого фотомистецтва&lt;br /&gt;</w:t>
        <w:br/>
        <w:t>хай тобі сняться запашні апельсини&lt;br /&gt;</w:t>
        <w:br/>
        <w:t>всі твої польові командири&lt;br /&gt;</w:t>
        <w:br/>
        <w:t>сильні й живучі мов кімнатні рослини</w:t>
      </w:r>
    </w:p>
    <w:p>
      <w:r>
        <w:br/>
        <w:t>лабас вакарас пако&lt;br /&gt;</w:t>
        <w:br/>
        <w:t>твій будинок — забитий травою і путівниками&lt;br /&gt;</w:t>
        <w:br/>
        <w:t>засинає під зеленим небом&lt;br /&gt;</w:t>
        <w:br/>
        <w:t>хороше море — мертве море&lt;br /&gt;</w:t>
        <w:br/>
        <w:t>говорить ісус і стає на хвилі&lt;br /&gt;</w:t>
        <w:br/>
        <w:t>до тихих заплав твого сну&lt;br /&gt;</w:t>
        <w:br/>
        <w:t>вступають&lt;br /&gt;</w:t>
        <w:br/>
        <w:t>північнокорейські регулярні війська</w:t>
      </w:r>
    </w:p>
    <w:p>
      <w:r>
        <w:br/>
        <w:t>ранок починається прогнозом погоди&lt;br /&gt;</w:t>
        <w:br/>
        <w:t>вони самі ніби вагаються наскільки прогнозованою&lt;br /&gt;</w:t>
        <w:br/>
        <w:t>може бути їхня погода&lt;br /&gt;</w:t>
        <w:br/>
        <w:t>ніби нашіптують подивись&lt;br /&gt;</w:t>
        <w:br/>
        <w:t>ось тобі жінка яка заходить в дощ з одного боку&lt;br /&gt;</w:t>
        <w:br/>
        <w:t>маючи намір вийти з іншого&lt;br /&gt;</w:t>
        <w:br/>
        <w:t>ці вентилятори&lt;br /&gt;</w:t>
        <w:br/>
        <w:t>важкі птахи в її кімнаті&lt;br /&gt;</w:t>
        <w:br/>
        <w:t>все б їм чистити пір'я своє пір'я&lt;br /&gt;</w:t>
        <w:br/>
        <w:t>все б їм відриватись на випадкових гостях&lt;br /&gt;</w:t>
        <w:br/>
        <w:t>на втомлених перехожих в цій оселі радості&lt;br /&gt;</w:t>
        <w:br/>
        <w:t>ось тобі тримай&lt;br /&gt;</w:t>
        <w:br/>
        <w:t>її дихання&lt;br /&gt;</w:t>
        <w:br/>
        <w:t>справжнє — те що між устами й повітрям&lt;br /&gt;</w:t>
        <w:br/>
        <w:t>коли схиляючись над тобою&lt;br /&gt;</w:t>
        <w:br/>
        <w:t>вона закидає за спину свій хрестик натільний&lt;br /&gt;</w:t>
        <w:br/>
        <w:t>коли вона розглядає в зеркалі свою вагітність&lt;br /&gt;</w:t>
        <w:br/>
        <w:t>мовби старі гравюри&lt;br /&gt;</w:t>
        <w:br/>
        <w:t>і виловлює з чаю шматки цитрини&lt;br /&gt;</w:t>
        <w:br/>
        <w:t>мов жовті душі потопельників</w:t>
      </w:r>
    </w:p>
    <w:p>
      <w:r>
        <w:br/>
        <w:t>сонце обвалюється за материк</w:t>
      </w:r>
    </w:p>
    <w:p>
      <w:r>
        <w:br/>
        <w:t>коли вона вранці полоще рот потім випльовує воду&lt;br /&gt;</w:t>
        <w:br/>
        <w:t>вода щипле шкіру і мов риба з ятера&lt;br /&gt;</w:t>
        <w:br/>
        <w:t>б'ючи хвостом по яснах вистрибує назовні&lt;br /&gt;</w:t>
        <w:br/>
        <w:t>ангели звивають за ніч гніздо в її горлі&lt;br /&gt;</w:t>
        <w:br/>
        <w:t>ангели в сутінках саджають дітям серця мов картоплю&lt;br /&gt;</w:t>
        <w:br/>
        <w:t>сподіваючись на добрий врожай&lt;br /&gt;</w:t>
        <w:br/>
        <w:t>чи може що вирости на такому суглинку</w:t>
      </w:r>
    </w:p>
    <w:p>
      <w:r>
        <w:br/>
        <w:t>камінь на камені пустельний іслам&lt;br /&gt;</w:t>
        <w:br/>
        <w:t>безхмарна пора лише місцями опади&lt;br /&gt;</w:t>
        <w:br/>
        <w:t>і ці місця проминають нас&lt;br /&gt;</w:t>
        <w:br/>
        <w:t>нас проминає все&lt;br /&gt;</w:t>
        <w:br/>
        <w:t>лише кілька предметів&lt;br /&gt;</w:t>
        <w:br/>
        <w:t>зберігати мов надбання ніби статок щоб&lt;br /&gt;</w:t>
        <w:br/>
        <w:t>показати коли запитають</w:t>
      </w:r>
    </w:p>
    <w:p>
      <w:r>
        <w:br/>
        <w:t>ось господи мої топографічні карти&lt;br /&gt;</w:t>
        <w:br/>
        <w:t>ось плани всіх моїх наступів&lt;br /&gt;</w:t>
        <w:br/>
        <w:t>все як ти і просив&lt;br /&gt;</w:t>
        <w:br/>
        <w:t>ось моя метрика господи всі мої членські внески&lt;br /&gt;</w:t>
        <w:br/>
        <w:t>всі мої гільзи всі шрами&lt;br /&gt;</w:t>
        <w:br/>
        <w:t>весь побутовий трипер&lt;br /&gt;</w:t>
        <w:br/>
        <w:t>ось мої друзі що встигли постаріти&lt;br /&gt;</w:t>
        <w:br/>
        <w:t>друзі з якими я спав і яких любив&lt;br /&gt;</w:t>
        <w:br/>
        <w:t>вся українська молодь христові</w:t>
      </w:r>
    </w:p>
    <w:p>
      <w:r>
        <w:br/>
        <w:t>жінка яка схиляється над водою&lt;br /&gt;</w:t>
        <w:br/>
        <w:t>вода тепла мов ксероксний порошок&lt;br /&gt;</w:t>
        <w:br/>
        <w:t>риби ніби зірки зависають у ній&lt;br /&gt;</w:t>
        <w:br/>
        <w:t>ісус іде по мінному полю наче по хвилях&lt;br /&gt;</w:t>
        <w:br/>
        <w:t>рибалки лишають свої човни</w:t>
      </w:r>
    </w:p>
    <w:p>
      <w:r>
        <w:br/>
        <w:t>для тих хто вижив у цьому огромі&lt;br /&gt;</w:t>
        <w:br/>
        <w:t>для тих хто врешті вийшов з оточення&lt;br /&gt;</w:t>
        <w:br/>
        <w:t>для тих хто не здався режимові і коменданту гуртожитка&lt;br /&gt;</w:t>
        <w:br/>
        <w:t>велика втіха</w:t>
      </w:r>
    </w:p>
    <w:p>
      <w:r>
        <w:br/>
        <w:t>крутити заклеєні скотчем старі транзистори&lt;br /&gt;</w:t>
        <w:br/>
        <w:t>вимикати радіо на програмах соціального захисту&lt;br /&gt;</w:t>
        <w:br/>
        <w:t>сидіти з ангелами де-небудь на пляжі&lt;br /&gt;</w:t>
        <w:br/>
        <w:t>і тихо про щось говорити&lt;br /&gt;</w:t>
        <w:br/>
        <w:t>після розкурки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Іслам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