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Інша зима</w:t>
      </w:r>
    </w:p>
    <w:p>
      <w:r>
        <w:br/>
        <w:t xml:space="preserve"> Склистий сніг, так схожий на сіль,&lt;br /&gt;</w:t>
        <w:br/>
        <w:t>І не сіється він, а січе,&lt;br /&gt;</w:t>
        <w:br/>
        <w:t>Інших зим незагоєний біль&lt;br /&gt;</w:t>
        <w:br/>
        <w:t>Не зникає з моїх очей.</w:t>
      </w:r>
    </w:p>
    <w:p>
      <w:r>
        <w:br/>
        <w:t>Не забути до скону тих зим —&lt;br /&gt;</w:t>
        <w:br/>
        <w:t>Не таких як оця зима.&lt;br /&gt;</w:t>
        <w:br/>
        <w:t>Сніговії морозяний дим&lt;br /&gt;</w:t>
        <w:br/>
        <w:t>Степ увесь до небес підійма.</w:t>
      </w:r>
    </w:p>
    <w:p>
      <w:r>
        <w:br/>
        <w:t>Канонад вогнепальний вир&lt;br /&gt;</w:t>
        <w:br/>
        <w:t>Батареї б'ють навісні&lt;br /&gt;</w:t>
        <w:br/>
        <w:t>Й свіжі ями гарматних вирв&lt;br /&gt;</w:t>
        <w:br/>
        <w:t>Пахнуть наче рілля на весні.</w:t>
      </w:r>
    </w:p>
    <w:p>
      <w:r>
        <w:br/>
        <w:t>І нема ні доріг, ні мостів,&lt;br /&gt;</w:t>
        <w:br/>
        <w:t>І притулку нема й переправ,&lt;br /&gt;</w:t>
        <w:br/>
        <w:t>Кожний крок у собі умістив&lt;br /&gt;</w:t>
        <w:br/>
        <w:t>Як закон — "Смертею смерть поправ".</w:t>
      </w:r>
    </w:p>
    <w:p>
      <w:r>
        <w:br/>
        <w:t>Тож біснуйся, хурделице, вий,&lt;br /&gt;</w:t>
        <w:br/>
        <w:t>Заглуши батарейний рев,&lt;br /&gt;</w:t>
        <w:br/>
        <w:t>По пустелі жени сніговій,&lt;br /&gt;</w:t>
        <w:br/>
        <w:t>Де нема ні осель, ні дерев —</w:t>
      </w:r>
    </w:p>
    <w:p>
      <w:r>
        <w:br/>
        <w:t>Тільки снігом зім'яте стебло,&lt;br /&gt;</w:t>
        <w:br/>
        <w:t>Тільки скута морозом земля.&lt;br /&gt;</w:t>
        <w:br/>
        <w:t>Хай впаду я у вирви тепло —&lt;br /&gt;</w:t>
        <w:br/>
        <w:t>Навесні зарясніє рілля!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