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Іноді довідуюся передостанні новини...</w:t>
      </w:r>
    </w:p>
    <w:p>
      <w:r>
        <w:br/>
        <w:t xml:space="preserve"> іноді довідуюся передостанні новини&lt;br /&gt;</w:t>
        <w:br/>
        <w:t>позбувшись досвіду довідуюся передостанні новини&lt;br /&gt;</w:t>
        <w:br/>
        <w:t>які не залежать від мене які взагалі не залежать&lt;br /&gt;</w:t>
        <w:br/>
        <w:t>які не належать нікому&lt;br /&gt;</w:t>
        <w:br/>
        <w:t>лежать перед очима</w:t>
      </w:r>
    </w:p>
    <w:p>
      <w:r>
        <w:br/>
        <w:t>якщо ти мені не віриш якщо ти не бачиш листя&lt;br /&gt;</w:t>
        <w:br/>
        <w:t>кольору того меду кольору того і того&lt;br /&gt;</w:t>
        <w:br/>
        <w:t>того і того тіла тіла твого і мого&lt;br /&gt;</w:t>
        <w:br/>
        <w:t>якщо ти не бачиш листя&lt;br /&gt;</w:t>
        <w:br/>
        <w:t>значить іще не осінь</w:t>
      </w:r>
    </w:p>
    <w:p>
      <w:r>
        <w:br/>
        <w:t>значить іще не страшно&lt;br /&gt;</w:t>
        <w:br/>
        <w:t>в тебе на грудях спати&lt;br /&gt;</w:t>
        <w:br/>
        <w:t>значить іще можливо</w:t>
      </w:r>
    </w:p>
    <w:p>
      <w:r>
        <w:br/>
        <w:t>...а іноді заплющую очі вогонь задуваю дихаю&lt;br /&gt;</w:t>
        <w:br/>
        <w:t>рівно і тихо дихаю заплющивши очі позбувшись досвіду&lt;br /&gt;</w:t>
        <w:br/>
        <w:t>який не залежить від мене який взагалі не залежить&lt;br /&gt;</w:t>
        <w:br/>
        <w:t>який не належить тобі ні тоді ні іноді&lt;br /&gt;</w:t>
        <w:br/>
        <w:t>потаємний здобутий</w:t>
      </w:r>
    </w:p>
    <w:p>
      <w:r>
        <w:br/>
        <w:t>і тоді приходить і сниться вибігаю на берег моря&lt;br /&gt;</w:t>
        <w:br/>
        <w:t>з того боку чи з того з того чи з того краю&lt;br /&gt;</w:t>
        <w:br/>
        <w:t>того чи того тіла тіла твого і мого&lt;br /&gt;</w:t>
        <w:br/>
        <w:t>немає ніде ні поруч ні пошепки ні нізвідки</w:t>
      </w:r>
    </w:p>
    <w:p>
      <w:r>
        <w:br/>
        <w:t>...я&lt;br /&gt;</w:t>
        <w:br/>
        <w:t>...уві сні&lt;br /&gt;</w:t>
        <w:br/>
        <w:t>...зумію&lt;br /&gt;</w:t>
        <w:br/>
        <w:t>бути хвилею бути хвилею бути&lt;br /&gt;</w:t>
        <w:br/>
        <w:t>тут і тепер бути ковзати умираючи відбуватися&lt;br /&gt;</w:t>
        <w:br/>
        <w:t>поглинаючи захлинаючись хвилею бути без повторення без досвіду&lt;br /&gt;</w:t>
        <w:br/>
        <w:t>який не залежить від хвилі який взагалі не залежить&lt;br /&gt;</w:t>
        <w:br/>
        <w:t>який її переповнює висушує перебуває&lt;br /&gt;</w:t>
        <w:br/>
        <w:t>перебиває осущує розполовинює&lt;br /&gt;</w:t>
        <w:br/>
        <w:t>сіллю лишається потом&lt;br /&gt;</w:t>
        <w:br/>
        <w:t>потім смаком молекули крові мене минає</w:t>
      </w:r>
    </w:p>
    <w:p>
      <w:r>
        <w:br/>
        <w:t>значить іще можливо&lt;br /&gt;</w:t>
        <w:br/>
        <w:t>в тебе на грудях спати&lt;br /&gt;</w:t>
        <w:br/>
        <w:t>значить іще не осінь&lt;br /&gt;</w:t>
        <w:br/>
        <w:t>значить іще не осінь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Іноді довідуюся передостанні новини...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