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Ім’я її</w:t>
      </w:r>
    </w:p>
    <w:p>
      <w:r>
        <w:br/>
        <w:t xml:space="preserve"> Ім’я її&lt;br /&gt;</w:t>
        <w:br/>
        <w:t>(Фрагменти з поеми)&lt;br /&gt;</w:t>
        <w:br/>
        <w:t>З дитинства ще, серед німої ночи&lt;br /&gt;</w:t>
        <w:br/>
        <w:t>Холодна і прозора тінь стоїть…&lt;br /&gt;</w:t>
        <w:br/>
        <w:t>Шестикольонним сном – ім’ям дівочим&lt;br /&gt;</w:t>
        <w:br/>
        <w:t>Ввійшла вона в душі моєї міт.&lt;br /&gt;</w:t>
        <w:br/>
        <w:t>І от тепер я розповісти хочу&lt;br /&gt;</w:t>
        <w:br/>
        <w:t>Про ймення, кинуте в безумний світ…&lt;br /&gt;</w:t>
        <w:br/>
        <w:t>Осяйний пил із ночі снігової&lt;br /&gt;</w:t>
        <w:br/>
        <w:t>Звучав смичком, – і зазвучало двоє.</w:t>
      </w:r>
    </w:p>
    <w:p>
      <w:r>
        <w:br/>
        <w:t>Відчуй: і в старовинних є річах&lt;br /&gt;</w:t>
        <w:br/>
        <w:t>Біль схований – серцям одкриті шуми.&lt;br /&gt;</w:t>
        <w:br/>
        <w:t>В кутах порожніх скринь є волохатий жах,&lt;br /&gt;</w:t>
        <w:br/>
        <w:t>Свій голос подає нам кожда річ у сумі&lt;br /&gt;</w:t>
        <w:br/>
        <w:t>І пестить кождий дотик у руках&lt;br /&gt;</w:t>
        <w:br/>
        <w:t>Сухого дерева живучий струмінь.&lt;br /&gt;</w:t>
        <w:br/>
        <w:t>То в душу нам пливе з провалів скринь&lt;br /&gt;</w:t>
        <w:br/>
        <w:t>Обличчя милого неясна тінь.</w:t>
      </w:r>
    </w:p>
    <w:p>
      <w:r>
        <w:br/>
        <w:t>Ти, серце, рухи рук і голос&lt;br /&gt;</w:t>
        <w:br/>
        <w:t>І тюль її убрання бережеш…&lt;br /&gt;</w:t>
        <w:br/>
        <w:t>Душа задумалась і розкололась.&lt;br /&gt;</w:t>
        <w:br/>
        <w:t>Під шум, під пахощі сосни живеш,&lt;br /&gt;</w:t>
        <w:br/>
        <w:t>Під вітер ніжний, як дівочий волос,&lt;br /&gt;</w:t>
        <w:br/>
        <w:t>Її з поміщицької ночі ждеш&lt;br /&gt;</w:t>
        <w:br/>
        <w:t>В шестикольоннім сні, з іменням Бога.&lt;br /&gt;</w:t>
        <w:br/>
        <w:t>Хрест од свічі чорніє над порогом.</w:t>
      </w:r>
    </w:p>
    <w:p>
      <w:r>
        <w:br/>
        <w:t>Ой, випав сніг… Церков далекі бані&lt;br /&gt;</w:t>
        <w:br/>
        <w:t>Гудуть і тануть у холодній млі.&lt;br /&gt;</w:t>
        <w:br/>
        <w:t>Загублений у сніжнім океані&lt;br /&gt;</w:t>
        <w:br/>
        <w:t>Маєток панський мовби від землі&lt;br /&gt;</w:t>
        <w:br/>
        <w:t>За ялинкову синь пливе в тумані,&lt;br /&gt;</w:t>
        <w:br/>
        <w:t>За обрії і за церков шпилі.&lt;br /&gt;</w:t>
        <w:br/>
        <w:t>Так, я провів дитинство там у ньому,&lt;br /&gt;</w:t>
        <w:br/>
        <w:t>В краю великому і сніговому.</w:t>
      </w:r>
    </w:p>
    <w:p>
      <w:r>
        <w:br/>
        <w:t>Згасає день високий і холодний&lt;br /&gt;</w:t>
        <w:br/>
        <w:t>В крутих і диких берегах зорі,&lt;br /&gt;</w:t>
        <w:br/>
        <w:t>В таловині студеній, Великодній,&lt;br /&gt;</w:t>
        <w:br/>
        <w:t>Підтятий дзвонами… і димарі&lt;br /&gt;</w:t>
        <w:br/>
        <w:t>У небо стелять марева. Сьогодні&lt;br /&gt;</w:t>
        <w:br/>
        <w:t>Ти, свіченько, всю ніч мені гори —&lt;br /&gt;</w:t>
        <w:br/>
        <w:t>"Та", в білій шубці, в опустілім домі&lt;br /&gt;</w:t>
        <w:br/>
        <w:t>Хитнеться тінню і хитнеться пломінь.</w:t>
      </w:r>
    </w:p>
    <w:p>
      <w:r>
        <w:br/>
        <w:t>Блиск інея… (ти – блиск сокири, ти&lt;br /&gt;</w:t>
        <w:br/>
        <w:t>Сей рік у мойому життю відмітив).&lt;br /&gt;</w:t>
        <w:br/>
        <w:t>Як голова відтята, без мети&lt;br /&gt;</w:t>
        <w:br/>
        <w:t>Котився рік, – і очи піводкриті&lt;br /&gt;</w:t>
        <w:br/>
        <w:t>Стулились… Я почув слова: – "Лети!&lt;br /&gt;</w:t>
        <w:br/>
        <w:t>І буде світ тоді нелюдським світом…"&lt;br /&gt;</w:t>
        <w:br/>
        <w:t>Схилилась ніч і снила крізь вікно.&lt;br /&gt;</w:t>
        <w:br/>
        <w:t>Мов се було в чужім життю давно.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Ім’я її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